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AI ADOPTION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 AI 落地计划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说明：本课结束当天填完。用三件事把今天学的落地——一次任务分工、一次流程试点、一次机制固化。每件事都要「具体到人、具体到时间、具体到可验证的结果」。30 天后回看，你会发现：落地不靠决心，靠设计。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第 1-10 天：分工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我要先理清的任务（3-5 项）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用 HUMAN 五问的结论（哪项纯人做/协作/纯 AI）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和团队对齐边界的日期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这一步的负责人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第 11-20 天：试点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选定的试点环节（一个，别贪多）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三个交接点怎么写（输入/输出/复核）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试点范围（谁参与）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试点起止日期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第 21-30 天：固化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试点结果怎么看（效果信号）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定下的团队公约（5 条红线 + 3 个鼓励）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公约宣讲/上墙的日期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机制负责人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第四部分 · 落地三问（计划能不能立住）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落地三问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合格标准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第一步做什么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本周内就能做的最小动作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怎么知道有效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一个能看见/能数出来的效果信号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卡住找谁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写清求助对象，别自己扛到停下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第五部分 · 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互查日期（如 30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互查方式（通话/咖啡）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天，我会先完成 ____________ 的任务分工，把 ____________ 这一个环节嵌进流程并跑通，再和团队定下 AI 使用公约。第一步动作是 ____________，这周就做。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30 天后，我会用「团队是不是更会用、更敢担责」来验证——说出来的承诺，兑现率是写下来的两倍。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 AI 落地计划（落地固化用）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