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AI ADOPTION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 AI 落地计划表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模块六练习用 · 三个 10 天 + 落地三问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使用说明（讲师）：本件配合模块六「我的 30 天 AI 落地计划」使用（20 min）。先写「第一步」——本周就能做的最小动作；每 10 天写一个目标 + 一个具体动作 + 一个效果信号；配对校准：让对方问「这一步你下周真的会做吗？」。★ 不求全面铺开，只求跑通一条线。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四个判断 速查（把今天学的串起来）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2608"/>
        <w:gridCol w:w="5443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分工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HUMAN 五问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能自动化 ≠ 应该自动化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流程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AIM 三步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嵌进去，别外挂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验收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CLEAR 五步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签字的是人，不是工具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机制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TRUST 四锚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管得住的放手，才是真放手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三个 10 天（每阶段：目标 + 具体动作 + 效果信号）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381"/>
        <w:gridCol w:w="2381"/>
        <w:gridCol w:w="2381"/>
        <w:gridCol w:w="2381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效果信号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第 1-10 天（分工）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第 11-20 天（试点）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第 21-30 天（固化）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落地三问（计划能不能立住）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4422"/>
        <w:gridCol w:w="306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落地三问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合格标准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第一步做什么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本周内就能做的最小动作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怎么知道有效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一个能看见/能数出来的效果信号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卡住找谁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写清求助对象，别自己扛到停下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 + 承诺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381"/>
        <w:gridCol w:w="2381"/>
        <w:gridCol w:w="2381"/>
        <w:gridCol w:w="2381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互锁伙伴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互查日期（30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4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我的承诺：这周就做的第一步动作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 AI 落地计划表（配合《AI 时代的管理者》模块六使用）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