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TASK ALLOCATION MAP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任务分配图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模块二练习用 · 用 HUMAN 五问把任务分三类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使用说明（讲师）：本件配合模块二「任务分类工作坊」使用（30 min）。带 8 项真实任务（上个月真做过的，不要举例），用 HUMAN 五问逐一过，归入「纯人做 / 人机协作 / 纯 AI 做」三类，画成分配图。★ 关键：A（担责）列永远填「人」——AI 可以干活，不能担责。鼓励争论，同一项任务不同人判断不同，争论本身就是学习。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HUMAN 五问 速查（逐项给任务打分）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608"/>
        <w:gridCol w:w="691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问什么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H 要亲手吗 Hands-on?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需要人到现场吗？现场判断、面对面沟通、临场应变——机器替代不了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U 我们独有吗 Unique?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靠的是我们独有的信息或打法吗？涉及秘密、差异化的，不该外流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M 机器行吗 Machine-doable?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机器能做到什么程度？能做到七成的值得交出去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谁担责 Accountability?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出了问题谁负责？——这一列永远填「人」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N 能培养人吗 Nurture?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做了能长本事吗？成长性任务留给人，哪怕机器更快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 AI 任务分配图（8 项任务，填 H/U/M/A/N 后归类）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94"/>
        <w:gridCol w:w="567"/>
        <w:gridCol w:w="567"/>
        <w:gridCol w:w="567"/>
        <w:gridCol w:w="680"/>
        <w:gridCol w:w="2608"/>
        <w:gridCol w:w="2041"/>
      </w:tblGrid>
      <w:tr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任务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H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U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M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归类（纯人/协作/纯AI）</w:t>
            </w:r>
          </w:p>
        </w:tc>
        <w:tc>
          <w:tcPr>
            <w:tcW w:type="dxa" w:w="140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责任在谁</w:t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40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948"/>
        <w:gridCol w:w="3402"/>
        <w:gridCol w:w="317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争议最大的一项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为什么有争议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怎么定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任务分配图（配合《AI 时代的管理者》模块二使用）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