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MY AI ANXIETY LIST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我的 AI 焦虑清单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开场破冰用 · 写完归类到三个区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使用说明（讲师）：本件配合开场「AI 焦虑清单」破冰使用（15 min）。每人独立 5 分钟写下「我最担心团队用 AI 的一件事」，同桌两人互讲 3 分钟，再贴到白板三个区：质量风险 / 责任风险 / 能力风险。★ 不评判——学员说出「怕被取代」这类担忧时要接住，这是全场最大的信任建立点。白板收集的担忧是模块四、五的活素材，务必保留。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我最担心团队用 AI 的一件事（独写 5 分钟）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4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我担心的是…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它属于哪一类风险？（打勾）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6009"/>
        <w:gridCol w:w="1587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风险类型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打勾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质量风险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产出参差、「看起来对」的内容流出去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责任风险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出了错没人认领——「那是 AI 写的」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能力风险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省了力、废了功，团队判断力退化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我最想先解决的一条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75"/>
        <w:gridCol w:w="3175"/>
        <w:gridCol w:w="317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我要先解决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因为它带来的是…风险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如果不解决会怎样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AI 焦虑清单（配合《AI 时代的管理者》开场使用）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