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TEAM AI USAGE CHARTER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团队 AI 使用公约共创表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模块五练习用 · 5 条红线 + 3 个鼓励动作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使用说明（讲师）：本件配合模块五「团队 AI 公约共创」使用（26 min）。每人先起草 5 条红线（绝对不能做）+ 3 个鼓励动作（希望大家做），小组内合并成一份组公约。★ 红线要「可执行」——写动作，不写口号（「客户信息不得输入外部工具」优于「注意保密」）；鼓励动作要有抓手（写清谁、什么时候、做什么）。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TRUST 四锚 速查（公约要覆盖的四个面）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608"/>
        <w:gridCol w:w="691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锚点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T 透明 Transparency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哪些环节用了 AI、怎么用的，要说清楚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R 规则 Rules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红线要具体：哪些数据不能给、哪些结论不能直接出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U 能力 Upskilling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在用的过程中提升人的能力，定期复盘判断力练到没有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S 安全 Safety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客户信息、商业机密、个人信息——哪些绝对不能进工具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我的起草（独写 8 分钟）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762"/>
        <w:gridCol w:w="4762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5 条红线（绝对不能做）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3 个鼓励动作（希望大家做）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 xml:space="preserve">1.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1.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 xml:space="preserve">2.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2.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 xml:space="preserve">3.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3.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 xml:space="preserve">4.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 xml:space="preserve">5.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小组公约（合并去重后，全组合议）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361"/>
        <w:gridCol w:w="3742"/>
        <w:gridCol w:w="4422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条目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怎么执行（谁 / 何时 / 做什么）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红线 1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红线 2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红线 3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鼓励 1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鼓励 2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鼓励 3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948"/>
        <w:gridCol w:w="3402"/>
        <w:gridCol w:w="3175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哪一条最可能被违反？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为什么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怎么防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团队 AI 使用公约共创表（配合《AI 时代的管理者》模块五使用）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