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AI 时代的管理者</w:t>
        <w:br/>
        <w:t>Managing in the AI Era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团队里已经有人悄悄在用 AI 了，可我既不清楚谁在用、用在哪些事，也说不清该怎么管。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员工交来一份 AI 生成的方案，读起来通篇流畅、挑不出毛病——可我到底敢不敢签字？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想让 AI 提效，又怕一放就乱：哪些活能交给 AI、哪些必须留给人，心里没底。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买了个 AI 工具要求大家用，结果新鲜两周就没人碰了——工具躺在那里，成了摆设。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这不是一堂「教你操作某个 AI 工具」的技术课，这是一堂「在 AI 进入团队之后，帮你把管理动作重新理顺」的管理课。不需要技术背景。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时代，管理变了什么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三重转变：分配任务→分配智能，验收结果→验收过程，培养能力→培养判断力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人机分工：什么交给 AI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HUMAN 五问，把任务分入纯人做 / 人机协作 / 纯 AI 做三类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 AI 融进流程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AIM 三步：辨任务→融流程→管人机，定义三个交接点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验收 AI 产出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CLEAR 五步，逐项验收，敢签字担责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带团队用 AI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TRUST 四锚：透明·规则·能力·安全，建团队 AI 使用公约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30 天计划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四个模型串成一条线 + 30 天 AI 落地计划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带着一个真实的团队来上课——今天所有练习，都围绕你团队里真实的人和事。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不必懂技术——你要练的是「分工与验收」的判断，不是算法。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敢说真话，尤其是「我搞不定」的部分——卡住的地方，正是今天最值得练的地方。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手机静音，把注意力留给自己和身边的人。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AI 时代，管理变了什么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不是工具变了，是「管理」这个动作的构成变了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学员能够说清 AI 给管理者工作带来的三个结构性变化（三重转变）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学员能够诊断自己团队目前处在 AI 引入的哪个阶段，并聚焦最想先解决的一件事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「被动应对 AI」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「主动管理协作」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你团队里，AI 已经在被使用了吗？谁在用、用在哪些事、你知道吗？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你最担心团队用 AI 的一件事是什么？是质量、责任，还是能力？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AI 进入团队的三阶段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特征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风险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观望期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「再看看吧」，影子使用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无人管，风险看不见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试探期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零散工具，各用各的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没有分工、标准、担责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成型期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流程嵌入，责任清晰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——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大部分团队卡在「试探期」——工具在用，但没有分工、没有标准、没有人担责。本课目标：把团队从试探期推到成型期。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AI 用不好，四种涨价（隐性成本）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成本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质量成本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「看起来对」的内容流出去，返工在后面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责任成本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出了错没人认领——「那是 AI 写的」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能力成本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省了力，废了功——团队判断力悄悄退化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信任成本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客户/领导发现是 AI 硬凑的，专业形象受损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AI 能放大效率，也能放大错误。放大器越大，方向越重要。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管理者的三重转变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转变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从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分配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分配任务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分配「任务 + 智能」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验收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验收结果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验收「结果 + 过程」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培养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培养能力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培养「判断力」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三重转变对应后面三个模块：分工（模块二）、流程（模块三）、验收（模块四）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 AI 焦虑清单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写下「我最担心团队用 AI 的一件事」，归类到三个区：质量风险 / 责任风险 / 能力风险。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独写 5 分钟：我最担心团队用 AI 的一件事是什么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同桌互讲 3 分钟，说说为什么担心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归类到白板三区，并聚焦：我最想先解决的是哪一条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AI 时代，管理变了什么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 不会让你失业，但会重新定义你的岗位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AI 时代，管理变了什么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圈出「我最想先解决的 AI 焦虑」一条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判断自己团队处在哪一阶段（观望/试探/成型）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人机分工：什么交给 AI，什么留给人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分不清边界，就会要么全交出去，要么一点不敢用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HUMAN 五问，把真实任务分入「纯人做 / 人机协作 / 纯 AI 做」三类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学员能够完成并带走一张针对真实团队的 AI 任务分配图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「凭感觉分派」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「用五问分清楚」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你团队里，哪些活你会放心交给 AI？哪些绝对不放心？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有没有「为了快，把该练的活也交出去了」的情况？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任务分三类，各有归属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类别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典型特征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原则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纯人做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现场判断 / 人际接触 / 独有知识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责任与人际不可替代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人机协作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打草稿 / 人做判断 / 人做收口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多数任务落在这里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纯 AI 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机械重复 / 格式转换 / 信息检索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省时速不求人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责任不外包——AI 可以干活，不能担责；三类任务里，责任永远落在人头上。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HUMAN 人机分工五问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五问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自查内容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 要亲手吗 Hands-on?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需要人到现场吗？现场判断、面对面沟通、临场应变——机器替代不了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U 我们独有吗 Unique?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靠的是我们独有的信息或打法吗？涉及秘密、差异化的，不该外流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 机器行吗 Machine-doable?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机器能做到什么程度？生成、分析、检索——能做到七成的值得交出去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谁担责 Accountability?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出了问题谁负责？责任必须落在具体的人头上——这一列永远填「人」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 能培养人吗 Nurture?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做了能长本事吗？成长性任务留给人，哪怕机器更快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A（担责）列永远填「人」——不可让渡；其余四问决定任务怎么分，这一问决定谁收口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两个最易被忽略的原则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责任外包——「那是 AI 写的，不是我说的」，出了问题互相推。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责任不外包 + 能力不架空——签字的是人；成长性工序要保留，省掉的是团队未来的判断力。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任务分类工作坊（AI 任务分配图）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带 8 项真实任务，用 HUMAN 五问逐一过，归入三类，画成一张 AI 任务分配图。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 8 项你团队真实的任务（上个月真做过的）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用 HUMAN 五问逐项过：H / U / M / A / N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归入「纯人做 / 人机协作 / 纯 AI 做」，画成分配图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同桌互评：争议最大的是哪一项？为什么？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人机分工：什么交给 AI，什么留给人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能自动化 ≠ 应该自动化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人机分工：什么交给 AI，什么留给人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产出自己的「AI 任务分配图」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和团队对齐一次「哪些活交给 AI、哪些留给人」的边界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让 AI 融进流程：从工具到工作方式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额外开个工具 = 失败率最高的引入方式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AIM 三步，将一个现有流程设计成「AI 嵌入后」的新流程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学员能够定义三个交接点，说清「外挂式」与「嵌入式」引入的区别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「额外挂个工具」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「嵌进现有流程」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你们团队的 AI 工具，是「嵌在流程里」还是「额外挂一个」？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如果让 AI 进流程，你最担心哪一步出问题？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AIM 管理三步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辨任务 Assess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HUMAN 五问筛出可 AI 化的环节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先筛，再动；别一上来全员上工具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融流程 Integrate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 AI 嵌进现有工作流，不额外加一步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嵌进去，别外挂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 管人机 Manage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定义三个交接点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人给什么、AI 出什么、人怎么接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顺序很重要：先辨任务，再融流程——跳过第一步直接上工具，是绝大多数 AI 引入失败的原因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三个交接点——人机协作的卡点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交接点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要定义什么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不定义的后果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输入规范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人给 AI 什么信息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不给背景，AI 就瞎猜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输出标准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要交什么格式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没格式，人就要重排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复核点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人何时介入检查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没有复核点，错误直接流出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三个交接点定义清楚，协作就顺；任何一点模糊，错误都会在最后爆出来。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外挂 vs 嵌入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外挂式：额外开一个工具 / 想起来才用 / 各人用法不同 / 结果没法比——新鲜两周就没人碰。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嵌入式：嵌进现有工作流 / 流程自动触发 / 输入输出有标准 / 结果可复制可比较——绕不开，就留得下。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流程 AI 化设计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选一个现有流程，画出「AI 嵌入后的新流程」，标出三个交接点，同桌互审：复核点设对了吗？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选一个能在一周内试点的小环节（不要整条大流程）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画出「AI 嵌入后的新流程」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标出三个交接点：输入规范 / 输出标准 / 复核点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同桌互审：复核点设对了吗？错误会在哪一步溜出去？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让 AI 融进流程：从工具到工作方式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工具装上了不代表用上了，用上了不代表管住了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让 AI 融进流程：从工具到工作方式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为一个环节设计「AI 嵌入后的新流程」+ 三个交接点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选定一个可在两周内试点的环节，小范围跑通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验收 AI 产出：敢于签字担责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「看起来很对」是 AI 最危险的陷阱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CLEAR 五步，对一份 AI 产出逐项验收，识别背景/逻辑/证据/应用/担责的漏洞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学员能够完成一次完整的「AI 产出验收」角色演练，体验担责的位置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「看结果像不像」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「看过程怎么来」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一份「挑不出毛病」的方案，就一定是对的吗？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如果这份 AI 产出要你签字，你敢签吗？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CLEAR AI 产出验收五步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要问的问题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盯什么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背景 Context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输入信息贴合实情吗？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常拿通用假设当事实，背景一错后面全错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逻辑 Logic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推理链完整吗？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警惕把「相关」说成「因果」，自洽不代表前提正确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证据 Evidence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数据/引用能核实吗？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警惕「幻觉」——编造得像真的，是 AI 最典型的失手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应用 Apply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在我们场景能用吗？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通用答案不一定适用你的团队、你的客户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担责 Responsibility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谁签字担责？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签字的是人，不是工具，不能用「AI 说的」当挡箭牌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五项全过才签字。任何一项存疑，退回补充——这是管理者的底线动作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AI 失手，最爱这三种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陷阱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事实幻觉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数据、引文、人名编造得像真的。越是细节具体，越要核实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自洽但前提错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逻辑挑不出毛病，但前提假设是错的——结果越顺，越危险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通用但不适用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放之四海皆准的答案，恰恰放不进你的具体场景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「看起来很对」恰恰是最危险的信号——它让你放松警惕。CLEAR 的价值，就是把「感觉对」变成「核对过」。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验收时，该做与不该做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只看结论像不像 / 「看起来没问题」就放行 / 怕麻烦跳过核实 / 用「AI 写的」当免责理由。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逐项问不跳步（C→L→E→A→R）/ 要求指出信息来源 / 把「不确定」当红灯 / 签字前问自己「我能负责吗」。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AI 产出验收演练 ⭐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三人一组（产出方 / 验收方 / 观察员），验收方用 CLEAR 五步逐项质疑，观察员按五步打勾记录。10 分钟后换角。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C 背景：我核对过前提假设，没有拿通用假设当事实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L 逻辑：我检查过推理链，没有把「相关」当「因果」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E 证据：我核实过关键数据与引用的出处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A 应用：我确认过这套答案放得进我们的具体场景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R 担责：我明确了谁签字、谁负责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复盘：验收方漏掉了哪一步？代价是什么？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验收 AI 产出：敢于签字担责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签字的是人，不是工具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验收 AI 产出：敢于签字担责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用 CLEAR 五步验收一次真实的 AI 产出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在自己的交付流程里，加上一道「E 证据核实」的复核点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带团队用 AI：建公约、防风险、护能力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个人会用是本事，团队会用是机制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TRUST 四锚，为团队起草一份可执行的 AI 使用公约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学员能够说清 AI 进团队的三类风险（质量/责任/能力退化）及对策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「各人各用各」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「建起团队机制」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怎么让整个团队——不只是你——都把 AI 用对、用稳？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你团队里，哪一类 AI 风险最突出：质量、责任，还是能力？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TRUST 团队 AI 引入四锚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锚点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核心动作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透明 Transparency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哪些环节用了 AI、怎么用的，要说清楚。藏着用，出问题就是大问题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规则 Rules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红线要具体（哪些数据不能给、哪些结论不能直接出），不写口号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U 能力 Upskilling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在用的过程中提升人的能力，定期复盘「这个环节，人的判断力练到了吗」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安全 Safety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客户信息、商业机密、个人信息——哪些绝对不能进工具，先划清楚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第五个字母 T——Trust 信任：四锚立住，机制成立；机制成立后，放手让团队用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团队三类风险与对策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风险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对策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质量风险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各人标准不一，产出参差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统一输出标准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责任风险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出事互相推「那是 AI 写的」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明确复核签字人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能力退化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省了力、废了功，判断力悄然退化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保留成长性工序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三类风险里，能力退化最隐蔽——它不响警报，却在悄悄削弱团队。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一份可执行的团队公约（示范）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口号式：「注意保密」「规范使用 AI」——没人知道具体怎么做，也无法对照检查。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动作式：「客户信息、合同条款不得输入外部工具」「对外发出的内容，签字人须逐项过 CLEAR」。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团队 AI 公约共创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每人起草 5 条红线（绝对不能做）+ 3 个鼓励动作（希望大家做），小组内合并成一份组公约。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独写：5 条红线 + 3 个鼓励动作，都要写到「动作」层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小组内合并成一组合约，去重、补充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全组合议：哪一条最可能被违反？为什么？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带团队用 AI：建公约、防风险、护能力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管得住的放手，才是真放手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带团队用 AI：建公约、防风险、护能力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产出团队 AI 使用公约（红线 + 鼓励动作）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定下透明机制：哪些环节用了 AI，要主动说明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 30 天 AI 落地计划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学完不带回一个动作，等于没学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学员能够把 HUMAN / AIM / CLEAR / TRUST 串成一条完整的管理动作线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学员能够制定一份针对真实团队的 30 天 AI 落地计划，并带回岗位执行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「知道了很多」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「带回一个动作」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如果明天回到岗位，你第一件事做什么？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这一天学的，哪一句最戳你？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全课回顾——四个判断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判断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分工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HUMAN 五问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什么交给 AI，什么留给人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流程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AIM 三步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辨任务 → 融流程 → 管人机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验收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CLEAR 五步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敢签字，才敢用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机制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TRUST 四锚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透明 · 规则 · 能力 · 安全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落地三问 + 30 天三阶段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合格标准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第一步做什么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本周内就能做的最小动作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怎么知道有效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一个能看见/能数出来的效果信号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卡住找谁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写清求助对象，别自己扛到停下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30 天三阶段：第 1-10 天分工 → 第 11-20 天试点 → 第 21-30 天固化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30 天 AI 落地计划——三个 10 天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产出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1-10 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完成任务分工，和团队对齐边界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任务分配图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11-20 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选一个环节嵌入流程，跑通一个交接点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新流程 + 三个交接点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21-30 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定下团队公约，形成可复制的做法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 AI 使用公约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 30 天 AI 落地计划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填写 30 天落地计划表：三个 10 天阶段各写一个目标 + 一个具体动作 + 一个效果信号 + 一个求助对象。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先写「第一步」——本周就能做的最小动作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每 10 天写一个目标 + 一个具体动作 + 一个效果信号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配对校准：让对方问「这一步你下周真的会做吗？」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写一个求助对象：卡住可以找谁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整合与 30 天 AI 落地计划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工具会变，判断力不会过时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整合与 30 天 AI 落地计划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填完 30 天 AI 落地计划，并找一位伙伴互锁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把承诺念出来，约 30 天后互查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判断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分工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能自动化 ≠ 应该自动化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流程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嵌进去，别外挂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验收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签字的是人，不是工具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机制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管得住的放手，才是真放手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分工 → 流程 → 验收 → 机制：把「管人机协作」的动作走完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我的终极行动承诺：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时代，管理变了什么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人机分工：什么交给 AI，什么留给人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 AI 融进流程：从工具到工作方式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验收 AI 产出：敢于签字担责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带团队用 AI：建公约、防风险、护能力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30 天 AI 落地计划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工具一：HUMAN 人机分工五问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用于把一项任务分入「纯人做 / 人机协作 / 纯 AI 做」三类。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五问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 要亲手吗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U 我们独有吗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 机器行吗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谁担责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 能培养人吗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【参考示例】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五问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示范任务：客户需求分析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 要亲手吗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高——需现场洞察，留给人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U 我们独有吗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中——涉及客户私有信息，不外流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 机器行吗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中——可让 AI 整理公开资料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谁担责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人——主管最终签字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 能培养人吗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高——新人练习需求分析的好任务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工具二：AI 任务分配图（模板）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把团队真实任务分配到三类，形成一张图。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任务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分类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责任在谁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工具三：流程 AI 化设计 + 三个交接点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设计「AI 嵌入后的新流程」，把三个交接点写清楚。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交接点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我要定义什么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输入规范（人给 AI 什么）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输出标准（AI 要交什么）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复核点（人何时介入）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工具四：CLEAR AI 产出验收表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逐项验收一份 AI 产出，五项全过才签字。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验收项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要问的问题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通过？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背景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输入信息贴合实情吗？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逻辑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推理链完整吗？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证据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数据能核实吗？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应用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在我们场景能用吗？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担责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谁签字担责？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工具五：团队 AI 使用公约（模板）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 条红线 + 3 个鼓励动作，写到「动作」层。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条目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红线 1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红线 2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红线 3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鼓励动作 1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鼓励动作 2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鼓励动作 3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三重转变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分配智能 / 验收过程 / 培养判断力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见「AI 时代，管理变了什么」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HUMAN 五问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亲手·独有·机器·担责·培养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见「人机分工」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任务分三类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纯人做 / 人机协作 / 纯 AI 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见「人机分工」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AIM 三步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辨任务→融流程→管人机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见「让 AI 融进流程」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三个交接点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输入规范 / 输出标准 / 复核点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见「让 AI 融进流程」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CLEAR 五步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背景·逻辑·证据·应用·担责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见「验收 AI 产出」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TRUST 四锚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透明·规则·能力·安全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见「带团队用 AI」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天三阶段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分工→试点→固化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见「整合与 30 天计划」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你今天带走的不该是笔记，而是一个本周就能做的动作——工具会变，判断力不会过时。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1-10 天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完成任务分工，和团队对齐边界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11-20 天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选一个环节嵌入流程，跑通交接点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21-30 天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定下团队 AI 使用公约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自查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落地三问：第一步 / 效果信号 / 求助对象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互锁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找一位伙伴，约定 30 天后互查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AI 时代的管理者 · Managing in the AI Era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今天的同行，是 30 天落地的起点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今天不教你用工具，教你做判断。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 w:line="448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今天我们走过的四个判断：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 · AI 时代管理变了什么 —— 三重转变，看清变化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二 · 人机分工 —— 能自动化 ≠ 应该自动化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 · AI 融进流程 —— 嵌进去，别外挂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四 · 验收 AI 产出 —— 签字的是人，不是工具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五 · 带团队用 AI —— 管得住的放手，才是真放手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六 · 30 天落地计划 —— 工具会变，判断力不会过时</w:t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课程的结束，正是你 30 天落地的开始。回到团队，从最小的那一步做起——做那个「让 AI 为人所用」的管理者。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color w:val="888888"/>
        <w:sz w:val="18"/>
      </w:rPr>
      <w:t xml:space="preserve">　　　Coursemaster 出品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