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MANAGING IN THE AI ERA · FRONT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AI 时代的管理者 · 核心工具速查卡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正面 · 看清变化 + 分好工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① 管理者的三重转变（上任体检）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① 分配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分配任务 → 分配「任务 + 智能」。想清楚哪一段交给机器、哪一段留给人。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② 验收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验收结果 → 验收「结果 + 过程」。不只看像不像，要看「怎么来的」。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③ 培养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培养能力 → 培养「判断力」。答案唾手可得时，判断力才是稀缺品。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② HUMAN 人机分工五问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H 亲手 Hands-on?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需要人到现场吗？现场判断、面对面沟通、临场应变——机器替代不了。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U 独有 Unique?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靠的是我们独有的信息或打法吗？涉及秘密、差异化的，不该外流。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M 机器 Machine-doable?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机器能做到什么程度？生成、分析、检索——能做到七成的值得交出去。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A 担责 Accountability?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出了问题谁负责？责任必须落在具体的人头上——这一列永远填「人」。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N 培养 Nurture?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做了能长本事吗？成长性任务留给人，哪怕机器更快。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③ 任务分三类，各有归属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类别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典型特征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原则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纯人做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现场判断 · 人际接触 · 独有知识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责任与人际不可替代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人机协作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AI 打草稿 · 人做判断 · 人做收口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多数任务落在这里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纯 AI 做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机械重复 · 格式转换 · 信息检索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省时速不求人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④ AIM 管理三步（辨任务 · 融流程 · 管人机）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A 辨任务 Assess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用 HUMAN 五问筛出可 AI 化的环节。先找出值得交出去的那几个点，别一上来全员上工具。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I 融流程 Integrate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把 AI 嵌进现有工作流，而不是额外加一步。外挂的工具没人用，嵌进流程的能力才留得下。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M 管人机 Manage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定义三个交接点：人给什么输入、AI 出什么、人何时介入复核。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MANAGING IN THE AI ERA · BACK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AI 时代的管理者 · 核心工具速查卡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背面 · 验收 + 机制 + 避坑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⑤ 三个交接点（人机协作的卡点）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交接点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要定义什么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不定义的后果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输入规范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人给 AI 什么信息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不给背景，AI 就瞎猜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输出标准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AI 要交什么格式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没格式，人就要重排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复核点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人何时介入检查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没有复核点，错误直接流出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⑥ CLEAR AI 产出验收五步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步骤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要问的问题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盯什么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C 背景 Context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输入信息贴合实情吗？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AI 常拿通用假设当事实，背景一错后面全错。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L 逻辑 Logic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推理链完整吗？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警惕把「相关」说成「因果」，自洽不代表前提正确。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E 证据 Evidence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数据/引用能核实吗？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警惕「幻觉」——编造得像真的，是 AI 最典型的失手。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A 应用 Apply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在我们场景能用吗？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通用答案不一定适用你的团队、你的客户。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R 担责 Responsibility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谁签字担责？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签字的是人，不是工具。不能用「AI 说的」当挡箭牌。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⑦ AI 失手最爱这三种（验收要盯）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事实幻觉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数据、引文、人名编造得像真的。越是细节具体，越要核实。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自洽但前提错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逻辑挑不出毛病，但前提假设是错的——结果越顺，越危险。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通用但不适用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放之四海皆准的答案，恰恰放不进你的具体场景。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⑧ TRUST 团队 AI 引入四锚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T 透明 Transparency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哪些环节用了 AI、怎么用的，要说清楚。藏着用，出问题就是大问题。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R 规则 Rules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红线要具体（哪些数据不能给、哪些结论不能直接出），不写口号。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U 能力 Upskilling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在用的过程中提升人的能力，定期复盘「这个环节，人的判断力练到了吗」。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S 安全 Safety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客户信息、商业机密、个人信息——哪些绝对不能进工具，先划清楚。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⑨ 团队三类风险与对策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风险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表现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对策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质量风险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各人标准不一，产出参差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统一输出标准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责任风险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出事互相推「那是 AI 写的」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明确复核签字人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能力退化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省了力、废了功，判断力悄然退化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保留成长性工序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随身口诀：分工问 HUMAN（亲手·独有·机器·担责·培养）· 流程走 AIM（辨任务→融流程→管人机）· 验收用 CLEAR（背景·逻辑·证据·应用·担责）· 机制立 TRUST（透明·规则·能力·安全）。责任不外包，能力不架空。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核心工具速查卡（配合《AI 时代的管理者》课程使用）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