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PROCESS AI-INTEGRATION WORKSHEET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流程 AI 化设计工作纸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模块三练习用 · 一个环节 + 三个交接点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使用说明（讲师）：本件配合模块三「流程 AI 化设计」使用（22 min）。选一个能在一周内试点的**小环节**（不要整条大流程），画出「AI 嵌入后的新流程」，标出三个交接点：输入规范 / 输出标准 / 复核点。同桌互审：复核点设对了吗？★ 最容易漏的是「复核点」——提醒学员问「错误会在哪一步溜出去」。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AIM 三步 速查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608"/>
        <w:gridCol w:w="691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A 辨任务 Assess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 HUMAN 五问筛出可 AI 化的环节——先筛，再动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I 融流程 Integrate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 AI 嵌进现有工作流，不额外加一步——嵌进去，别外挂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M 管人机 Manage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定义三个交接点——人给什么、AI 出什么、人怎么接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我选的环节（要小，一周内可试点）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402"/>
        <w:gridCol w:w="612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环节名称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为什么选它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AI 嵌入后的新流程（画出/写出步骤）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268"/>
        <w:gridCol w:w="2268"/>
        <w:gridCol w:w="2494"/>
        <w:gridCol w:w="249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谁做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用什么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三个交接点（人机协作的卡点）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948"/>
        <w:gridCol w:w="4082"/>
        <w:gridCol w:w="2494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交接点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我要定义什么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不定义的后果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输入规范（人给 AI 什么）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不给背景，AI 就瞎猜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输出标准（AI 要交什么）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没格式，人就要重排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复核点（人何时介入）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没有复核点，错误直接流出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762"/>
        <w:gridCol w:w="4762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同桌互审：复核点设对了吗？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错误会在哪一步溜出去？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流程 AI 化设计工作纸（配合《AI 时代的管理者》模块三使用）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