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0" w:before="0"/>
      </w:pPr>
      <w:r>
        <w:rPr>
          <w:sz w:val="12"/>
        </w:rPr>
      </w:r>
    </w:p>
    <w:p>
      <w:pPr>
        <w:spacing w:after="80" w:before="0" w:line="704" w:lineRule="exact"/>
        <w:jc w:val="center"/>
      </w:pPr>
      <w:r>
        <w:rPr>
          <w:rFonts w:ascii="SimHei" w:hAnsi="SimHei" w:eastAsia="SimHei"/>
          <w:b/>
          <w:i w:val="0"/>
          <w:color w:val="013147"/>
          <w:sz w:val="44"/>
        </w:rPr>
        <w:t>AI 时代的管理者 · Managing in the AI Era</w:t>
      </w:r>
    </w:p>
    <w:p>
      <w:pPr>
        <w:spacing w:after="200" w:before="0" w:line="512" w:lineRule="exact"/>
        <w:jc w:val="center"/>
      </w:pPr>
      <w:r>
        <w:rPr>
          <w:rFonts w:ascii="SimHei" w:hAnsi="SimHei" w:eastAsia="SimHei"/>
          <w:b/>
          <w:i w:val="0"/>
          <w:color w:val="8DC643"/>
          <w:sz w:val="32"/>
        </w:rPr>
        <w:t>讲师手册 · FACILITATOR GUIDE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今天不教你用工具，教你做判断——什么交给机器、什么留给人、产出怎么验收、责任谁来担。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84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888888"/>
          <w:sz w:val="24"/>
        </w:rPr>
        <w:t>1 天 / 7 小时 · 6 模块 · 学练合一</w:t>
      </w:r>
    </w:p>
    <w:p>
      <w:pPr>
        <w:spacing w:after="20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配套：授课级 PPT + 学员手册 + 本手册 + 核心工具带走件</w:t>
      </w:r>
    </w:p>
    <w:p>
      <w:pPr>
        <w:spacing w:after="8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版本 v1.0 · Coursemaster 出品</w:t>
      </w:r>
    </w:p>
    <w:p>
      <w:pPr>
        <w:spacing w:after="120" w:before="200" w:line="320" w:lineRule="exact"/>
        <w:jc w:val="center"/>
      </w:pPr>
      <w:r>
        <w:rPr>
          <w:rFonts w:ascii="Microsoft YaHei" w:hAnsi="Microsoft YaHei" w:eastAsia="Microsoft YaHei"/>
          <w:b w:val="0"/>
          <w:i/>
          <w:color w:val="888888"/>
          <w:sz w:val="20"/>
        </w:rPr>
        <w:t>本手册仅供授课讲师使用，含引导话术、练习答案与控场提示。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第一部分 · 课程总览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【课程定位】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一门教管理者「AI 进入团队后，怎么管人机协作」的实战课。目标不是让学员会用某个工具，而是让学员在课上就完成一次任务分工、一次流程嵌入设计、一次 AI 产出验收演练、一次团队公约共创，并带走核心工具卡与 1 份 30 天 AI 落地计划。讲师角色是「设计练习场 + 引导判断」，而非「讲授工具」。不要求学员有技术背景——这是一门管理课，不是技术课。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【工具包构成（四件一套）】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物料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用途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谁用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何时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授课级 PPT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讲师投影、模型与活动呈现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学员手册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学员课中写、带走练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本讲师手册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控场 timing / 话术 / 答案 / 救场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备课+授课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核心工具带走件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速查卡 + 30天计划，带走件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课前+课后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【时间分配总表】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时长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时代，管理变了什么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+ 案例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人机分工：什么交给 AI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让 AI 融进流程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模型 + 活动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验收 AI 产出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带团队用 AI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整合与 30 天计划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 + 行动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合计 360 min（6 小时）+ 午休 60 min + 两次茶歇 = 一天 7 小时；净授课 405 min。练习占比 ≈ 42%（含验收演练与公约共创），高于 35% 红线。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【物料准备清单】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授课级 PPT（提前试放映，确认微软雅黑字体）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学员手册（按人数 + 10% 备）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便签纸 / 马克笔 / 白板（开场「AI 焦虑三区」墙用）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《AI 任务分配图》工作纸每组若干份（模块二练习用）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《AI 产出验收观察员打勾表》每组 3 份（模块四演练用）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《团队 AI 公约共创表》每组 1 份（模块五练习用）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课后工具包带走件（速查卡 + 30天计划，结课发）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【设备与场地】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投影 + 翻页笔；计时器（每组演练严格控时）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小组岛形座位，便于两人/三人组练习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白板或便利贴墙（贴「AI 焦虑三区」与「公约」）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需准备纸质素材（AI 产出样本）供模块四验收演练使用——提前打印一份「看似完美实则有坑」的方案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AI 时代，管理变了什么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+ 案例　｜　时长：45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说清 AI 给管理者工作带来的三个结构性变化（三重转变）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诊断自己团队目前处在 AI 引入的哪个阶段，并聚焦最想先解决的一件事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开场破冰：我的 AI 焦虑清单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便签+2人组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进入团队的三阶段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四种隐性成本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管理者的三重转变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练习：聚焦「先解决什么」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小结 + 金句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这不是工具课，是管理课——一线与中层都能上，不要求技术背景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AI 进入团队的三阶段：观望期 → 试探期 → 成型期；多数团队卡在「试探期」（工具在用，但没分工、没标准、没人担责）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四种隐性成本：质量成本 / 责任成本 / 能力成本 / 信任成本——工具没用好，不是省事，是把成本转嫁别处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三重转变：① 分配任务 → 分配「任务 + 智能」② 验收结果 → 验收「结果 + 过程」③ 培养能力 → 培养「判断力」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三重转变对应后面三个模块：分工（模块二）、流程（模块三）、验收（模块四）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金句：AI 不会让你失业，但会重新定义你的岗位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开场白：『今天这门课不教你用工具，教你做判断——什么交给机器、什么留给人、产出怎么验收、责任谁来担。』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破冰不评判：学员说「怕被取代」时要接住，这是全场最大的信任建立点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白板「AI 焦虑三区」（质量风险 / 责任风险 / 能力风险）务必保留——它是模块四、五的活素材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三重转变逐条配一个学员能对号入座的场景，强调「转变不是选择题，是正在发生的事实」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你团队现在处在观望、试探还是成型期？依据是什么？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你最想先解决的那一条焦虑，背后是哪种风险？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为什么强调「这是管理课」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工具迭代太快，学会一个明天可能就换了；但「什么交给机器、什么留给人」这些判断，十年后依然成立。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四种成本的共同点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AI 能放大效率，也能放大错误——放大器越大，方向越重要。这不是技术问题，是管理问题。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学员说「我们公司不让用 AI」：引导讨论——员工可能已经在悄悄用（影子使用），管理者的责任是把它管起来，不是假装没有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破冰冷场：改「先写后说」，每人先写一条再分享，降低开口门槛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转场：看清了变化，最实际的问题来了——哪些活该交给 AI，哪些必须留给人？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人机分工：什么交给 AI，什么留给人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　｜　时长：75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运用 HUMAN 五问，把真实任务分入「纯人做 / 人机协作 / 纯 AI 做」三类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完成并带走一张针对真实团队的 AI 任务分配图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导入：哪些活你愿意交给 AI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任务分三类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HUMAN 五问详解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责任不外包 / 能力不架空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五问打分示范（判断表）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练习：任务分类工作坊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个人+互评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任务分三类：纯人做（现场判断/人际接触/独有知识）、人机协作（AI 打草稿/人做判断/人做收口）、纯 AI 做（机械重复/格式转换/信息检索）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HUMAN 五问：H 要亲手吗 / U 我们独有吗 / M 机器行吗 / A 谁担责 / N 能培养人吗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两个最易被忽略的原则：责任不外包（签字的是人）、能力不架空（成长性任务留给人）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A（担责）列永远填「人」——这是不可让渡的一列；其余四问决定任务怎么分，这一问决定谁收口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关键判断：能自动化 ≠ 应该自动化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多数任务落在「人机协作」——最需要设计的就是「协作」这一段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这是全天重点之一，给足时间，不要为赶进度压缩练习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HUMAN 逐问讲，重点讲 A——责任不外包；和 N——能力不能被工具架空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练习要真实：让学员带「上个月真做过的事」，不要举假设的例子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鼓励争论：同一项任务不同人判断不同，争论本身就是学习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你的 AI 任务分配图里，争议最大的是哪一项？为什么？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有没有「为了快，把该练的活也交出去」的？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为什么 A 列永远是「人」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AI 可以帮你写、帮你算、帮你查，但签字的是你。谁签字，谁担责，谁就必须最后把关。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为什么「能自动化 ≠ 应该自动化」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有些活让人做是「慢」，但那是成长的必要成本。省了这道工序，省掉的是团队未来的判断力。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学员说「我的岗位都是不可替代的」：引导用 HUMAN 五问逐条过，多数任务会发现至少有一段可交给 AI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超时：任务数从 8 减到 5，聚焦争议最大的几项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转场：分清楚了谁干什么，下一步是——怎么让它们真的合作起来？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让 AI 融进流程：从工具到工作方式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类型：模型 + 活动　｜　时长：60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运用 AIM 三步，将一个现有流程设计成「AI 嵌入后」的新流程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定义三个交接点，说清「外挂式」与「嵌入式」引入的区别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导入：外挂还是嵌入破题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AIM 三步总览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三个交接点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外挂 vs 嵌入对比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落地节奏（一个环节三步跑通）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练习：流程 AI 化设计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个人+互审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AIM 三步：A 辨任务（用 HUMAN 五问先筛）/ I 融流程（嵌进去，别外挂）/ M 管人机（定义交接点）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顺序很重要：先辨任务，再融流程——跳过第一步直接上工具，是绝大多数 AI 引入失败的原因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三个交接点：输入规范（人给 AI 什么）/ 输出标准（AI 要交什么格式）/ 复核点（人何时介入检查）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外挂式必失败：额外开一个工具、想起来才用、各人用法不同；嵌入式能留下：嵌进工作流、流程自动触发、输入输出有标准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落地节奏：选定环节（1-2 天）→ 小范围试点（3-5 天）→ 复盘决定扩散（6-10 天）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金句：工具装上了不代表用上了，用上了不代表管住了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重点讲顺序感——先辨任务（A），再融流程（I）；很多团队一上来就全员上工具，注定失败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三个交接点用「不给背景 AI 就瞎猜 / 没格式人要重排 / 没复核错误直接流」三个具体例子讲透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练习强调「流程要小」——一个能一周内试点的环节，不要整条大流程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提醒学员检查「复核点」设了没有——没有复核点的流程，等于没有安全带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你设计的流程，三个交接点都定义清楚了吗？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你的 AI 用法，更像外挂还是嵌入？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为什么「外挂」必失败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工具不会因为「被要求」而被使用，只会因为「嵌在流程里绕不开」而被使用。融进流程，才是真正的引入。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复核点为什么最容易漏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很多流程设计完很漂亮，但没人问「错误会在哪一步溜出去」——这一步问出来，复核点就浮出来了。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学员想改整条大流程：拉回「先跑通一个环节」，小步快跑比大跃进安全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超时：只设计「三个交接点」，流程图简化为文字描述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转场：流程跑起来了，但东西交上来，你敢签字吗？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验收 AI 产出：敢于签字担责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　｜　时长：75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运用 CLEAR 五步，对一份 AI 产出逐项验收，识别背景/逻辑/证据/应用/担责的漏洞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完成一次完整的「AI 产出验收」角色演练，体验担责的位置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导入：挑不出毛病就一定对吗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CLEAR 五步详解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14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失手的三种陷阱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CLEAR 验收表示范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案例：完美报告的三处硬伤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练习：AI 产出验收演练 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3人组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小测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验收的核心命题：一份「挑不出毛病」的方案，就一定是对的吗？——「看起来很对」是 AI 最危险的陷阱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CLEAR 五步：C 背景对吗 / L 逻辑通吗 / E 证据真吗 / A 能用吗 / R 谁担责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R（责任）：签字的是人，不是工具——不能用「AI 说的」当挡箭牌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AI 失手三种陷阱：事实幻觉（编造得像真的）/ 自洽但前提错 / 通用但不适用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高发预警：越细节具体的内容，越要核实来源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金句：签字的是人，不是工具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全天最重要的演练，给足时间，不要压缩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逐条讲 CLEAR，重点讲 E（幻觉）和 R（签字即担责）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演练三人一组：产出方 / 验收方 / 观察员；产出方要「据理力争」，验收方要顶得住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观察员用打勾表逐项记录，只管记录不参与辩论——保证演练真实度；10 分钟后换角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巡回观察，提醒验收方别只看结果，要看「怎么来的」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你的验收方漏掉了 CLEAR 的哪一步？代价是什么？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如果这份产出要你签字，你敢签吗？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为什么「看起来很对」最危险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它让你放松警惕。CLEAR 五步的价值，就是把「感觉对」变成「核对过」。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为什么流程要逐项过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三种陷阱常常同时出现，任何一项存疑都不能签字——五项全过才签字，这是管理者的底线动作。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验收方只看结论像不像：提醒「逐项问，不跳步（C→L→E→A→R）」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演练变吵架：观察员用打勾表拉回结构，强调验收不是刁难，是担责的前置动作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超时：改为两组对峙、其余人当观察团，压缩为 25 min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转场：你会验收了，但团队怎么才能一起做到？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带团队用 AI：建公约、防风险、护能力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　｜　时长：60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运用 TRUST 四锚，为团队起草一份可执行的 AI 使用公约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说清 AI 进团队的三类风险（质量/责任/能力退化）及对策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导入：怎么让全团队都用对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TRUST 四锚详解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14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团队三类风险与对策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澄清误区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练习：团队 AI 公约共创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小组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TRUST 四锚：T 透明（用了要说）/ R 规则（红线清单）/ U 能力（边用边学）/ S 安全（数据有底线）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第五个字母 T——Trust 信任：四锚立住，机制成立；机制成立后，放手让团队用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三类团队风险：质量风险（标准不一）/ 责任风险（互相推）/ 能力退化（最隐蔽）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红线要写到动作：哪些数据、哪些结论、谁签字——不写宏观口号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透明是主动说清「怎么用的」，不是走流程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金句：你的团队不会照你说的做，会照你允许的做 / 管得住的放手，才是真放手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重点讲 S（安全）——红线要在事前划清，不是事后追责；数据外泄案例讲透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强调 U（能力）：能力退化是机制问题，不是个人问题——工序设计决定练不练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公约共创要「可执行」：写动作，不写口号（「不得外传客户数据」优于「注意保密」）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鼓励动作要有抓手：写清楚谁、什么时候、做什么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你的组公约里，哪一条最可能被违反？为什么？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你团队三类风险里，哪一类最突出？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为什么管得住的放手才是真放手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清晰是信任的基础。规则清晰，反而能放手——你允许模糊，团队就模糊。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为什么红线要写动作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「注意保密」没人知道怎么做；「客户合同条款不得输入外部工具」一目了然，能对照检查。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学员写口号式公约：逐条追问「这条怎么执行？谁在什么时候做？」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讨论过度发散：限定只写 3 条红线 + 2 个鼓励动作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转场：机制有了，最后一步——把它变成接下来 30 天的动作。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模块六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整合与 30 天 AI 落地计划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类型：整合 + 行动　｜　时长：45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把 HUMAN / AIM / CLEAR / TRUST 串成一条完整的管理动作线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制定一份针对真实团队的 30 天 AI 落地计划并带回岗位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导入：回岗位第一件事做什么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全课回顾（四个判断）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整合：四个模型串成一条线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填写 30 天计划 + 承诺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个人+同桌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课程总结 + 结课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全课回顾：分工（HUMAN）→ 流程（AIM）→ 验收（CLEAR）→ 机制（TRUST）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一条线走完：先分清楚什么给人什么给机器，再把 AI 嵌进流程，然后逐项验收，最后用四锚固定机制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落地三问：第一步做什么（本周内最小动作）/ 怎么知道有效（可观察信号）/ 卡住找谁（求助对象）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30 天三阶段：第 1-10 天分工 → 第 11-20 天试点 → 第 21-30 天固化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计划检查四条：动作够小吗 / 信号可观察吗 / 责任在人吗 / 有求助对象吗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金句：工具会变，判断力不会过时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让学员自己复述「分工→流程→验收→机制」这条线，确认理解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行动计划强调「先写第一步」——本周就能做的最小动作，逼自己落地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配对校准：让对方问「这一步你下周真的会做吗？」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承诺环节不强制，但说出来的承诺，兑现率是写下来的两倍；约定 30 天后互查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如果明天回到岗位，你第一件事做什么？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这一天，哪一句话最戳你？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四个模型的顺序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先分工（HUMAN 五问），再融流程（AIM 三步），然后验收（CLEAR 五步），最后固化机制（TRUST 四锚）——顺序不能乱，这是「管人机协作」的完整动作。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30 天计划的关键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不求全面铺开，只求跑通一条线。动作要小到「这周就能做」，不然永远停在纸上。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计划写空：要求具体到日期 + 对象 + 一句话结果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承诺流于形式：当场念出并记录，约 30 天后互查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第二部分 · 控场与时间管理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【超时砍段优先级】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优先级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可压缩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不可砍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概念导入页、部分案例页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破冰「AI 焦虑清单」、HUMAN 五问、CLEAR 五步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个别示例页、澄清误区页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任务分配图、验收演练、公约共创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数据页、附录索引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 天计划、结业承诺、收口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原则：三个核心模型（模块二、四、五）与所有演练是「练」的载体，优先保；概念页与案例页可口头带过。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【分组与演练建议】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破冰 / 结对：两人组，随机配对降低熟人客套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任务分类工作坊：个人分类 + 同桌互评（争论最大的是哪一项）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流程 AI 化设计：个人设计 + 同桌互审（复核点设对了吗）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AI 产出验收演练：三人组（产出方 / 验收方 / 观察员），10 分钟后换角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团队 AI 公约共创：小组（4-6 人）合并成组公约，最后全组合议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所有演练配计时器，到点喊停，避免拖堂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【学员常问 FAQ】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Q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「我不懂技术，能上这门课吗？」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A：能。这是一门管理课，不是技术课。你要懂的是「分工与验收」的判断，不是算法。工具怎么用，交给会用的人。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Q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「AI 会取代我这个岗位吗？」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A：AI 取代的是「执行动作」，不是「判断与担责」。看清「什么交给机器、什么留给人」的人，才有资格驾驭变化。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Q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「员工偷偷用 AI，我该怎么管？」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A：先承认事实（影子使用普遍存在），再把它摆到台面上：建公约、划红线、定签字人。装不知道，风险只会更晚暴露。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Q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「管得太死，会不会影响效率？」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A：管住边界，放开空间。规则清晰反而能放手——清晰是信任的基础，管得住的放手才是真放手。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