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AI OUTPUT ACCEPTANCE · ROLE CARDS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AI 产出验收 · 角色卡 ×4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模块四演练用 · 三人一组 + 换角提示（40 min）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使用说明（讲师）：本件配合模块四「AI 产出验收演练 ⭐」使用（40 min），全天最重要的演练。三人一组：① 产出方 ② 验收方 ③ 观察员。验收方用 CLEAR 五步逐项质疑，观察员按打勾表记录，10 分钟后换角。★ 产出方要「据理力争」——真实场景里 AI 产出总有说服力，验收方要顶得住；观察员只管记录，不参与辩论。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角色卡 ×4（沿虚线剪开分发）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247"/>
        <w:gridCol w:w="827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角色卡 A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产出方（交出 AI 产出的人）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职责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你的任务：把一份「AI 生成的行业分析摘要」交给管理者，并说明它是怎么来的。你要「据理力争」——真实场景里 AI 产出总有说服力。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要点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简报：结构清晰、表述流畅，看起来无懈可击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要点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其中 2 个关键数据来自 AI 生成，你没有逐一核实出处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要点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你相信「逻辑通顺 = 内容可靠」，准备说服管理者直接采用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要点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面对质疑时：先解释你的思路，再承认哪里可能没核实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247"/>
        <w:gridCol w:w="827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角色卡 B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验收方（签字的管理者）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职责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你的任务：用 CLEAR 五步逐项质疑这份产出，判断「敢不敢签字」。顶住对方的解释，别被「看起来很对」带走。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要点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C 背景：输入信息贴合实情吗？还是通用假设？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要点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L 逻辑：推理链完整吗？有没有把「相关」当「因果」？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要点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E 证据：关键数据能核实吗？来源在哪？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要点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A 应用：放得进我们自己的场景吗？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要点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R 担责：如果错了，谁负责？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247"/>
        <w:gridCol w:w="827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角色卡 C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观察员（按 CLEAR 打勾）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职责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你的任务：只管记录，不参与辩论——保证演练的真实度。用「AI 产出验收打勾表」逐项记录验收方问了哪几步、漏了哪一步。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要点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记录：验收方是否逐项问 C → L → E → A → R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要点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记录：哪一步问得最有力？哪一步被跳过？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要点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记录：产出方哪一句话最有说服力（差点让验收方放行）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要点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演练后反馈：漏掉的那一步，代价会是什么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247"/>
        <w:gridCol w:w="827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角色卡 D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换角提示卡（10 分钟后轮换）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职责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你的任务：提醒全组按规则轮换，保证每个人都体验一次「验收方（担责的位置）」。轮换后，产出的 AI 样本可以继续沿用。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要点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第 1 轮（0-10 min）：A 产出 / B 验收 / C 观察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要点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第 2 轮（10-20 min）：轮换，B 产出 / C 验收 / A 观察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要点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第 3 轮（20-30 min，如时间允许）：C 产出 / A 验收 / B 观察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要点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★ 每人至少当一次「验收方」——那是签字担责的位置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AI OUTPUT ACCEPTANCE · CHECKLIST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AI 产出验收打勾表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模块四演练用 · 观察员逐项打分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CLEAR 五步 逐项打勾（观察员填）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381"/>
        <w:gridCol w:w="2721"/>
        <w:gridCol w:w="1020"/>
        <w:gridCol w:w="3402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验收项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要问的问题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问了 ✔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证据 / 原话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C 背景 Context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输入信息贴合实情吗？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L 逻辑 Logic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推理链完整吗？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E 证据 Evidence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数据/引用能核实吗？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A 应用 Apply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在我们场景能用吗？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R 担责 Responsibility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谁签字担责？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复盘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252"/>
        <w:gridCol w:w="5272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复盘问题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我的答案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验收方漏掉了 CLEAR 的哪一步？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如果这份产出要你签字，你敢签吗？为什么？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验收方哪一句质疑最有杀伤力？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AI 产出验收角色卡 + 打勾表（配合《AI 时代的管理者》模块四使用）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