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TEAM AI USAGE CHARTER — PDCA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团队AI使用公约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M8 课堂使用 · 让 AI 用得放心、用得长久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说明：一个团队一起用 AI，光靠"自觉"不行，得有**公约**。公约不是限制，是**边界**——把"什么可以、什么不可以"说清楚，大家才敢放心用。本公约用 **PDCA**（戴明环：Plan-Do-Check-Act）来落，并明确**认知外包的边界**（哪些该自己想、哪些可交给 AI）。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拟定人：____________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认知外包的边界（这条线先划清）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046"/>
        <w:gridCol w:w="5046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可以外包给 AI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绝不能外包（必须自己想）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查资料、整理格式、初稿、翻译、算数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判断、拍板、价值观取舍、对人的评价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重复性文案、模板套用、信息汇总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核心创意、关键决策、责任承担</w:t>
            </w:r>
          </w:p>
        </w:tc>
      </w:tr>
    </w:tbl>
    <w:p>
      <w:pPr>
        <w:spacing w:after="12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一句话：**动手的活可以外包，动脑的活不能全外包。**把「思考」也交出去，人就会退化——这叫认知外包的边界。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五条款（团队AI使用公约正文）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01"/>
        <w:gridCol w:w="4762"/>
        <w:gridCol w:w="362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条款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我们的约定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一 · 数据红线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不把客户信息/薪酬/机密喂给 AI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二 · 验收责任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出稿，交付前必须人工验收（三关）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三 · 披露义务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对外成果中含 AI 生成须说明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四 · 能力提升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每人每月至少把一个场景做成工作流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五 · 复盘机制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每季度回看公约，更新场景库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用 PDCA 让公约转起来（戴明环）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87"/>
        <w:gridCol w:w="4876"/>
        <w:gridCol w:w="362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做什么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负责人/时间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P · 计划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定公约 + 选本月试点场景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D · 执行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按公约用 AI，记录好用的 Prompts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C · 检查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月度看：省了多少时间、出了什么问题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 · 改进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把好做法固化进公约/场景库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团队签署（用在课堂现场）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姓名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签名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承诺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记住：**公约存在的意义，是让团队敢用 AI。** 边界越清楚，大家越放得开——这条线划得值。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团队AI使用公约（配合《AI 智能体工作流》M8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