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TEAM KNOW-HOW EXTRACTION — 3 QUESTIONS + 4 STEPS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团队萃取样板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M6 课堂使用 · 从个人经验 → 团队资产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说明：团队里最能干的那个人，经验都锁在他自己脑子里。**萃取**就是把高手的「手感」变成大家能复制的「清单」。先用**团队提效三问**找准谁值得萃取，再走**萃取四步**把经验结构化——AI 在这里是「采访助手 + 整理助手」。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萃取对象（岗位/角色）：____________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团队提效三问（找准萃取对象）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814"/>
        <w:gridCol w:w="3969"/>
        <w:gridCol w:w="4422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三问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问自己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我的答案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谁做得最快？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同一件事，谁总比大家快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谁做得最好？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同样品质，谁返工最少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谁的经验最值钱？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他走了，团队会明显掉链子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萃取四步（把经验问出来、整理出来）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74"/>
        <w:gridCol w:w="5329"/>
        <w:gridCol w:w="3402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 法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AI 怎么帮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 · 选场景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挑一个高频、重复、有套路的关键动作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让 AI 按频率/重复度帮你排序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2 · 问细节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访问高手：你第一步看什么？遇到 X 怎么办？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把 AI 当采访助手，帮你生成追问清单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3 · 抽步骤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把散点经验抽成 3–6 步的标准动作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让 AI 把对话记录整理成分步清单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4 · 成清单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写成新人照着能做的 SOP / 检查表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让 AI 把清单转成表格式 SOP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我的萃取成果（AI 初稿 + 人工校准）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361"/>
        <w:gridCol w:w="5443"/>
        <w:gridCol w:w="3402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标准动作（新人照做即可）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关键判断点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第 1 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第 2 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第 3 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第 4 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下一步：这份清单怎么落地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谁来用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什么时候用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怎么验证有效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记住：**萃取的本质是「让高手把课讲一遍」。** AI 帮你提问、帮你整理，但「什么算做得对」只有业务内行说了算——AI 整理的初稿，必须回给本人确认。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团队萃取样板（配合《AI 智能体工作流》M6 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