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AI AGENT WORKFLOWS FOR MANAGERS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智能体工作流 · 管理者提效实战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学员手册 · 2 天完整版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这本手册是你的「随身工具箱」。两天课上，你会在里面写下自己的场景、提示词、工作流和计划。课后再翻它，比只回想有用得多——所以，别怕写乱，写满它。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本手册怎么用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课前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翻一遍模块目录，想清楚「我最想用 AI 省时间的那件活」是什么。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课中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每个练习都在这里落笔。写下来的才是你的；听过的是老师的。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课后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配合《30 天 AI 提效计划表》，一周做一件事，四周做透一轮。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CONTENTS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智能体工作流 · 管理者提效实战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模块目录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全课 10 个模块 · 2 天 720 分钟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M0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破冰共识：为什么管理者必须会用 AI　·　30 min　·　破冰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AI 素养四层：先看清自己在哪一层　·　60 min　·　核心 ⭐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提效地图：管理四要务 × AI 五作用点 ★　·　60 min　·　核心 ⭐★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做透① 计划类：把目标拆透、方案起草　·　90 min　·　核心 ⭐⭐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M4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做透② 领导类：用 AI 准备绩效反馈对话 ★★　·　100 min　·　核心 ⭐★★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M5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半做透③ 评估类：把汇报材料搭出结构　·　60 min　·　核心 ⭐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M6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做透④ 团队提效：把经验萃成团队资产 ★　·　100 min　·　核心 ⭐★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M7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人机分工与质量把关：敢把活交出去　·　70 min　·　核心 ⭐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M8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沉淀与治理：从个人流到团队规范（选修）　·　70 min　·　工具 · 选修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M9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行动落地：30 天提效计划　·　80 min　·　承诺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两条提效主线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主线一 · 提自己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看清素养 → 画提效图 → 做透计划/领导/评估 → 一条随身工作流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主线二 · 提团队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萃取最佳实践 → 造团队资产 → 分工把关 → 立团队公约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M0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破冰共识：为什么管理者必须会用 AI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30 min　·　破冰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能用一句话说清：AI 不是「替你做决定」，是「帮你把活做得更快更好」。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接受人机协作三模式（HBR）：AI 可做助手 / 可做协作者 / 不替你做主。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完成全课地图共识：两条提效主线——提自己 + 提团队。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人机协作三模式（来源：HBR 人机协作研究）：AI 当助手（你做主体）、当协作者（一起想）、不替你担责。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的定位是「杠杆」——放大你的判断力，不是替代它。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两条提效主线：① 提管理者个人效率 ② 提团队整体效率。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首尾闭环：今天从「素养」看到「落地」，最后落到 30 天计划。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先建立一个判断标准：AI 在组织里不是「工具」，是「能力层」。看清它在哪一层，才知道该由谁管。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人机协作三模式（来源：HBR 人机协作研究）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模式</w:t>
            </w:r>
          </w:p>
        </w:tc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AI 的角色</w:t>
            </w:r>
          </w:p>
        </w:tc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谁做关键判断</w:t>
            </w:r>
          </w:p>
        </w:tc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典型场景</w:t>
            </w:r>
          </w:p>
        </w:tc>
      </w:tr>
      <w:tr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助手 Assistant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给建议、出草稿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人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写材料、整理信息、起草邮件</w:t>
            </w:r>
          </w:p>
        </w:tc>
      </w:tr>
      <w:tr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协作者 Collaborator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一起想、多轮迭代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人机共同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方案推演、头脑风暴、找盲点</w:t>
            </w:r>
          </w:p>
        </w:tc>
      </w:tr>
      <w:tr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不替你做主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承担后果与责任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人（唯一）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对人的判断、对外承诺、问责决策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两条提效主线（本课骨架）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主线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一句话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覆盖模块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提自己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把管理者个人的重复劳动交给 AI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M1–M5</w:t>
            </w:r>
          </w:p>
        </w:tc>
      </w:tr>
      <w:tr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提团队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把个人能力萃成团队资产与规范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M6–M8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记住一句话：**不要等 AI 替你工作，要让 AI 替你省出时间——去做只有你能做的事。**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同一件活，两种用法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把「帮我写方案」换成完整的 CRAFT 提示词，AI 从「搜关键词式回答」变成「按你的要求出稿」。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启示：AI 的输出质量，取决于你怎么说——不是取决于它有多聪明。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写下「我每周最想省时间的 3 件活」，贴到墙上，全班归类。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你每天花时间最多的三件活是什么？哪一件最值得先交给 AI？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你希望 AI 帮你「省时间」，还是帮你「做得更好」？还是都要？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M1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素养四层：先看清自己在哪一层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60 min　·　核心 ⭐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能说出 AI 素养四层（WEF 四支柱：会用 Engage / 创造 Create / 会管 Manage / 治理 Shape），并自评在哪一层。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Gartner AI 成熟度分级定位自己团队的 AI 使用阶段。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建立批判意识：不盲信 AI 输出，也不盲目拒绝（HBR 三项核心技能）。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素养四层（来源：WEF 世界经济论坛「AI 素养四支柱」Engage / Create / Manage / Shape）：会用（Engage）/ 创造（Create）/ 会管（Manage）/ 治理（Shape）。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四层不是平行的，是一条上升路径：会用（L1）→ 创造（L2）→ 会管（L3）→ 治理（L4）。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Gartner AI 成熟度分级：先用起来（探索）→ 用出效果（应用）→ 形成体系（体系化）。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HBR 三项核心技能：会提问、会判断、会担责。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最大的坑：停在 L1「会用工具」，缺 L3「会管」的判断与分工能力。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AI 素养不是「会不会用工具」，而是一条从「会用」到「治理」的上升路径。带团队的人，越往上走越重要。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AI 素养四层（来源：WEF 世界经济论坛「AI 素养四支柱」；与 OECD、欧盟 AILit 框架同源）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层级</w:t>
            </w:r>
          </w:p>
        </w:tc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原名</w:t>
            </w:r>
          </w:p>
        </w:tc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一句话</w:t>
            </w:r>
          </w:p>
        </w:tc>
        <w:tc>
          <w:tcPr>
            <w:tcW w:type="dxa" w:w="2466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我要练什么</w:t>
            </w:r>
          </w:p>
        </w:tc>
      </w:tr>
      <w:tr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L1 会用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Engage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知道 AI 能干嘛、怎么提问 → 团队基本操作能力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敢用、会提问</w:t>
            </w:r>
          </w:p>
        </w:tc>
      </w:tr>
      <w:tr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L2 创造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Create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用 AI 产出东西（方案 / 材料 / 分析）→ 把 AI 变生产力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会协作产出、会对结果负责</w:t>
            </w:r>
          </w:p>
        </w:tc>
      </w:tr>
      <w:tr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L3 会管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Manage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会判断输出对不对、会分工、会把关 → 管理者核心能力</w:t>
            </w:r>
          </w:p>
        </w:tc>
        <w:tc>
          <w:tcPr>
            <w:tcW w:type="dxa" w:w="2466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会分工、会设验收、会把关</w:t>
            </w:r>
          </w:p>
        </w:tc>
      </w:tr>
      <w:tr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L4 治理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Shape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定团队规则、控风险、建规范 → 把能力变组织资产</w:t>
            </w:r>
          </w:p>
        </w:tc>
        <w:tc>
          <w:tcPr>
            <w:tcW w:type="dxa" w:w="2466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会立规矩、会控风险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Gartner AI 素养分级（参考）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级别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描述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管理者应达到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L1 无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不了解 AI 如何运作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—</w:t>
            </w:r>
          </w:p>
        </w:tc>
      </w:tr>
      <w:tr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L2 基础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懂概念，但不足以应用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底线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L3 中级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能在日常工作中有效应用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达标 ⭐</w:t>
            </w:r>
          </w:p>
        </w:tc>
      </w:tr>
      <w:tr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L4 强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能引领 AI 策略、连接业务目标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带团队者目标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HBR 三项核心技能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技能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会提问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把需求结构化成好提示词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会判断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识别 AI 的错与盲区，不盲信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会担责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对外、对人的结果，责任永远在人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**最大的坑**：停在 L1「会用工具」，缺 L3「会管」的判断与分工能力。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以为会用，其实只在 L1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某管理者天天用 AI 查资料、写邮件，觉得自己「很懂 AI」；但从不判断 AI 说得对不对，也从没给团队定过使用规矩。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启示：停在 L1「会用工具」，缺 L3「会管」的判断与分工——带团队的人，这恰恰是硬伤。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完成《AI 素养四层自评表》，找出自己最低的一层，写一个这周要补的小目标。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你在 AI 素养四层里，现在处在哪一层？为什么这么判断？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「会用工具」和「会管理 AI」差在哪？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你的团队现在停在 Gartner 的哪一级？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M2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提效地图：管理四要务 × AI 五作用点 ★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60 min　·　核心 ⭐★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能画出自己的 AI 提效场景地图（管理四要务 × AI 五作用点 = 20 格）。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能圈定最痛的 3 个格，并说明为什么先学这几格。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看清「领导类·绩效反馈对话」是全课最高价值场景（当场点亮）。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管理四要务：计划 / 组织 / 领导 / 控制（管理学的四职能框架）。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五作用点：找信息 / 出草稿 / 做对比 / 给建议 / 帮执行。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两者交叉成 20 格地图——每一格是一个 AI 能帮的管理场景。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★★ 当场点亮两格：领导类「做准备」和「完善想法」，都指向「绩效反馈对话」——全课最高价值场景。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地图不是让你每格都会，是让你知道「先学哪几格」。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把「AI 能帮什么」从模糊的感觉，变成一张看得见的地图——哪一格最痛，就先动哪一格。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管理四要务 × AI 五作用点 = 提效地图（20 格）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四要务 \ 五作用点</w:t>
            </w:r>
          </w:p>
        </w:tc>
        <w:tc>
          <w:tcPr>
            <w:tcW w:type="dxa" w:w="1644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找信息</w:t>
            </w:r>
          </w:p>
        </w:tc>
        <w:tc>
          <w:tcPr>
            <w:tcW w:type="dxa" w:w="1644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出草稿</w:t>
            </w:r>
          </w:p>
        </w:tc>
        <w:tc>
          <w:tcPr>
            <w:tcW w:type="dxa" w:w="1644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做对比</w:t>
            </w:r>
          </w:p>
        </w:tc>
        <w:tc>
          <w:tcPr>
            <w:tcW w:type="dxa" w:w="1644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给建议</w:t>
            </w:r>
          </w:p>
        </w:tc>
        <w:tc>
          <w:tcPr>
            <w:tcW w:type="dxa" w:w="1644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帮执行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计划 Planning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理清目标依据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起草计划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比方案优劣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拆解优先级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跟进进度</w:t>
            </w:r>
          </w:p>
        </w:tc>
      </w:tr>
      <w:tr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组织 Organizing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盘点资源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写流程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比人员配置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定分工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协调排期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领导 Leading ★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备沟通素材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起草话术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比不同说法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预演反应</w:t>
            </w:r>
          </w:p>
        </w:tc>
        <w:tc>
          <w:tcPr>
            <w:tcW w:type="dxa" w:w="1644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跟进行动</w:t>
            </w:r>
          </w:p>
        </w:tc>
      </w:tr>
      <w:tr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控制 Controlling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查数据异常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写汇报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比指标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找原因</w:t>
            </w:r>
          </w:p>
        </w:tc>
        <w:tc>
          <w:tcPr>
            <w:tcW w:type="dxa" w:w="1644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看板跟进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★ 全课最高价值场景：绩效反馈对话（领导类）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为什么最值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高频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每个下属每年都要谈，谈不完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高难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管理者普遍拖、怕、不知道怎么开口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高风险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谈不好伤关系，谈好了团队就动起来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**地图不是让你每格都会，是让你知道「先学哪几格」。** 圈定最痛的 3 格，后面模块逐个做透。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一次没准备 vs 一次准备了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甲：临时叫下属进会议室谈问题，说不出具体事实，谈成互相指责。乙：提前用 AI 把事实理成 SBI、预演对方反应，谈得下属心服口服。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启示：绩效反馈不是「会不会说」，是「谈之前准备没准备」。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画出自己管理四要务 × AI 五作用点的提效地图，圈出最痛的 3 格。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你圈出的最痛 3 格是哪些？它们的共同点是什么？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为什么「绩效反馈对话」能同时命中「领导」和「高价值」？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如果只能先做透一格，你选哪格？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M3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做透① 计划类：把目标拆透、方案起草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90 min　·　核心 ⭐⭐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CRAFT 提示词框架（背景/角色/动作/格式/语气）写出结构化提示词。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SIPOC（戴明流程改进工具）界定一件事的头尾，把模糊任务变成可拆解的流程。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完成一条「目标拆解 + 任务分派」工作流，带走可复用提示词模板。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CRAFT 五要素（来源：CRAFT 通用提示词框架）：Context 背景 / Role 角色 / Action 动作 / Format 格式 / Tone 语气。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SIPOC（来源：戴明，流程改进工具）：供应者 S / 输入 I / 过程 P / 输出 O / 客户 C。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提示词是砖，工作流是墙：单条提示词解决一件事，串起来才是一条可复用的工作流。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五个计划类场景示例：季度目标拆月度计划 / 大项目拆任务 / 绩效对话准备（★预告）/ 方案风险预演 / 经验整理成 SOP。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提示词是砖，工作流是墙。先把「一件事」看清（SIPOC），再把它写成 AI 能执行的流程。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CRAFT 提示词框架（通用提示词方法，与 CRISPE 同源）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要素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要写什么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C 背景 Context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来龙去脉、约束条件、给谁看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R 角色 Role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让 AI 以什么身份做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A 动作 Action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具体要它做什么，一步步说清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F 格式 Format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形式、长度、结构（最易漏！）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T 语气 Tone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用什么口吻、什么风格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SIPOC 流程界定（来源：戴明，流程改进工具）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问什么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S 供应者 Supplier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数据 / 素材从哪来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I 输入 Input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喂进去什么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P 过程 Process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分几步、每步谁做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O 输出 Output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产出什么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C 客户 Customer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给谁、在哪用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**检验标准**：如果这条提示词换个人执行，也能得出同一个结果，那它就够清楚了。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一次模糊的拆解 vs 一次到位的拆解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模糊版「帮我拆一下 Q4 目标」→ AI 给一堆正确的废话。到位版：CRAFT 五要素写全 → AI 给出月份/动作/责任人/风险的表格，直接可用。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启示：提示词是砖，工作流是墙。会用 CRAFT，拆什么都快。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💬 提示词模板（Prompt）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/>
          <w:color w:val="888888"/>
          <w:sz w:val="19"/>
        </w:rPr>
        <w:t>直接套用：把「背景」换成你自己的事实即可。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1 · 计划类｜把季度目标拆成月度计划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【背景】我是销售团队负责人，Q4 目标：新签 12 家客户，团队 5 人。</w:t>
              <w:br/>
              <w:t>【角色】你是资深销售运营顾问。</w:t>
              <w:br/>
              <w:t>【动作】把这一个季度目标拆成 3 个月的月度计划，每月列出关键动作和责任人角色。</w:t>
              <w:br/>
              <w:t>【格式】表格：月份｜关键动作｜目标拆解数｜责任角色｜风险点。</w:t>
              <w:br/>
              <w:t>【语气】用简洁、直接、可执行的商务口吻，给我自己和团队看。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2 · 组织类｜把一个大项目拆成可分派的任务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【背景】要上线一套新的客户管理系统，涉及 IT、销售、客服三个部门。</w:t>
              <w:br/>
              <w:t>【角色】你是项目管理专家。</w:t>
              <w:br/>
              <w:t>【动作】把项目拆成阶段任务，标明每个任务的前后依赖和需要哪个部门参与。</w:t>
              <w:br/>
              <w:t>【格式】先给阶段（表格），再给任务清单（列表，含依赖关系）。</w:t>
              <w:br/>
              <w:t>【语气】正式、条理清晰的会议汇报口吻，让跨部门一眼看懂谁做什么、什么时候做。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3 · 领导类｜为一次绩效反馈对话做准备（★预告）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【背景】团队成员小 A 连续两个月业绩达标但主动性偏弱，我要做一次正式反馈。</w:t>
              <w:br/>
              <w:t>【角色】你是资深 HR 教练（熟悉 SBI 反馈模型）。</w:t>
              <w:br/>
              <w:t>【动作】帮我准备这次反馈对话：列出要谈的 3 个要点、每个要点的具体事例、以及沟通顺序。</w:t>
              <w:br/>
              <w:t>【格式】三段式：事实描述｜影响说明｜期待对方做什么。</w:t>
              <w:br/>
              <w:t>【语气】专业、有建设性，谈完要让他既有压力又不觉得被否定。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4 · 评估类｜给一份方案做风险预演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【背景】我准备了一份部门降本方案，想上会之前先自己找漏洞。</w:t>
              <w:br/>
              <w:t>【角色】你是挑剔的财务与运营评审专家。</w:t>
              <w:br/>
              <w:t>【动作】找出这份方案最可能被质疑的 5 个点，并给出每个点的应对思路。</w:t>
              <w:br/>
              <w:t>【格式】表格：质疑点｜为什么会被质疑｜建议应对。</w:t>
              <w:br/>
              <w:t>【语气】严谨、挑刺的评审口吻，帮我把方案做得更扎实。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5 · 知识管理类｜把散落经验整理成 SOP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【背景】我们团队做客户提案有一套「老带新」的经验，现在都是口口相传。</w:t>
              <w:br/>
              <w:t>【角色】你是流程梳理专家。</w:t>
              <w:br/>
              <w:t>【动作】根据我提供的零散要点，整理成一份可复用的《客户提案 SOP》。</w:t>
              <w:br/>
              <w:t>【格式】分步骤（编号），每步写：做什么、产出什么、注意什么。</w:t>
              <w:br/>
              <w:t>【语气】清晰、手把手的教练口吻，让新人照着也能上手。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用自己的真实任务，按 CRAFT 五要素写一条提示词；喂给 AI 拿到第一版计划，再补缺的要素。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你写的提示词，五要素齐了吗？缺哪一条效果打折最厉害？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SIPOC 让你对这件事「看清楚了」什么，是之前模糊的？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这条工作流，回去能直接用吗？还差什么？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M4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做透② 领导类：用 AI 准备绩效反馈对话 ★★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100 min　·　核心 ⭐★★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SBI 反馈模型（情境/行为/影响，来源：CCL）把反馈说得对事不对人。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CRAFT 提示词 + AI 三帮法（备素材 / 做预演 / 出准备稿）准备一场真实对话。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完成一份《绩效反馈对话准备稿》，含预演过的对方反应与应对。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SBI 反馈模型（来源：CCL 组织领导力中心）：Situation 情境 / Behavior 行为 / Impact 影响。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只说可观察的行为，不说人品——这是「不伤人」的分水岭。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三个帮法：① 帮备素材（把零散事实理成提纲）② 帮预演（扮对方，给出可能反应）③ 帮出准备稿。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四步准备法：备素材 → 预演反应 → 定稿话术 → 事后复盘。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红线：AI 帮你「准备」，不替你「谈」；对人的判断与关系，责任永远在人（呼应 M7、M8）。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最高价值场景：用 AI 提前准备一场绩效反馈对话。核心是「说对事不说人」，以及「谈之前准备过」。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SBI 反馈模型（来源：CCL 创新领导力中心）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要素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说什么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反例 → 正例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S 情境 Situation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何时何地发生的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「你平时」→「这周三的例会上」</w:t>
            </w:r>
          </w:p>
        </w:tc>
      </w:tr>
      <w:tr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B 行为 Behavior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只描述可观察的行为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「你态度不好」→「你打断了同事两次发言」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I 影响 Impact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这个行为带来的影响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「让人不敢提意见」→「后面没人再提建议，方案少了几个角度」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AI 三个帮法（本课方法，综合应用）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帮法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做法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帮备素材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把零散事实理成提纲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帮预演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扮对方，给出可能的反应与追问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帮出准备稿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把素材 + 预演整理成一页准备稿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四步准备法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要点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备素材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SBI 结构理清事实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预演反应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让 AI 扮对方抛难题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定稿话术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写下开场与关键句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④ 事后复盘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谈完回填，下次更好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**红线**：AI 帮你「准备」，不替你「谈」——对人的判断与关系，责任永远在人。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越谈越僵 vs 谈通了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甲没准备就直接谈，下属一辩解就上头。乙用 AI 把事实理成 SBI、写了话术、还让 AI 扮下属抛难题预演过，现场稳稳接住。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启示：把「最难的一场对话」提前在 AI 里跑一遍——这是本课最有记忆点的一段。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💬 提示词模板（Prompt）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/>
          <w:color w:val="888888"/>
          <w:sz w:val="19"/>
        </w:rPr>
        <w:t>直接套用：把「背景」换成你自己的事实即可。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★ 示例 · 绩效反馈对话准备（用 AI 备素材 + 预演）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【背景】我是团队负责人，有位下属近两个月业绩达标但主动性偏弱：三次评审会没发言，两次跨部门协作没有主动跟进。我要做一次正式绩效反馈；我担心说重了伤他，说轻了没用。</w:t>
              <w:br/>
              <w:t>【角色】你是资深 HR 教练，熟悉 SBI 反馈模型。</w:t>
              <w:br/>
              <w:t>【动作】第一步，把这几个事实整理成 SBI 三段（情境-行为-影响）；第二步，帮我写这次对话的完整话术（开场 / 指出问题 / 听他的说法 / 收尾共识）；第三步，扮演我的这位下属，模拟他可能的三种反应，并告诉我该怎么接。</w:t>
              <w:br/>
              <w:t>【格式】先 SBI 表格，再话术分段，最后对话预演（分「他可能说」和「我可以接」两栏）。</w:t>
              <w:br/>
              <w:t>【语气】专业、有建设性，谈完要让他既有压力又不觉得被否定。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用《绩效反馈对话准备稿》模板：① 把真实事实理成 SBI；② 写出开场话术；③ 让 AI 扮下属跑一轮预演，练怎么接。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用 AI 预演之后，你对这场对话的「怕」减少了多少？少了什么？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SBI 里最难写的是哪一段？为什么？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如果对方抛出你没想到的问题，你的预案够用吗？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M5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半做透③ 评估类：把汇报材料搭出结构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60 min　·　核心 ⭐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能用金字塔原理（来源：芭芭拉·明托）检查汇报材料的结构。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AI 搭「最难的那部分：结构」，把结论先行、以上统下落到材料上。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掌握汇报类的 CRAFT 提示词（简版）。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金字塔原理四铁律（来源：芭芭拉·明托）：结论先行 / 以上统下 / 归类分组 / 逻辑递进。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AI 三步搭结构：① 给 AI 全部素材 ② 要求「先给结论，再给三层支撑」 ③ 你审逻辑、补数据。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评估类只做「半做透」：把最难的「结构」交给 AI，细节你自己填。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一句话：老板只记得住「结论 + 三条支撑」。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向上汇报、材料准备——最难的其实不是内容，是结构。把结构交给 AI，你补数据与判断。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金字塔原理四条铁律（来源：芭芭拉·明托《金字塔原理》）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铁律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结论先行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第一句就给结论，别铺垫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以上统下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上层是下层的概括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归类分组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同层要素同一逻辑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④ 逻辑递进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按重要/时间/因果排序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AI 三步搭结构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做法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给全素材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把原始材料、数据、背景都给 AI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要求结构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「先给结论，再给三层支撑」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人审人补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你审逻辑、补数据、定语气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**一句话**：老板只记得住「结论 + 三条支撑」。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说了半天没重点 vs 结论先行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同一份材料：原版从背景讲起讲了 10 分钟老板没听懂；用金字塔原理重构后「结论 + 三条支撑」，30 秒说清。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启示：老板只记得住「结论 + 三条支撑」，结构交给 AI，判断留给自己。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💬 提示词模板（Prompt）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/>
          <w:color w:val="888888"/>
          <w:sz w:val="19"/>
        </w:rPr>
        <w:t>直接套用：把「背景」换成你自己的事实即可。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· 汇报材料生成提示词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【背景】我有一堆零散的项目进展记录，要向上级做季度汇报。</w:t>
              <w:br/>
              <w:t>【角色】你是擅长结构化表达的咨询顾问。</w:t>
              <w:br/>
              <w:t>【动作】把这些材料先归类，再按「结论先行」搭出金字塔结构（结论 + 三层支撑）。</w:t>
              <w:br/>
              <w:t>【格式】先一句话结论，再分三层列支撑要点。</w:t>
              <w:br/>
              <w:t>【语气】简洁、结论先行的汇报口吻，让老板 30 秒抓住重点。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挑一份自己「说了半天没重点」的材料，用提示词让 AI 按金字塔原理重构，对比前后效果。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你的材料，结论放在第一句了吗？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AI 搭的结构，哪一层你自己必须改？为什么？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M6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做透④ 团队提效：把经验萃成团队资产 ★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100 min　·　核心 ⭐★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能用「萃取四步」（收集→对比→提炼→固化）把团队最佳实践变成 SOP。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能产出一页《团队汇报萃取样板》（结构 + 模板 + 提示词 + 质量清单）。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理解团队提效的本质是「沉淀资产」，不是「各自用 AI」。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团队提效三问：帮成员做准备 / 帮团队做思考 / 帮团队做评估。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萃取四步：收集（要最好那版）→ 对比（AI 找共性）→ 提炼（出模板+提示词）→ 固化（写进 SOP）。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关键在「对比多版」：萃取的价值来自多个人，不是一个人。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资产化的价值：新人照着模板即会，成员走了能力留在团队。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红线（呼应 M8）：萃取的是「做法」，不是把人当数据；模板服务人，不是给人加码。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团队提效的本质是「沉淀资产」——不是各自用 AI，而是把最好的做法变成全组能复用的模板。这是本课的护城河。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团队提效三问（本课骨架）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问题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帮成员做准备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把沟通、材料准备交给 AI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帮团队做思考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用 AI 对比多版、找共性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帮团队做评估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用 AI 做初筛、给标准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萃取四步（把最佳实践变 SOP）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做法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收集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要「做得最好那一版」+「最差那版」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对比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用 AI 找共性结构与共性的坑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提炼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出模板 + 提示词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④ 固化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写进 SOP，新人照着即会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**关键在「对比多版」**：一个人的做法=个人经验；多个人对比才能找出反复出现的好结构。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一个团队把周报做成了「资产」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原来周报各写各的、质量参差；用 AI 对比「最好那版」和「最差那版」，提炼出共性模板 + 提示词，全组照着写，新人一上手就有框架。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启示：一个人的做法是个人经验，多个人对比出的结构才是团队资产。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💬 提示词模板（Prompt）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/>
          <w:color w:val="888888"/>
          <w:sz w:val="19"/>
        </w:rPr>
        <w:t>直接套用：把「背景」换成你自己的事实即可。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★ 示例 · 团队最佳实践萃取提示词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【背景】我提供团队同一类工作（如周报）的多个版本，有做得好的也有一般的。</w:t>
              <w:br/>
              <w:t>【角色】你是团队流程萃取专家。</w:t>
              <w:br/>
              <w:t>【动作】对比这些版本，找出共用结构（做得好的共性）和常见的坑，提炼成一份可复用模板 + 一条提示词；同时针对 4 个常见问题各给一条改进规则。</w:t>
              <w:br/>
              <w:t>【格式】模板（分步骤）+ 提示词 + 改进规则表。</w:t>
              <w:br/>
              <w:t>【语气】清晰、手把手的教练口吻，让新人照着也能上手。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收集团队同一类工作的 2–3 个版本，用萃取提示词提炼模板，组内审核改定。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萃取出的模板，你们组真会回去用吗？卡点在哪？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这套东西怎么让全团队都用起来？谁维护？多久更新一次？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M7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人机分工与质量把关：敢把活交出去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70 min　·　核心 ⭐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HITL 人在回路（来源：Parasuraman &amp; Riley 1997）理解「自动化越高，人的介入点越关键」。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能用分工三档（AI 先做/人机轮流/人主导）给任务分档。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能用输出验收三关（事实关/逻辑关/风险关）决定一个输出能不能发出去。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HITL 人在回路（来源：Parasuraman &amp; Riley 1997）：自动化越高，人的介入点越关键。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分工三档：一档 AI 先做人后审（低风险高重复）/ 二档人机轮流（中风险多轮）/ 三档人主导（高风险敏感）。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口诀：责任越大，人越靠前。凡对人、对外的判断，永远在三档。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输出验收三关（参考 Sheridan &amp; Verplank 1978 自动化十级）：事实关 / 逻辑关 / 风险关。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例外管理：任何一关拿不准 → 停下来上报，不硬发。这不是无能，是专业。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敢不敢把活真的交出去？靠的不是信任 AI，是设好「分工档位」和「验收关口」。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HITL 人在回路（来源：Parasuraman &amp; Riley 1997；自动化层级参考 Sheridan &amp; Verplank 1978）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要点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核心主张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自动化程度越高，人的介入点越关键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为什么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AI 出错时，必须有人在关键时刻兜住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启示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把「人的介入点」设计进流程，而不是事后补救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分工三档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档位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谁做关键判断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适合什么活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全人做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人从头做到尾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担责、关系敏感、政治风险</w:t>
            </w:r>
          </w:p>
        </w:tc>
      </w:tr>
      <w:tr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人机协作 HITL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AI 出初稿，人改并签字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有对外影响、需人担责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Agent 全自动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AI 独立完成，人抽查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低风险、重复、可回溯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输出验收三关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关口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检查什么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事实关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数据、引用、事实对不对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逻辑关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论证是否自洽、有无跳步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风险关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合规、隐私、对外影响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**口诀**：责任越大，人越靠前。凡对人、对外的判断，永远在②③档。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全自动发错了客户邮件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为图省事把「客户邮件」设成全自动，结果 AI 把内部备注发给了客户。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启示：凡对外、对人的判断，必须由人签字——责任越大，人越靠前。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💬 提示词模板（Prompt）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/>
          <w:color w:val="888888"/>
          <w:sz w:val="19"/>
        </w:rPr>
        <w:t>直接套用：把「背景」换成你自己的事实即可。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· 输出验收提问（让 AI 自检 + 你复核）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【背景】这是 AI 刚生成的一份对外材料。</w:t>
              <w:br/>
              <w:t>【角色】你是严格的质检员。</w:t>
              <w:br/>
              <w:t>【动作】逐项检查：① 事实、数据、引用有没有错；② 论证有没有跳步、逻辑是否自洽；③ 有没有合规、隐私或对外影响风险。</w:t>
              <w:br/>
              <w:t>【格式】表格：检查项｜发现的问题｜严重程度。</w:t>
              <w:br/>
              <w:t>【语气】严谨、挑刺的质检口吻，帮我在发出去之前把风险找出来。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把真实工作清单逐项分档（①/②/③），标出每个人的签字点；跑一遍验收三关。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你手上哪些活其实可以放心交给 AI，之前一直没敢交？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哪些活你试图全交给 AI，其实是危险的？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你的「例外上报线」画在哪？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M8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沉淀与治理：从个人流到团队规范（选修）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70 min　·　工具 · 选修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能用 PDCA（来源：戴明）让团队 AI 用法持续变好。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能说清「认知外包」的边界：什么可以交给 AI，什么绝不能。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能起草一份《团队 AI 使用公约》（五条款）。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PDCA（来源：戴明）：计划/执行/检查/处理——让团队 AI 用法转起来，好做法固化、问题清掉。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认知外包边界（来源：Gerlich 2025；Lee 等 2025 ACM CHI）：信息整理可外包，判断/决策/担责不能。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团队公约五条款：使用范围 / 复核要求 / 数据红线 / 标注透明 / 责任归属。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公约落地四步：小范围试点 → 收集反馈 → 修订定版 → 全员推行。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一个人会用，是个人的能力；全团队照做，才是组织的资产。用 PDCA 让用法持续变好，同时守住「认知外包」的边界。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PDCA 循环（来源：戴明，也称质量环）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阶段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在团队 AI 用法上做什么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P 计划 Plan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定团队 AI 使用范围与目标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D 执行 Do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小范围试点、跑起来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C 检查 Check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收集反馈、看效果与问题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A 处理 Act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好做法固化进 SOP，问题清掉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认知外包的边界（来源：Gerlich 2025；Lee 等 2025 ACM CHI）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可以外包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不能外包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信息整理、检索、初稿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判断、决策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格式转换、翻译、汇总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担责、承诺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头脑风暴、找盲点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对人的评价与关系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团队 AI 使用公约五条款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条款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写什么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使用范围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什么活可以交给 AI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复核要求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谁签字负责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③ 数据红线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哪些数据绝不能外喂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④ 标注透明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对外内容是否需标注 AI 参与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⑤ 责任归属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出问题谁担责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**公约的目的是「让大家敢用」，不是不让人用。** 落地四步：小范围试点 → 收反馈 → 修订定版 → 全员推行。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只有一个人在偷偷用 AI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某团队人人都用 AI，但各用各的、谁都怕担责、没人定规矩；结果一有人出错就全组收紧，谁也不用了。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启示：没有公约，能力就永远是「个人的」；有了公约，才变成「团队的」。公约是为了让人敢用。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💬 提示词模板（Prompt）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/>
          <w:color w:val="888888"/>
          <w:sz w:val="19"/>
        </w:rPr>
        <w:t>直接套用：把「背景」换成你自己的事实即可。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· 团队 AI 使用公约起草提示词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【背景】我们团队要开始规范地使用 AI，需要一个团队公约。</w:t>
              <w:br/>
              <w:t>【角色】你是熟悉数据合规与团队管理的顾问。</w:t>
              <w:br/>
              <w:t>【动作】帮我起草一份团队 AI 使用公约，包含：使用范围、复核要求、数据红线、标注透明、责任归属五条款。</w:t>
              <w:br/>
              <w:t>【格式】五条款，每条款 2–3 条具体规则。</w:t>
              <w:br/>
              <w:t>【语气】务实、兼顾鼓励与底线的讨论口吻，让大家敢用又守得住底线。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用模板起草团队 AI 使用公约五条款，重点写「数据红线」，组内讨论定版。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你的团队现在有没有 AI 规矩？缺哪一条最要紧？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哪些活你们团队「绝不能」用 AI？边界画在哪？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M9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行动落地：30 天提效计划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80 min　·　承诺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本模块收获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能复盘全课两条主线、整理自己带走的产出清单。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能制定一份带时间点的《30 天 AI 提效计划》。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目标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明示「课后能干什么」——让学员知道回去就能上手的动作。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要点笔记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两条主线复盘：① 管理者个人 AI 助理 ② 团队能力萃取。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产出清单：自评表 / 场景地图 / 提示词模板 / 对话准备稿 / 萃取样板 / 分工表 / 公约。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场景快照库：会议纪要、1on1 提纲、项目汇总、新人 onboarding、数据异常、年度述职。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30 天计划：第 1 周跑工作流 / 第 2 周试跑团队样板 / 第 3 周立规矩 / 第 4 周复盘。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★ 课后能干什么：说清四层、画出地图、带走工作流、敢交出去、（2天版）完成团队提效 + 对话预演。</w:t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结课承诺：写下回去第一个要提效的活，当众念一句。</w:t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📖 概念与知识点</w:t>
      </w:r>
    </w:p>
    <w:p>
      <w:pPr>
        <w:spacing w:after="80" w:before="0" w:line="320" w:lineRule="exact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把两天的收获，变成回岗后能立即上手的动作——不是听完，是带走。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全课两条主线复盘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主线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关键动作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① 提自己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看清素养 → 画提效图 → 做透计划/领导/评估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② 提团队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萃取资产 → 分工把关 → 立团队公约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30 天四周计划（配合 PDCA）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周次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聚焦</w:t>
            </w:r>
          </w:p>
        </w:tc>
        <w:tc>
          <w:tcPr>
            <w:tcW w:type="dxa" w:w="3289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动作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第 1 周 跑起来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Plan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挑一件重复活，用 CRAFT 写提示词跑起来</w:t>
            </w:r>
          </w:p>
        </w:tc>
      </w:tr>
      <w:tr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第 2 周 带团队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Do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把做法整理成模板，教一个同事用</w:t>
            </w:r>
          </w:p>
        </w:tc>
      </w:tr>
      <w:tr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第 3 周 立规矩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Check</w:t>
            </w:r>
          </w:p>
        </w:tc>
        <w:tc>
          <w:tcPr>
            <w:tcW w:type="dxa" w:w="3289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定团队 AI 使用公约，设验收三关</w:t>
            </w:r>
          </w:p>
        </w:tc>
      </w:tr>
      <w:tr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第 4 周 复盘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Act</w:t>
            </w:r>
          </w:p>
        </w:tc>
        <w:tc>
          <w:tcPr>
            <w:tcW w:type="dxa" w:w="3289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回看效果，好做法固化，问题改掉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场景快照库（没用透的场景也给你）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场景</w:t>
            </w:r>
          </w:p>
        </w:tc>
        <w:tc>
          <w:tcPr>
            <w:tcW w:type="dxa" w:w="4933"/>
            <w:shd w:val="clear" w:fill="013147"/>
          </w:tcPr>
          <w:p>
            <w:pPr>
              <w:spacing w:before="60" w:after="60"/>
            </w:pPr>
            <w:r>
              <w:rPr>
                <w:rFonts w:ascii="Microsoft YaHei" w:hAnsi="Microsoft YaHei"/>
                <w:b/>
                <w:color w:val="FFFFFF"/>
                <w:sz w:val="19"/>
              </w:rPr>
              <w:t>一句话用法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会议纪要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录音转写 → 提炼行动项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1on1 提纲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输入近况 → 生成提纲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项目汇总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多份进度 → 汇总成报告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新人 onboarding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经验 → 整理成清单</w:t>
            </w:r>
          </w:p>
        </w:tc>
      </w:tr>
      <w:tr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数据异常</w:t>
            </w:r>
          </w:p>
        </w:tc>
        <w:tc>
          <w:tcPr>
            <w:tcW w:type="dxa" w:w="4933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数据 → 找原因假设</w:t>
            </w:r>
          </w:p>
        </w:tc>
      </w:tr>
      <w:tr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/>
                <w:color w:val="013147"/>
                <w:sz w:val="18"/>
              </w:rPr>
              <w:t>年度述职</w:t>
            </w:r>
          </w:p>
        </w:tc>
        <w:tc>
          <w:tcPr>
            <w:tcW w:type="dxa" w:w="4933"/>
            <w:shd w:val="clear" w:fill="E8F1F0"/>
          </w:tcPr>
          <w:p>
            <w:pPr>
              <w:spacing w:before="40" w:after="40"/>
            </w:pPr>
            <w:r>
              <w:rPr>
                <w:rFonts w:ascii="Microsoft YaHei" w:hAnsi="Microsoft YaHei"/>
                <w:b w:val="0"/>
                <w:color w:val="333333"/>
                <w:sz w:val="18"/>
              </w:rPr>
              <w:t>全年材料 → 搭结构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**30 天计划最容易失败在想一次全上**——第 1 周只跑一条流，跑通了再扩。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✦ 我的笔记 / 我的场景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记在这里：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🎯 举例案例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案例 · 两天的课，变成 30 天的动作</w:t>
      </w:r>
    </w:p>
    <w:p>
      <w:pPr>
        <w:spacing w:after="4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学员把课上写的提示词存进备忘录，第 1 周只跑一条工作流，跑通了再扩——四周后，团队周报全部交给 AI 出初稿。</w:t>
      </w:r>
    </w:p>
    <w:p>
      <w:pPr>
        <w:spacing w:after="100" w:before="0" w:line="304" w:lineRule="exact"/>
      </w:pPr>
      <w:r>
        <w:rPr>
          <w:rFonts w:ascii="Microsoft YaHei" w:hAnsi="Microsoft YaHei" w:eastAsia="Microsoft YaHei"/>
          <w:b w:val="0"/>
          <w:i/>
          <w:color w:val="8DC643"/>
          <w:sz w:val="19"/>
        </w:rPr>
        <w:t>启示：30 天计划最容易失败在想一次全上；第 1 周只跑一条流。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💬 提示词模板（Prompt）</w:t>
      </w:r>
    </w:p>
    <w:p>
      <w:pPr>
        <w:spacing w:after="80" w:before="0" w:line="304" w:lineRule="exact"/>
      </w:pPr>
      <w:r>
        <w:rPr>
          <w:rFonts w:ascii="Microsoft YaHei" w:hAnsi="Microsoft YaHei" w:eastAsia="Microsoft YaHei"/>
          <w:b w:val="0"/>
          <w:i/>
          <w:color w:val="888888"/>
          <w:sz w:val="19"/>
        </w:rPr>
        <w:t>直接套用：把「背景」换成你自己的事实即可。</w:t>
      </w:r>
    </w:p>
    <w:p>
      <w:pPr>
        <w:spacing w:after="40" w:before="8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▸ 示例 · 场景快照提示词（挑一个今天没用透的场景）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【背景】我是管理者，想用 AI 处理「会议纪要」这件活。</w:t>
              <w:br/>
              <w:t>【角色】你是高效的行政助理。</w:t>
              <w:br/>
              <w:t>【动作】把会议录音转写文本提炼成：决议事项、待办行动（含负责人和截止时间）、待定问题。</w:t>
              <w:br/>
              <w:t>【格式】三段式清单。</w:t>
              <w:br/>
              <w:t>【语气】简洁、行动导向的口吻，会后可直接分发执行。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✍ 动手练习</w:t>
      </w:r>
    </w:p>
    <w:p>
      <w:pPr>
        <w:spacing w:after="60" w:before="0" w:line="320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0"/>
        </w:rPr>
        <w:t>· 填《30 天 AI 提效计划表》，选一件真实重复活，拆成四周动作，跟邻座互换念一遍。</w:t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想一想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两天下来，你带走的最有用的一样东西是什么？</w:t>
      </w:r>
    </w:p>
    <w:p>
      <w:pPr>
        <w:spacing w:after="40" w:before="0" w:line="336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1"/>
        </w:rPr>
        <w:t>· 回去第一个要提效的活是什么？打算哪天做？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AFTER CLASS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AI 智能体工作流 · 管理者提效实战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★ 课后能干什么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这两天不是「听完了」，是「带走了」。下面这些，是你课后立刻能上手的动作。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① 说清四层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你能说清 AI 素养四层，并知道自己该练哪一层。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② 画出地图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你能画出自己的提效地图，圈定最痛的 3 个格。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③ 带走工作流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你有至少一条「场景 + 提示词 + 工作流」，回去能直接用。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④ 敢交出去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你能给任务分档、用验收三关把关，放心把活交给 AI。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⑤ 做透对话（2天版）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你会用 AI 准备一场真实的绩效反馈对话，并预演过对方反应。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⑥ 团队提效（2天版）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你能把团队经验萃成资产，并起草一份团队 AI 使用公约。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我的结课承诺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回去后，我第一个要提效的活是：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回去后，我第一个要提效的活是：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FFFFFF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2"/>
              </w:rPr>
              <w:t>我打算从哪天开始：</w:t>
            </w:r>
          </w:p>
          <w:p>
            <w:pPr>
              <w:spacing w:after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  <w:p>
            <w:pPr>
              <w:spacing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M0 破冰共识：为什么管理者必须会用 AI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M1 AI 素养四层：先看清自己在哪一层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M2 提效地图：管理四要务 × AI 五作用点 ★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M3 做透① 计划类：把目标拆透、方案起草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M4 做透② 领导类：用 AI 准备绩效反馈对话 ★★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M5 半做透③ 评估类：把汇报材料搭出结构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M6 做透④ 团队提效：把经验萃成团队资产 ★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M7 人机分工与质量把关：敢把活交出去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M8 沉淀与治理：从个人流到团队规范（选修）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M9 行动落地：30 天提效计划</w:t>
    </w: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学员手册 · 结课页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