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AI EFFECT MAP — MANAGER WORK MATRIX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提效地图工作表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M2 课堂使用 · 管理四要务 × AI 五作用点 = 20 格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说明：管理者的一天，到底哪些活能交给 AI？用**管理四要务**（计划 / 组织 / 领导 / 控制，管理职能经典划分，源自法约尔）为纵轴，**AI 五作用点**（找信息 / 出草稿 / 做对比 / 给建议 / 帮执行）为横轴，画出你自己的 20 格提效地图。先在格里写「你实际会这么干的场景」，再圈出对你最痛的 3 格——这 3 格就是你本课要重点拿下的。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提效地图（每格写 1 个你真实会用的场景）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1531"/>
        <w:gridCol w:w="1531"/>
        <w:gridCol w:w="1531"/>
        <w:gridCol w:w="1531"/>
        <w:gridCol w:w="1531"/>
      </w:tblGrid>
      <w:tr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四要务 \ 五作用点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找信息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出草稿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做对比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给建议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帮执行</w:t>
            </w:r>
          </w:p>
        </w:tc>
      </w:tr>
      <w:tr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计划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拆季度目标→让 AI 先出草稿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把零散想法→AI 整理成方案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对比 3 套方案→AI 列优劣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给资源分配建议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生成排期初稿</w:t>
            </w:r>
          </w:p>
        </w:tc>
      </w:tr>
      <w:tr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组织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汇总各人职责现状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起草岗位说明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对比两种分工方案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建议谁适合哪块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生成分工表</w:t>
            </w:r>
          </w:p>
        </w:tc>
      </w:tr>
      <w:tr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领导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汇总团队反馈要点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起草动员稿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对比两种沟通口径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★ AI 准备绩效反馈对话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生成跟进话术</w:t>
            </w:r>
          </w:p>
        </w:tc>
      </w:tr>
      <w:tr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控制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汇总进度数据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起草复盘纪要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对比目标 vs 实际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指出偏差原因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AI 生成纠正动作清单</w:t>
            </w:r>
          </w:p>
        </w:tc>
      </w:tr>
    </w:tbl>
    <w:p>
      <w:pPr>
        <w:spacing w:after="12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★ 高亮行「领导」是管理者最高价值场景——尤其「AI 准备绩效反馈对话」（本课 M4 做透）。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圈出我最痛的 3 格（本课重点拿下）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 1 痛（要务 × 作用点）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 2 痛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 3 痛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个人提效三筛子（判断一件活值不值得交给 AI）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4309"/>
        <w:gridCol w:w="385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筛子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问自己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我这格的情况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高频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这活一周出现几次？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重要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做不好会不会伤结果/伤关系？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重复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是不是每次都按同一套流程？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三筛子全中 = 最该先交给 AI 的活。只中一个 = 先别急，人工更快。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我的第一步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我这周就要试的那一格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打算用 AI 做什么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省下多少时间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记住：**地图不是画完就完了，是拿来找「先动哪一格」的。**别想 20 格全上，先拿下最痛的 1 格，你就有继续的底气。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提效地图工作表（配合《AI 智能体工作流》M2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