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AGENT WORKFLOWS FOR MANAGERS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智能体工作流 · 管理者提效实战 · 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6 大核心工具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① CRAFT 提示词框架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本课通用 · 通用提示词方法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背景 Context / 角色 Role / 动作 Action / 格式 Format / 目标 Target。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五要素把一个模糊需求，变成一条 AI 听得懂的清晰指令。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SIPOC 流程界定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戴明 · 流程改进工具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供应者 S / 输入 I / 过程 P / 输出 O / 客户 C。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拆目标前先看清一件事的头尾，把模糊任务变成可拆解的流程。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③ SBI 反馈模型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CCL 组织领导力中心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情境 Situation / 行为 Behavior / 影响 Impact。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只说可观察的行为，不说人品——这是「不伤人」的分水岭。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HITL 人在回路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Parasuraman &amp; Riley 1997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自动化越高，人的介入点越关键。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责任越大，人越靠前：凡对人、对外的判断，永远留给人。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⑤ 金字塔原理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芭芭拉·明托 Minto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结论先行 / 以上统下 / 归类分组 / 逻辑递进。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汇报结构的四条铁律，让老板一眼看到重点。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PDCA 持续改进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戴明 Deming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计划 Plan / 执行 Do / 检查 Check / 处理 Act。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让团队 AI 用法转起来，好做法固化、问题清掉。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★ 随身口诀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开口问 AI 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一句话检查：背景 / 角色 / 动作 / 格式 / 目标，五要素齐了吗？缺一条效果就打折。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怕 AI 出错时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先问：这活儿风险多大？高风险（对人、对外）永远三档——人主导，AI 只做助手。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想交出去前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过三关：事实关（数据对不对）、逻辑关（推理有没有漏洞）、风险关（有没有合规问题）。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ACTION MAP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智能体工作流 · 管理者提效实战 · 行动地图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4 大核心动作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把 6 个工具，归到你每天要做的 4 件事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看清素养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WEF 四支柱 + Gartner AI 分级 —— 先定位自己在哪一层，再决定练什么。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画提效图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管理四要务 × AI 五作用点 —— 圈出你最痛 3 个格，从最值的一格开始。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做透场景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CRAFT + SBI + 金字塔 —— 计划类 / 领导类（绩效反馈对话）/ 评估类，逐类做透。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交出去 + 立规矩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分工三档 + 验收三关 + PDCA —— 敢把活交出去，并把个人技巧变成团队规范。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两条提效主线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主线一 · 提自己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看清素养 → 画提效图 → 做透计划/领导/评估三类 → 一条随身工作流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主线二 · 提团队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萃取最佳实践 → 造团队资产 → 分工把关 → 立团队公约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经典来源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M1 素养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AI 素养四层 = WEF 四支柱（世界经济论坛）· Gartner AI 成熟度分级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M2 地图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管理四要务（计划/组织/领导/控制）× AI 五作用点（本课整理）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M3 计划类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CRAFT 提示词框架（通用）· SIPOC（戴明，流程改进）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M4 领导类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SBI（CCL 组织领导力中心）· CRAFT · 对话预演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M5 评估类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金字塔原理（芭芭拉·明托）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M6 团队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SOP 萃取（通用流程方法）· SIPOC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M7 把关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HITL 人在回路（Parasuraman &amp; Riley 1997）· 验收三关（参考 Sheridan &amp; Verplank 1978）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M8 治理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PDCA（戴明）· 认知外包边界（Gerlich 2025；Lee 等 2025）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工具速查卡（配合《AI 智能体工作流 · 管理者提效实战》课程使用）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