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REPORT STRUCTURE — PYRAMID PRINCIPLE + AI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汇报结构工作表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M5 课堂使用 · 金字塔原理 + AI 三步搭结构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说明：向上汇报，最忌「讲了一堆、领导没听出重点」。用 **金字塔原理**（Barbara Minto 明托《金字塔原理》）的**四铁律**搭结构：**结论先行 · 以上统下 · 归类分组 · 逻辑递进**。AI 能帮你三步搭出骨架（**AI 三步搭结构**），但结论得你自己定。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汇报对象：____________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金字塔四铁律（Minto）——我的汇报对得上吗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4762"/>
        <w:gridCol w:w="170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铁律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 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我这版对不对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结论先行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第一句就说结论，别铺垫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对　□ 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以上统下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上层论点能统住下层论据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对　□ 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归类分组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同级信息不重叠、按 MECE 分组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对　□ 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逻辑递进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组内按时间/结构/重要性排序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对　□ 改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AI 三步搭结构（把材料交给 AI）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5329"/>
        <w:gridCol w:w="170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给 AI 的指令（Prompt）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 · 提炼结论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「以下是我的汇报材料：… 用一句话帮我概括最核心的结论。」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2 · 搭金字塔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「帮我把结论放顶部，下面列 3 个支撑论点，各配 1 条证据。」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3 · 换位检查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「假设我是老板，只有 2 分钟，你会砍掉哪几条？」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我的汇报骨架（结论 + 三条支撑）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8164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层级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结论（一句话）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支撑一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支撑二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支撑三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开场 30 秒逐字稿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第一句（结论先行）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记住：**别让 AI 替你下结论。** AI 擅长把材料排成金字塔，但「这件事到底该不该做」——结论得你自己扛。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汇报结构工作表（配合《AI 智能体工作流》M5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