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  <w:r>
        <w:rPr>
          <w:sz w:val="12"/>
        </w:rPr>
      </w:r>
    </w:p>
    <w:p>
      <w:pPr>
        <w:spacing w:after="120" w:before="0" w:line="41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26"/>
        </w:rPr>
        <w:t>COURSEMASTER 课程 · 讲师手册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0" w:line="1088" w:lineRule="exact"/>
        <w:jc w:val="left"/>
      </w:pPr>
      <w:r>
        <w:rPr>
          <w:rFonts w:ascii="Microsoft YaHei" w:hAnsi="Microsoft YaHei" w:eastAsia="Microsoft YaHei"/>
          <w:b/>
          <w:i w:val="0"/>
          <w:color w:val="013147"/>
          <w:sz w:val="68"/>
        </w:rPr>
        <w:t>AI 智能体工作流</w:t>
      </w:r>
    </w:p>
    <w:p>
      <w:pPr>
        <w:spacing w:after="120" w:before="0" w:line="57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36"/>
        </w:rPr>
        <w:t>管理者提效实战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8"/>
        </w:rPr>
        <w:t>—— 讲师授课手册 ——</w:t>
      </w:r>
    </w:p>
    <w:p>
      <w:pPr>
        <w:spacing w:after="40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不要等 AI 替你工作，要让 AI 替你省出时间——去做只有你能做的事。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200" w:before="0"/>
      </w:pPr>
      <w:r>
        <w:rPr>
          <w:sz w:val="12"/>
        </w:rPr>
      </w:r>
    </w:p>
    <w:p>
      <w:pPr>
        <w:spacing w:after="12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10 模块 ｜ 两天完整版 720 分钟 ｜ 可裁剪 1 天 420 分钟 ｜ 演练占比 ≥35%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主框架：AI 素养四层（WEF 四支柱）· CRAFT 提示词框架 · SBI（CCL）· 金字塔原理（明托）· HITL（Parasuraman &amp; Riley 1997）· PDCA（戴明）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配角框架：管理四要务 · SIPOC（戴明）· 萃取四步 · 分工三档 · 验收三关（参考 Sheridan &amp; Verplank 1978）</w:t>
      </w:r>
    </w:p>
    <w:p>
      <w:pPr>
        <w:spacing w:after="60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Coursemaster 出品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一门教管理者「用 AI 把自己和团队都提效」的实战课。全课主张一句话：不要等 AI 替你工作，要让 AI 替你省出时间。课程沿两条主线推进：① 提管理者个人效率（看清素养 → 画提效地图 → 做透计划/领导/评估三类场景）② 提团队整体效率（萃取最佳实践 → 造团队资产 → 分工把关 → 立团队公约）。全课重心是「应用」：每个做透的模块都给足「场景 + 完整提示词 + 可设计工作流」。讲师角色：不讲课件，做「场景的引导者与演练的点評者」——用学员真实的管理活来练。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天计划表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AI素养四层自评表 / 提效地图工作表 / 目标拆解工作流表 / 绩效反馈对话准备稿 / 汇报结构工作表 / 团队萃取样板 / 人机分工判定表 / 输出验收清单 / 团队AI使用公约 / 30天AI提效计划 等（共10件）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破冰共识：为什么管理者必须会用 AI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M1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素养四层：先看清自己在哪一层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M2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提效地图：管理四要务 × AI 五作用点 ★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M3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做透① 计划类：目标拆解 + 方案起草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M4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做透② 领导类：用 AI 准备绩效反馈对话 ★★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⭐★★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半做透③ 评估类：汇报材料结构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M6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做透④ 团队提效：把经验萃成资产 ★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M7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人机分工与质量把关：敢把活交出去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M8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沉淀与治理：从个人流到团队规范（选修）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· 选修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M9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行动落地：30 天提效计划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两天完整版 720 min（演练 298 min，占比 41.4%）；1 天裁剪版 420 min = M0 30 + M1 60 + M2 50 + M3 80 + M4 90 + M7 50 + M9 60。</w:t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净内容合计 420 min（含开场/收尾）；演练占比 ≥35%。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【物料清单】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 × 每人 3 张、白板笔（M0 破冰 + M2 画地图用）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《AI智能体工作流_AI 素养自评表》（M1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《AI智能体工作流_提效地图工作表》（M2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《AI智能体工作流_目标拆解工作流工作表》（M3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《AI智能体工作流_绩效反馈对话准备稿》（M4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《AI智能体工作流_汇报结构工作表》（M5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《AI智能体工作流_团队萃取样板》（M6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《AI智能体工作流_人机分工判定表 + 输出验收清单》（M7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《AI智能体工作流_团队 AI 使用公约》（M8 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《AI智能体工作流_30 天 AI 提效计划》（M9 + 课后用）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计时器（每个练习到点喊停）、投影设备、白板/翻页纸、学员可联网设备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岛式分组（4–6 人一桌），便于组内演练与互评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白板或翻页纸至少 3 块（模块二/三各组写转化结论）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空间需支持三人组角色扮演（模块四，避免相邻组互相干扰）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学员手机（练习计时/记录）</w:t>
      </w:r>
    </w:p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模块M0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破冰共识：为什么管理者必须会用 AI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类型：破冰　｜　时长：30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能用一句话说清：AI 不是「替你做决定」，是「帮你把活做得更快更好」。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接受人机协作三模式（HBR）：AI 可做助手 / 可做协作者 / 不替你做主。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完成全课地图共识：两条提效主线——提自己 + 提团队。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开场案例导入 + 破冰（写你最想省时间的活）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 / 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讲解：人机协作三模式（HBR）+ 两条主线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全课地图 + 学习约定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人机协作三模式（来源：HBR 人机协作研究）：AI 当助手（你做主体）、当协作者（一起想）、不替你担责。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的定位是「杠杆」——放大你的判断力，不是替代它。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两条提效主线：① 提管理者个人效率 ② 提团队整体效率。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首尾闭环：今天从「素养」看到「落地」，最后落到 30 天计划。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话术：破冰先收真实素材：让每人写下「每周最想省时间的 3 件活」，全场归类，为 M2 提效地图预热。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话术：强调「不是来学工具的，是来学怎么用 AI 把管理活干得更好的」。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你每天花时间最多的三件活是什么？哪一件最值得先交给 AI？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你希望 AI 帮你「省时间」，还是帮你「做得更好」？还是都要？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人机协作三模式靠什么区分：看 AI 参与的程度：建议 vs 执行 vs 决策。涉及对人的判断和对外承诺，AI 永远只是助手。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学员把它当「工具课」→ 拉回来：这是「管理效率课」，工具只是手段。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有人焦虑「AI 会不会替代我」→ 回应：替代你的是「会用 AI 的人」，不是 AI。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转场：共识有了，下一步先看清：AI 素养到底分几层，我在哪一层。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模块M1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素养四层：先看清自己在哪一层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能说出 AI 素养四层（WEF 四支柱：会用 Engage / 创造 Create / 会管 Manage / 治理 Shape），并自评在哪一层。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Gartner AI 成熟度分级定位自己团队的 AI 使用阶段。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建立批判意识：不盲信 AI 输出，也不盲目拒绝（HBR 三项核心技能）。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开场：会用 ChatGPT 就是有 AI 素养吗？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讲解：WEF 四支柱 + Gartner 分级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练习：AI 素养自评（标尺）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《AI 素养自评表》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辨真假三把尺子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素养四层（来源：WEF 世界经济论坛「AI 素养四支柱」Engage / Create / Manage / Shape）：会用（Engage）/ 创造（Create）/ 会管（Manage）/ 治理（Shape）。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四层不是平行的，是一条上升路径：会用（L1）→ 创造（L2）→ 会管（L3）→ 治理（L4）。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Gartner AI 成熟度分级：先用起来（探索）→ 用出效果（应用）→ 形成体系（体系化）。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HBR 三项核心技能：会提问、会判断、会担责。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最大的坑：停在 L1「会用工具」，缺 L3「会管」的判断与分工能力。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话术：讲四层时，每层配一个管理者场景例子，避免讲抽象概念。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话术：自评练习巡视：多数管理者会高估自己的层级，引导他们看「有没有判断力」而非「会不会打字」。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话术：辨真假环节，用一个「AI 编数据」的样例，强化批判意识。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你在 AI 素养四层里，现在处在哪一层？为什么这么判断？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「会用工具」和「会管理 AI」差在哪？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你的团队现在停在 Gartner 的哪一级？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四层里哪层最重要：L3「会管」——不缺会用工具的人，缺会判断 AI 输出对不对、会分工把关的人。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「会用」算不算素养：只算 L1。真正的素养是「知道 AI 什么时候会错，以及错了怎么兜」。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自评时大多选 L3 → 用具体问题追问「上次 AI 输出有错，你是当场发现的吗」，逼出真实层级。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有人觉得四层太学术 → 一句话拉回：说到底就是「会用 → 创造 → 会管 → 治理」。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转场：知道自己在哪一层了，下一步看：管理者的一天里，AI 到底能帮哪些活。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模块M2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提效地图：管理四要务 × AI 五作用点 ★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⭐★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能画出自己的 AI 提效场景地图（管理四要务 × AI 五作用点 = 20 格）。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能圈定最痛的 3 个格，并说明为什么先学这几格。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看清「领导类·绩效反馈对话」是全课最高价值场景（当场点亮）。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开场：管理者的一天，时间去哪了？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讲解：管理四要务 × AI 五作用点（提效地图）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★ 高亮格：为什么绩效反馈对话最值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PPT（橙色高亮）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练习：画地图 + 圈最痛 3 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《提效地图工作表》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管理四要务：计划 / 组织 / 领导 / 控制（管理学的四职能框架）。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五作用点：找信息 / 出草稿 / 做对比 / 给建议 / 帮执行。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两者交叉成 20 格地图——每一格是一个 AI 能帮的管理场景。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★★ 当场点亮两格：领导类「做准备」和「完善想法」，都指向「绩效反馈对话」——全课最高价值场景。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地图不是让你每格都会，是让你知道「先学哪几格」。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话术：讲地图时用同一名管理者的真实一天贯穿，逐格举例（不要抽象）。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话术：高亮格务必讲透：管理者最怕、最拖、又最该做好的那场话——绩效反馈对话。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话术：练习巡视：引导学员按「省时 × 频率 × 难度」排序，而不是凭感觉挑。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你圈出的最痛 3 格是哪些？它们的共同点是什么？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为什么「绩效反馈对话」能同时命中「领导」和「高价值」？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如果只能先做透一格，你选哪格？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绩效反馈对话为什么最值：① 高频（每个下属每年都要谈）；② 高难（管理者普遍拖、怕）；③ 高风险（谈不好伤关系、谈好了团队就动起来）。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管理者专属场景有哪些：目标拆解派活 / 绩效反馈对话 / 团队汇报资产化 / 人机分工验收 / 跨部门方案预演。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学员说「我们场景不一样」→ 回应：地图是通用底图，你只要在上面标出自己最痛的 3 格就行。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圈格太分散 → 收敛：先聚焦「一个月内能马上用上」的那几格。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转场：地图画好了，接下来逐类做透——先从最普遍的计划类开始。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模块M3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做透① 计划类：把目标拆透、方案起草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时长：90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CRAFT 提示词框架（背景/角色/动作/格式/语气）写出结构化提示词。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SIPOC（戴明流程改进工具）界定一件事的头尾，把模糊任务变成可拆解的流程。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完成一条「目标拆解 + 任务分派」工作流，带走可复用提示词模板。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开场：为什么「拆目标」最值得先交给 AI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讲解：CRAFT 提示词框架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讲解：SIPOC 流程界定 + 五个场景示例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练习：用自己的真实目标走一遍工作流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《目标拆解工作流工作表》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CRAFT 五要素（来源：CRAFT 通用提示词框架）：Context 背景 / Role 角色 / Action 动作 / Format 格式 / Tone 语气。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SIPOC（来源：戴明，流程改进工具）：供应者 S / 输入 I / 过程 P / 输出 O / 客户 C。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提示词是砖，工作流是墙：单条提示词解决一件事，串起来才是一条可复用的工作流。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五个计划类场景示例：季度目标拆月度计划 / 大项目拆任务 / 绩效对话准备（★预告）/ 方案风险预演 / 经验整理成 SOP。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话术：CRAFT 一定要学员当场写，不要只听讲——写了才知道自己缺哪一要素。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话术：SIPOC 用「拆一个真实项目」贯穿，把抽象流程工具落到具体活上。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话术：练习巡视：提示词缺格式要求的最多，逐一补「明确说用什么格式」。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你写的提示词，五要素齐了吗？缺哪一条效果打折最厉害？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SIPOC 让你对这件事「看清楚了」什么，是之前模糊的？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这条工作流，回去能直接用吗？还差什么？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CRAFT 里哪条最容易漏：Format 格式。不写格式，AI 给的往往不能直接用，还要返工。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SIPOC 拆目标问什么：S 这个目标依赖谁给什么；I 要投入什么人钱数据；O 产出什么；C 谁验收。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提示词只写一句话 → 现场帮他补 CRAFT，让他看到差别。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拆得太细碎 → 拉回：拆到「能分派给人」为止，不用拆到底。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转场：计划类做透了，接下来是全课最高价值的一块：用 AI 提前准备一场绩效反馈对话。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模块M4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做透② 领导类：用 AI 准备绩效反馈对话 ★★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⭐★★　｜　时长：100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SBI 反馈模型（情境/行为/影响，来源：CCL）把反馈说得对事不对人。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CRAFT 提示词 + AI 三帮法（备素材 / 做预演 / 出准备稿）准备一场真实对话。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完成一份《绩效反馈对话准备稿》，含预演过的对方反应与应对。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开场案例：甲直接谈 vs 乙准备了谈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讲解：SBI 反馈模型 + AI 三个帮法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讲解：四步准备法（备素材→预演→定稿→复盘）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练习：用 AI 准备你自己的一场真实对话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《对话准备稿》工作表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反馈模型（来源：CCL 组织领导力中心）：Situation 情境 / Behavior 行为 / Impact 影响。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只说可观察的行为，不说人品——这是「不伤人」的分水岭。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三个帮法：① 帮备素材（把零散事实理成提纲）② 帮预演（扮对方，给出可能反应）③ 帮出准备稿。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四步准备法：备素材 → 预演反应 → 定稿话术 → 事后复盘。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红线：AI 帮你「准备」，不替你「谈」；对人的判断与关系，责任永远在人（呼应 M7、M8）。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话术：案例对比务必讲透：乙不是口才好，是「谈之前准备过了」。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话术：SBI 练习时，让学员把「你态度不好」改写成 SBI——体会「对事」和「对人」的差别。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话术：对话预演环节（两人组）：一人念准备稿，一人扮对方抛难题，练临场应对。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话术：巡场重点：学员写的「行为」是不是可观察的、还是夹带了评价。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用 AI 预演之后，你对这场对话的「怕」减少了多少？少了什么？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SBI 里最难写的是哪一段？为什么？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如果对方抛出你没想到的问题，你的预案够用吗？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SBI 和「说缺点」差在哪：SBI 只描述可观察的行为和它的影响，不下「你这人怎样」的判断。对方不防御，才听得进去。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预演靠谱吗：它不是预测准，是帮你「把可能的反应都想到」，临场不慌。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 SBI 写成「你总是……」→ 纠正：「总是」是判断不是行为，改成具体一次。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有人问「AI 预演会不会太假」→ 回应：预演是为临场不慌，不是背台词。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转场：领导类做透了，还有一类高频的活：向上汇报、材料准备——评估类，我们半做透。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模块M5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半做透③ 评估类：把汇报材料搭出结构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能用金字塔原理（来源：芭芭拉·明托）检查汇报材料的结构。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AI 搭「最难的那部分：结构」，把结论先行、以上统下落到材料上。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掌握汇报类的 CRAFT 提示词（简版）。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开场：一份「说了半天没重点」的汇报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讲解：金字塔原理四条铁律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讲解：AI 三步搭结构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练习：给一份真实材料搭结构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《汇报结构工作表》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金字塔原理四铁律（来源：芭芭拉·明托）：结论先行 / 以上统下 / 归类分组 / 逻辑递进。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三步搭结构：① 给 AI 全部素材 ② 要求「先给结论，再给三层支撑」 ③ 你审逻辑、补数据。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评估类只做「半做透」：把最难的「结构」交给 AI，细节你自己填。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一句话：老板只记得住「结论 + 三条支撑」。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话术：用同一份「说了半天没重点」的材料，演示 AI 重构前后的差别。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话术：练习让学员拿自己最近的真实汇报来改，代入感最强。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你的材料，结论放在第一句了吗？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AI 搭的结构，哪一层你自己必须改？为什么？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金字塔原理最难做到哪条：结论先行。多数人习惯「先铺垫再给结论」，而老板只要结论。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学员说「我们公司汇报有固定格式」→ 回应：格式是壳，结论先行是核，两者不冲突。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转场：个人提效三条线走完了。接下来升级到「团队」：怎么让整个团队都高效。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模块M6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做透④ 团队提效：把经验萃成团队资产 ★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⭐★　｜　时长：100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能用「萃取四步」（收集→对比→提炼→固化）把团队最佳实践变成 SOP。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能产出一页《团队汇报萃取样板》（结构 + 模板 + 提示词 + 质量清单）。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理解团队提效的本质是「沉淀资产」，不是「各自用 AI」。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开场：团队每天在忙什么（重复的活）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讲解：各写各的 vs 资产化 + 团队提效三问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讲解：萃取四步 + 示例提示词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练习：萃取团队最耗时的那件活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《团队萃取样板》工作表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Debrief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团队提效三问：帮成员做准备 / 帮团队做思考 / 帮团队做评估。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萃取四步：收集（要最好那版）→ 对比（AI 找共性）→ 提炼（出模板+提示词）→ 固化（写进 SOP）。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关键在「对比多版」：萃取的价值来自多个人，不是一个人。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资产化的价值：新人照着模板即会，成员走了能力留在团队。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红线（呼应 M8）：萃取的是「做法」，不是把人当数据；模板服务人，不是给人加码。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话术：强调这是全课的「差异化护城河」——从管理者个人高效，升级到团队高效。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话术：练习巡视：选活太个例的，引导选「全组都做、每月都做」的；只做一人经验的，提醒对比多个人。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萃取出的模板，你们组真会回去用吗？卡点在哪？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这套东西怎么让全团队都用起来？谁维护？多久更新一次？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为什么对比多版是关键：一个人的做法=个人经验；多个人对比才能找出「反复出现的好结构」和「共性的坑」。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组内经验都差不多 → 让他们对比「做得最差和最好的一版」，差异更明显。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「我们团队不让共享」→ 退一步：先做「个人版模板」，再谈团队。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转场：团队有了资产，下一个关键问题：敢不敢把活真的交出去？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模块M7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人机分工与质量把关：敢把活交出去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HITL 人在回路（来源：Parasuraman &amp; Riley 1997）理解「自动化越高，人的介入点越关键」。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能用分工三档（AI 先做/人机轮流/人主导）给任务分档。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能用输出验收三关（事实关/逻辑关/风险关）决定一个输出能不能发出去。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开场：你敢把活真的交出去吗？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讲解：HITL + 分工三档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讲解：输出验收三关 + 例外管理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练习：给任务分档 + 填验收清单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《人机分工判定表》《输出验收清单》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HITL 人在回路（来源：Parasuraman &amp; Riley 1997）：自动化越高，人的介入点越关键。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分工三档：一档 AI 先做人后审（低风险高重复）/ 二档人机轮流（中风险多轮）/ 三档人主导（高风险敏感）。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口诀：责任越大，人越靠前。凡对人、对外的判断，永远在三档。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输出验收三关（参考 Sheridan &amp; Verplank 1978 自动化十级）：事实关 / 逻辑关 / 风险关。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例外管理：任何一关拿不准 → 停下来上报，不硬发。这不是无能，是专业。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话术：正面回应「不敢交」的顾虑，这是管理者的真实心理。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话术：三档练习用真实工作清单，让学员自己分档，讲师纠偏高风险的档位。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你手上哪些活其实可以放心交给 AI，之前一直没敢交？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哪些活你试图全交给 AI，其实是危险的？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你的「例外上报线」画在哪？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对外的活该几档：三档。凡是对外承诺、对客户、对老板的材料，人必须终审。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「什么都得我审，不如自己做」→ 引导区分高风险/低风险，低风险放手。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想把活全交给 AI → 用「对外材料出错」的后果帮他建立敬畏。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转场：敢交了，还有一个问题：怎么让「你一个人会」变成「全团队照做」。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模块M8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沉淀与治理：从个人流到团队规范（选修）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· 选修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PDCA（来源：戴明）让团队 AI 用法持续变好。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能说清「认知外包」的边界：什么可以交给 AI，什么绝不能。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能起草一份《团队 AI 使用公约》（五条款）。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开场：你们团队有没有 AI 规矩？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讲解：PDCA + 认识论边界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练习：起草团队 AI 使用公约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《团队 AI 使用公约》工作表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PDCA（来源：戴明）：计划/执行/检查/处理——让团队 AI 用法转起来，好做法固化、问题清掉。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认知外包边界（来源：Gerlich 2025；Lee 等 2025 ACM CHI）：信息整理可外包，判断/决策/担责不能。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团队公约五条款：使用范围 / 复核要求 / 数据红线 / 标注透明 / 责任归属。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公约落地四步：小范围试点 → 收集反馈 → 修订定版 → 全员推行。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话术：强调这是选修模块——1 天版会跳过，2 天版完整上。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话术：公约练习不要追求完美，先定「三条最要紧的红线」。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你的团队现在有没有 AI 规矩？缺哪一条最要紧？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哪些活你们团队「绝不能」用 AI？边界画在哪？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公约最少要几条：五条（范围/复核/数据/标注/责任）都该有，但可以先定最要紧的三条。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「定公约太正式」→ 那就先定「三条最要紧的红线」。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「公司有规定」→ 让他把公司规定和团队公约对齐。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转场：规矩立起来了，最后一模块：把两天的收获，变成 30 天能落地的计划。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模块M9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行动落地：30 天提效计划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类型：承诺　｜　时长：80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能复盘全课两条主线、整理自己带走的产出清单。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能制定一份带时间点的《30 天 AI 提效计划》。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明示「课后能干什么」——让学员知道回去就能上手的动作。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开场：全课复盘（两条主线 + 产出清单）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讲解：场景快照库（没用透的场景也给你）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讲解：30 天计划四周四步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练习：制定你自己的 30 天提效计划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《30 天 AI 提效计划》工作表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★ 课后能干什么 + 结课承诺 + 收尾金句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两条主线复盘：① 管理者个人 AI 助理 ② 团队能力萃取。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产出清单：自评表 / 场景地图 / 提示词模板 / 对话准备稿 / 萃取样板 / 分工表 / 公约。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场景快照库：会议纪要、1on1 提纲、项目汇总、新人 onboarding、数据异常、年度述职。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天计划：第 1 周跑工作流 / 第 2 周试跑团队样板 / 第 3 周立规矩 / 第 4 周复盘。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★ 课后能干什么：说清四层、画出地图、带走工作流、敢交出去、（2天版）完成团队提效 + 对话预演。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结课承诺：写下回去第一个要提效的活，当众念一句。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话术：「课后能干什么」这一页要当面讲清——这是本课的价值承诺。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话术：结课承诺当众念，提升落地概率。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两天下来，你带走的最有用的一样东西是什么？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回去第一个要提效的活是什么？打算哪天做？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30 天计划最容易失败在哪：想一次全上。劝住：第 1 周只跑一条流，跑通了再扩。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「回去没时间做」→ 把 30 天计划缩成「每周 1 个动作」，降低门槛。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不知道选哪个场景 → 回到 M2 圈定的「最痛 3 格」挑一个。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课程地图、部分概念导入页、快照库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M3/M4/M6 演练（做透模块的动手时间）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模型讲解页、示例页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M1 自评、M2 画地图（定位环节）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M9 的 30 天承诺 + 课后能干什么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原则：四个「做透」模块（M3 计划 / M4 绩效对话 / M6 团队提效）+ M7 把关是全天重心，演练时间绝不外借；M8 治理是选修（1 天版跳过）；概念页可口头带过。两天版若压缩，优先砍 M8、再砍 M5 的练习，最后才动 M3/M4/M6。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M0：写「每周最想省时间的 3 件活」，全场归类，为 M2 地图预热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M1：看「有没有判断力」而非「会不会打字」，多数管理者会高估自己的层级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M2：地图用同一名管理者的真实一天贯穿，逐格举例；★高亮格（绩效反馈对话）务必讲透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M3：CRAFT 一定当场写，写了才知缺哪一要素；提示词缺 Format 的最多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M4：SBI 练习把「你态度不好」改写成 SBI；对话预演两人组（一人念稿、一人抛难题） ⭐⭐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M5：用同一份「说了半天没重点」的材料演示 AI 重构前后效果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M6：萃取四步——选活要「全组都做、每月都做」；强调对比「多个人」不是一个人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M7：分工三档用真实工作清单，讲师纠偏高风险的档位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M8：公约不追求完美，先定「三条最要紧的红线」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M9：30 天承诺写「我 X 日做 Y」，当众念一句给互锁伙伴听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所有练习配计时器，到点喊停；AI 提效话题易激发焦虑，注意留情绪缓冲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会不会替代我的工作？」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A：短期替代你的是「会用 AI 的同行」，不是 AI 本身。本课的目标：让 AI 放大你的判断力，而不是把你的活拿走。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Q：「我不太懂技术，能学会吗？」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A：能。本课不教编程，教的是「怎么把管理活描述给 AI」——CRAFT 五要素，是管理语言，不是技术语言。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会瞎编，我不敢用怎么办？」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A：对，所以要过验收三关（事实/逻辑/风险，M7）。敢用不等于盲用——凡对外、对人的判断，人必须终审。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Q：「用了 AI，团队会不会变懒？」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A：关键在把 AI 用法变成「团队资产 + 公约」（M6/M8）：让它省下重复劳动的时间，去做更有价值的判断。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Q：「我们公司不让用 AI，怎么办？」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A：先在小范围「个人版」试试（如整理素材、起草底稿），把成果带出来；再谈团队规范。重点是把公司规定和你的用法对齐。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Q：「做了两天，回去能立刻用上吗？」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A：能。你手上带走的是「做完的工作流 + 提示词模板 + 准备稿 + 公约」，回去照 M9 的 30 天计划，第一周就能跑起来。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请学员写下「回岗后第一个要提效的活 + 具体哪天做」，贴墙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两人一组互换 30 天计划表，约定 30 天后互问一次「省下时间了吗」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+ 30 天 AI 提效计划表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结课金句收尾：「不要等 AI 替你工作，要让 AI 替你省出时间——去做只有你能做的事。」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 · 全课 CRAFT 提示词示例汇总</w:t>
      </w:r>
    </w:p>
    <w:p>
      <w:pPr>
        <w:spacing w:after="12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本附件把全课出现的 CRAFT 提示词示例集中一处，供讲师备课参考、也可直接分发给学员照抄套用。每条均按 CRAFT 五要素（背景 Context / 角色 Role / 动作 Action / 格式 Format / 语气 Tone）完整给出。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M3 · 计划类（五个管理场景）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1 · 计划类｜把季度目标拆成月度计划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【背景】我是销售团队负责人，Q4 目标：新签 12 家客户，团队 5 人。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【角色】你是资深销售运营顾问。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【动作】把这一个季度目标拆成 3 个月的月度计划，每月列出关键动作和责任人角色。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【格式】表格：月份｜关键动作｜目标拆解数｜责任角色｜风险点。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【语气】用简洁、直接、可执行的商务口吻，给我自己和团队看。</w:t>
      </w:r>
    </w:p>
    <w:p>
      <w:pPr>
        <w:spacing w:after="60" w:before="0"/>
      </w:pPr>
      <w:r>
        <w:rPr>
          <w:sz w:val="12"/>
        </w:rPr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2 · 组织类｜把一个大项目拆成可分派的任务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【背景】要上线一套新的客户管理系统，涉及 IT、销售、客服三个部门。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【角色】你是项目管理专家。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【动作】把项目拆成阶段任务，标明每个任务的前后依赖和需要哪个部门参与。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【格式】先给阶段（表格），再给任务清单（列表，含依赖关系）。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【语气】正式、条理清晰的会议汇报口吻，让跨部门一眼看懂谁做什么、什么时候做。</w:t>
      </w:r>
    </w:p>
    <w:p>
      <w:pPr>
        <w:spacing w:after="60" w:before="0"/>
      </w:pPr>
      <w:r>
        <w:rPr>
          <w:sz w:val="12"/>
        </w:rPr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3 · 领导类｜为一次绩效反馈对话做准备（★预告）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【背景】团队成员小 A 连续两个月业绩达标但主动性偏弱，我要做一次正式反馈。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【角色】你是资深 HR 教练（熟悉 SBI 反馈模型）。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【动作】帮我准备这次反馈对话：列出要谈的 3 个要点、每个要点的具体事例、以及沟通顺序。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【格式】三段式：事实描述｜影响说明｜期待对方做什么。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【语气】专业、有建设性，谈完要让他既有压力又不觉得被否定。</w:t>
      </w:r>
    </w:p>
    <w:p>
      <w:pPr>
        <w:spacing w:after="60" w:before="0"/>
      </w:pPr>
      <w:r>
        <w:rPr>
          <w:sz w:val="12"/>
        </w:rPr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4 · 评估类｜给一份方案做风险预演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【背景】我准备了一份部门降本方案，想上会之前先自己找漏洞。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【角色】你是挑剔的财务与运营评审专家。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【动作】找出这份方案最可能被质疑的 5 个点，并给出每个点的应对思路。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【格式】表格：质疑点｜为什么会被质疑｜建议应对。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【语气】严谨、挑刺的评审口吻，帮我把方案做得更扎实。</w:t>
      </w:r>
    </w:p>
    <w:p>
      <w:pPr>
        <w:spacing w:after="60" w:before="0"/>
      </w:pPr>
      <w:r>
        <w:rPr>
          <w:sz w:val="12"/>
        </w:rPr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5 · 知识管理类｜把散落经验整理成 SOP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【背景】我们团队做客户提案有一套「老带新」的经验，现在都是口口相传。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【角色】你是流程梳理专家。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【动作】根据我提供的零散要点，整理成一份可复用的《客户提案 SOP》。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【格式】分步骤（编号），每步写：做什么、产出什么、注意什么。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【语气】清晰、手把手的教练口吻，让新人照着也能上手。</w:t>
      </w:r>
    </w:p>
    <w:p>
      <w:pPr>
        <w:spacing w:after="6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M4 · 领导类（绩效反馈对话准备）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★ 示例 · 绩效反馈对话准备（用 AI 备素材 + 预演）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【背景】我是团队负责人，有位下属近两个月业绩达标但主动性偏弱：三次评审会没发言，两次跨部门协作没有主动跟进。我要做一次正式绩效反馈；我担心说重了伤他，说轻了没用。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【角色】你是资深 HR 教练，熟悉 SBI 反馈模型。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【动作】第一步，把这几个事实整理成 SBI 三段（情境-行为-影响）；第二步，帮我写这次对话的完整话术（开场 / 指出问题 / 听他的说法 / 收尾共识）；第三步，扮演我的这位下属，模拟他可能的三种反应，并告诉我该怎么接。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【格式】先 SBI 表格，再话术分段，最后对话预演（分「他可能说」和「我可以接」两栏）。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【语气】专业、有建设性，谈完要让他既有压力又不觉得被否定。</w:t>
      </w:r>
    </w:p>
    <w:p>
      <w:pPr>
        <w:spacing w:after="6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M5 · 评估类（汇报材料生成）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· 汇报材料生成提示词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【背景】我有一堆零散的项目进展记录，要向上级做季度汇报。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【角色】你是擅长结构化表达的咨询顾问。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【动作】把这些材料先归类，再按「结论先行」搭出金字塔结构（结论 + 三层支撑）。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【格式】先一句话结论，再分三层列支撑要点。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【语气】简洁、结论先行的汇报口吻，让老板 30 秒抓住重点。</w:t>
      </w:r>
    </w:p>
    <w:p>
      <w:pPr>
        <w:spacing w:after="6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M6 · 团队提效（最佳实践萃取）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★ 示例 · 团队最佳实践萃取提示词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【背景】我提供团队同一类工作（如周报）的多个版本，有做得好的也有一般的。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【角色】你是团队流程萃取专家。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【动作】对比这些版本，找出共用结构（做得好的共性）和常见的坑，提炼成一份可复用模板 + 一条提示词；同时针对 4 个常见问题各给一条改进规则。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【格式】模板（分步骤）+ 提示词 + 改进规则表。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【语气】清晰、手把手的教练口吻，让新人照着也能上手。</w:t>
      </w:r>
    </w:p>
    <w:p>
      <w:pPr>
        <w:spacing w:after="6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M7 · 质量把关（输出验收提问）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· 输出验收提问（让 AI 自检 + 你复核）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【背景】这是 AI 刚生成的一份对外材料。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【角色】你是严格的质检员。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【动作】逐项检查：① 事实、数据、引用有没有错；② 论证有没有跳步、逻辑是否自洽；③ 有没有合规、隐私或对外影响风险。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【格式】表格：检查项｜发现的问题｜严重程度。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【语气】严谨、挑刺的质检口吻，帮我在发出去之前把风险找出来。</w:t>
      </w:r>
    </w:p>
    <w:p>
      <w:pPr>
        <w:spacing w:after="6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M8 · 治理（团队 AI 使用公约）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· 团队 AI 使用公约起草提示词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【背景】我们团队要开始规范地使用 AI，需要一个团队公约。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【角色】你是熟悉数据合规与团队管理的顾问。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【动作】帮我起草一份团队 AI 使用公约，包含：使用范围、复核要求、数据红线、标注透明、责任归属五条款。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【格式】五条款，每条款 2–3 条具体规则。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【语气】务实、兼顾鼓励与底线的讨论口吻，让大家敢用又守得住底线。</w:t>
      </w:r>
    </w:p>
    <w:p>
      <w:pPr>
        <w:spacing w:after="6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模块 M9 · 落地（场景快照提示词）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8DC643"/>
          <w:sz w:val="22"/>
        </w:rPr>
        <w:t>示例 · 场景快照提示词（挑一个今天没用透的场景）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【背景】我是管理者，想用 AI 处理「会议纪要」这件活。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【角色】你是高效的行政助理。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【动作】把会议录音转写文本提炼成：决议事项、待办行动（含负责人和截止时间）、待定问题。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【格式】三段式清单。</w:t>
      </w:r>
    </w:p>
    <w:p>
      <w:pPr>
        <w:spacing w:after="2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 xml:space="preserve">　【语气】简洁、行动导向的口吻，会后可直接分发执行。</w:t>
      </w:r>
    </w:p>
    <w:p>
      <w:pPr>
        <w:spacing w:after="60" w:before="0"/>
      </w:pPr>
      <w:r>
        <w:rPr>
          <w:sz w:val="12"/>
        </w:rPr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提示：语气（Tone）决定 AI 给你的输出「像不像你要的那个人写的」——同一条提示词，只改语气，出来的稿子风格会完全不同。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