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OUTPUT ACCEPTANCE — QUALITY CHECKLIST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输出验收清单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M4 课堂使用 · 三关逐条打勾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说明：**输出验收三关**（准确性 / 合规性 / 可用性，改编自通用输出质量管理框架）。每关至少写 2 条**具体**检查项（不能只写「检查准确性」）。跑完工作流，对照逐条打勾。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工作流：____________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准确性 关　（事实、数据、引用对不对）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检查项（具体到字段 / 句子）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打勾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合规性 关　（数据边界、隐私、外部合规）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检查项（具体到字段 / 句子）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打勾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可用性 关　（能不能直接给目标读者用）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检查项（具体到字段 / 句子）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打勾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例外线（出现即停下来找负责人）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701"/>
        <w:gridCol w:w="4535"/>
        <w:gridCol w:w="3288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例外信号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我的具体触发条件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出现时的动作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置信度低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越出边界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与常识冲突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重复返工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**合规性这关最容易漏**——能喂进去的，都可能有风险。记住：敢把活交出去，靠的不是信任 AI，是设好了三关和一条线。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输出验收清单（配合《AI 智能体工作流》M4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