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5 · 行动计划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模块五用 · 带走件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使用说明：本件配合模块五「把方法变成习惯」使用。课程结束当天填完，四周各写一个动作，结对互锁并约定回查日期。30 天后，用《课前自评表》复测，对比变化。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见证伙伴____________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回查日期____________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我的承诺（一句话 · 具体 · 可听 · 可查）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我回岗后要改变的一个绩效管理动作：「____________________________________________________________」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具体（做什么）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可听（对方能接住）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可查（怎么验证）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四周安排（一周一件，做完打勾）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1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挑一个真实目标，用 SMART 五问自查 + AI 反向检验改写一版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2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给一位下属写一条 SBI 反馈，先自己写再用 AI 过四风险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3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完整准备并做完一次绩效面谈，走完面谈七阶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4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面谈后 10 分钟做复盘四问，写成 SMART 承诺并执行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三条自检（用 AI 前后各问一次）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不看 AI，我能说出这位下属的优缺点吗？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有没有因为 AI 写了稿，我就不亲自谈了？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我有没有拿「这是 AI 生成的」当借口逃避判断？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来源：双因素理论（Frederick Herzberg, 1959）——认可与成长是激励因素，光给压力只能维持、不能激励。这 30 天请有意识在多给认可。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天复测记录（课程结束 30 天后填）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课前得分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天后得分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变化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AI 边界意识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目标设定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反馈能力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面谈掌控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跟进与复盘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提示：复测是看「我更会做绩效了吗」，不是看「我变了没有」。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天后我最希望听到的一句话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「____________________________________________________________」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天计划表（落地固化用）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