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MODULE 1 · 边界判定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AI 边界判定卡（16 场景）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模块一用 · 逐条判定「能交给 AI」/「不能交给 AI」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使用说明：本件配合模块一「人在回路：AI 帮什么、不替什么」使用。逐条判断这 16 个场景能不能交给 AI——在「判定」列写 ✅能 / ❌不能，并在「依据」列写下你用的那条标准。判定依据：四条红线 + 人在回路（Human-in-the-Loop）。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小组____________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填表日期____________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判定卡（16 场景）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场景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判定 ✅/❌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依据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1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把团队 8 人的绩效评分表（真名 + 分数）发给 AI，让它排名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2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把脱敏后的岗位与指标发给 AI，让它列出评估维度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3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让 AI 帮你把一段口语化的评价，改写成结构清晰的书面反馈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4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让 AI 直接给出某个下属「该不该晋升」的结论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把你的季度目标草稿发给 AI，让它用 SMART 挑毛病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6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用 AI 生成一封写给全员的裁员通知，原文发出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7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让 AI 扮演你那位爱反驳的下属，预演三种反应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8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把公司未公开的组织调整方案发给 AI，让它分析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9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让 AI 帮你把绩效面谈的七个环节排成议程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10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用 AI 生成一段评语，你不改一个字直接念给下属听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11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把下属的周报原文（含客户名）发给 AI 写总结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12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让 AI 帮你起草一条具体行为的反馈（SBI 结构）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13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绩效结果不理想时，说「这是 AI 评的，我也没办法」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14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让 AI 帮你把「下次改哪一点」写成 SMART 承诺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15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把两个候选人的完整简历与薪资期望发给 AI 做对比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16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让 AI 帮你复盘这次面谈谈得怎么样，问你几个问题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r>
        <w:br w:type="page"/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判定参考（练习后对照）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判定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依据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1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❌ 不能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真名 + 绩效分 = 数据外传；且让 AI 排名 = 下人事结论。踩两条红线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2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✅ 能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已脱敏，只借 AI 补维度——属于「帮你想清楚」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3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✅ 能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只调措辞与结构，事实与结论都是你的——人在回路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4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❌ 不能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晋升结论必须由人做——踩红线 2「不下人事结论」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5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✅ 能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用 AI 查漏挑刺，最终目标由你拍板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6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❌ 不能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对外 / 全员文本属正式承诺，原文发出＝没有人在回路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7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✅ 能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只做预演，不涉真实数据——属于「陪你练」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8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❌ 不能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未公开组织信息 = 机密外传——踩红线 1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9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✅ 能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编排流程是结构工作，不涉及判断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10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❌ 不能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直接念稿＝踩红线 3；说出口的必须是自己的话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11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❌ 不能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含客户名 = 未脱敏外传；先去掉可识别信息再问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12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✅ 能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AI 帮你把话说具体，你负责说出与担责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13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❌ 不能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甩责给 AI＝踩红线 4「签字担责是人」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14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✅ 能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把结论写成可执行承诺，判断仍在你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15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❌ 不能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完整简历 + 薪资 = 个人隐私外传，且隐含人事比较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16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✅ 能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抽象化复盘，AI 只提问不评判——Kolb 经验学习圈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四条红线（背下来）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红线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内容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红线 1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数据不外传：真名 / 绩效分 / 薪酬 / 未公开人事，先脱敏再问 AI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红线 2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不下人事结论：评级、去留、晋升，结论必须由人做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红线 3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不直接念稿：AI 写的是草稿，说出口的必须是你自己的话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红线 4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签字担责是人：不能说「这是 AI 给的」，责任永远在人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④ 我的红线（补一条你最可能踩的）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我最可能踩的那条红线是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我打算怎么守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AI 边界判定卡（配合《AI 辅助绩效管理 · 用 AI 把目标反馈面谈做扎实》模块一使用，独立分发件）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