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3 · 演练工具箱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反馈情景卡 + 答题卡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模块三用 · 三人组 · 每场景 10 分钟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使用说明：本件配合模块三「三场景实战演练」使用。三人一组（说话方 / 对方 / 观察员），每个场景演练后换角。演练前可把准备单喂给 AI，让它给出「对方三种可能反应」，你想好接招再开口。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三张情景卡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场景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A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向下 · 连续两周周报迟交，但业务能力强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你的下属小张业务能力很强，但连续两周周报都到周六晚上才交，周一团队汇总来不及、上周为此推迟了半天。你要给他一次反馈，既让他改掉拖延，又不让他觉得被否定。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换说提示：用 SBI 说行为不评价人：说清「哪两周、什么行为、带来什么影响」。先把他的业务价值讲清楚，再谈这次的交付节奏。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场景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B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向下 · 业绩第一但拒绝带新人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小陈业绩全团队第一，但习惯独来独往、拒绝带新人，其他同事有意见。你拖了三个月没谈，最近新人流失 1 人。这次必须谈，但你不想打击他的积极性。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换说提示：先认可贡献（激励因素），再谈对团队的影响；最后把「带新人」接回他自己的目标——问他想不想做技术负责人。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场景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C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向下 · 老员工抵触新流程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老王在团队六年，经验足、威信高，但新上的系统流程他基本不用，还常在会上说「老办法挺好」。年轻同事开始跟着他学。你要跟他谈一次。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换说提示：别用流程压他，先问清他为什么抵触（是不好用、还是觉得不被尊重），用 GROW 的 R（现实）听他的真实处境，再一起找折中做法。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答题卡（我当说话方时填）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我的姓名____________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我练的场景____________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我的角色____________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我的反馈记录：先写 SBI 三要素，再写 AI 草稿怎么改的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自评 1-5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S（情境）：什么时候、什么场合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B（行为）：对方具体做了什么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I（影响）：对谁、带来什么后果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④ 我实际说出口的那句话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⑤ 我给的「一条路」是什么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对方反馈：这句话你接住了吗？哪里让你觉得「还是没说到点上」？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最打动我的一句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让我觉得没说到点上的地方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我的收获：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这次演练我最大的收获是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观察员打勾表（全程打勾）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没做到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说话方说了具体情境（S），没含糊说「最近」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说话方说清了具体行为（B），没评价人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说话方说清了影响（I），是业务影响不是情绪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说话方给了一条出路（对方接下来能做什么）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说话方没有照读 AI 草稿，说的是自己的话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说清了明确的下一步（谁、做什么、什么时候）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反馈情景卡 + 答题卡（配合《AI 辅助绩效管理 · 用 AI 把目标反馈面谈做扎实》模块三使用，独立分发件）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