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AI 辅助绩效管理</w:t>
        <w:br/>
        <w:t>用 AI 把目标、反馈、面谈做扎实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年初写的目标，年底发现根本没法评——只能凭感觉打分，一打分就伤人。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每天看到很多该反馈的事，真要写的时候一句都想不起来，只剩「他还行」。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绩效面谈前一晚才开始准备，坐进会议室只能凭印象说，一开口就变成「我觉得你不行」。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写的反馈看着挺顺，但不敢当面念出来——因为那不是我说的话。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这不是一堂教你「让 AI 替你写绩效」的工具课，而是一堂把 AI 当备课搭档、把绩效管理做扎实的实战课。全课立场只有一句——AI 帮你准备，不替你对话；签字和承诺，永远是你自己。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绩效管理为什么做不扎实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开场三问 · 三个卡点 · 本课立场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边界与红线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 · 认知外包 · AI 能做/不能做 · 四条红线 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SMART（Doran 1981）· OKR · 把虚目标订成可评价目标 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SBI（CCL）· 用 AI 起草 + 四风险校验 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面谈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GROW（Whitmore）· 备好一场不敢谈的面谈 ⭐⭐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跟进与整合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经验学习圈（Kolb 1984）· 双因素理论（Herzberg 1959）· 30 天计划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带一个真实的绩效场景来——今天所有练习都围绕它，练完就能用回工作。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手机就是教具——今天 AI 是课堂工具，请把它拿出来，而不是收起来。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只谈真的——讲真实的团队和真实的难题；涉及个人信息一律脱敏，用「A 同事」代替。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带走一个行动——结课每人带走「一份 30 天计划表 + 一张速查卡 + 一个具体到日期的动作」。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边界与红线：AI 能做什么，绝对不能做什么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先划清边界，再动手用工具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用「人在回路」说清 AI 的位置：只做草稿、素材、备选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识别「认知外包」的风险：把判断力也一起交出去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用对照表判断某环节 AI 可做 / 需人复核 / 绝对不行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记住并认同四条红线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「把 AI 当发言人，让它替我决定」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「把 AI 当备课搭档，只让它做准备」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你有没有过「AI 已经写了草稿，我就不亲自去谈」的念头？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如果把绩效数据（含真名薪资）整段喂给 AI，风险在哪？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人在回路 Human-in-the-Loop：AI 干活，人担责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位置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负责什么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生成侧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草稿机 / 素材库 / 陪练员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人（你）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判断者 / 决策者 / 表达者 / 担责者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来源：人机协作通用概念。核心原则——AI 可以干活，但不能担责。凡是要「担责」的环节，AI 只能递材料，不能替你决定。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认知外包 Cognitive Offloading：省力，但别省掉能力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危险信号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说不出理由，只会说「AI 是这么写的」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判断已经外包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不看 AI 就说不清一个人的优缺点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认识已经外包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因为 AI 写了草稿，就不亲自去谈了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责任已经外包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来源：认知科学通用概念。底线——可以外包「写」，不能外包「想」；可以外包「准备」，不能外包「判断」。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核心对照表：AI 能做 vs 不能做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✅ AI 可以做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❌ AI 绝不能做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改写成 SMART 句式、找遗漏维度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替你决定目标是什么、替你排优先级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把事实整理成 SBI 草稿、给措辞备选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替你下「你不行」的评价结论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面谈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准备事实清单、预演对方三种反应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替你面谈、替你承诺、替你担责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跟进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生成复盘问题清单、汇总值得反馈的事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替你判断一个人该不该留、该不该升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 能做「帮你想清楚怎么说」，不能做「替你决定怎么判」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四条红线（今天一次都不能破）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红线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数据不外传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姓名、薪资、健康信息，脱敏后才能喂给 AI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不下人事结论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去留、晋升、评级，AI 只递材料，不做判决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不直接念稿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必须改成自己的话，用自己的嘴说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签字担责是人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「AI 说的」不是管理者的挡箭牌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第③条最易犯：照着 AI 稿念，下属一听就知道不是你的话，信任当场就崩。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1 · AI 边界判定卡（16 场景）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拿《AI 边界判定卡》，给 16 个真实场景各标一个判断：✓ 可以交给 AI ｜ ⚠ 需要人复核 ｜ ✗ 绝对不行。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个人标 8 分钟——先凭直觉标完，不纠结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4 人小组对齐 7 分钟——重点不是谁对谁错，是分歧在哪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把组内分歧最大的 1–2 个场景写下来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讲师收 5 分钟——记住结论：能给 AI 的是准备动作，不能给的是决定+表达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边界与红线：AI 能做什么，绝对不能做什么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 可以干活，不能担责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边界与红线：AI 能做什么，绝对不能做什么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把你现在最想喂给 AI 的一份材料，先做一次脱敏（改成人名代号）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写下一句你自己的红线口诀，贴在电脑旁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目标：把「虚目标」订成「可评价目标」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SMART 写清楚，OKR 写对方向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SMART 五要素自查一个目标是否「写得清楚」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OKR 区分 Objective（去哪）与 Key Result（怎么算到了）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AI 在订目标时的三个正确用法（重写 / 查漏 / 反向检验）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 2 条真实目标的改写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「写像口号一样的目标」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「写年底拿得出来评的目标」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你去年的目标，现在还能复述吗？它可衡量吗？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你团队里有多少目标是「动作」而不是「结果」？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虚目标长什么样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原话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年底怎么评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提升团队协作能力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没数字、没时点、没标准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答不上来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加强客户满意度，提高团队战斗力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没数字、没时点、没标准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从多少到多少？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虚目标的本质：它是一句态度，不是一个承诺。而虚目标会一路虚到面谈桌上——评不了，只能凭印象，凭印象必然吵。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SMART 原则（George T. Doran, 1981）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字母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自查问句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 Specific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谁做？做什么？边界在哪？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可衡量 Measurable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怎么知道做到了？数字 / 事实是什么？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可实现 Achievable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以现有资源，有没有可能做到？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相关 Relevant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它和团队 / 公司的大目标是什么关系？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有时限 Time-bound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什么时候完成？「Q3 结束前」而非「尽快」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SMART 解决「写清楚」，不解决「对不对」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OKR：KR 是结果，不是动作（Grove / Doerr）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写法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示例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❌ 把动作当结果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O：提升新人培养质量；KR：完成 10 场新人培训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✅ KR 只写结果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O：提升新人培养质量；KR：新人 30 天独立上手率 40%→80%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来源：Andy Grove 在 Intel 提出，John Doerr 引入 Google 并著《Measure What Matters》。动作是你要付出的，结果是你要得到的——KR 只写你要得到的。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用 AI 订目标的三个动作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怎么用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重写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把口语描述丢给它，让它按 SMART / OKR 结构重写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查漏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让它追问「这条缺了哪个维度」「怎么衡量」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反向检验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让它扮演最挑剔的老板，攻击你的 KR（最有用）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红线：AI 帮你写清楚，但目标的价值排序仍由你和团队决定——它不知道你老板在想什么。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2 · 目标改写工作坊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从你手里的年度 / 季度目标挑 2 条最虚的，用 SMART 自查 + AI 重写 + 小组互评。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自查 5 分钟：用 SMART 五要素给原目标打勾，看缺哪几项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AI 重写 10 分钟：输给 AI 让它重写，再做「查漏」和「反向检验」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小组互评 8 分钟：同伴问一句「这条，能不能拿去评？」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写下改写后的版本，并标记原目标属于哪类问题（没数字 / 动作当结果 / 方向错）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目标：把「虚目标」订成「可评价目标」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拿这条目标年底去评，你会不会心虚？会心虚，就还得改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目标：把「虚目标」订成「可评价目标」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把今天改写的目标，同步给你的一条真实目标，替换掉原来那条虚的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用 AI 的「反向检验」动作，把团队 3 条 KR 都攻击一遍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反馈：把「印象」写成「事实」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SBI 的力量，在于「无法反驳」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SBI 三要素写出「无法反驳」的反馈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用「SBI + 一条路」把问题型反馈变成建设型反馈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AI 三步（喂素材 → 要草稿 → 人校验）起草反馈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识别并校验 AI 生成反馈的四类风险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完成一次「AI 起草 → 人校验 → 当面说」的完整演练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「凭印象评价人」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「用事实讲事」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你现在能立刻说出某个人上周做的一件具体的、值得反馈的事吗？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如果不能，是因为你不关注，还是因为你没记下来？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反馈为什么写不出来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没素材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每天看到很多事，真要写时想不起来，只剩「他还行」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没时间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不可能每天给每个下属写一段，久了变成「期末再说」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张不开嘴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尤其负面反馈，想说又怕伤人，最后含糊过去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前两件 AI 能省掉一半；第三件只能你自己开口。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SBI 反馈模型（Center for Creative Leadership）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情境 Situation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什么时候、什么场合发生的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「昨天下午的客户评审会上」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行为 Behavior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你观察到的具体动作（不是评价）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「客户问的数据你答不上来，会后同事帮你补的」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影响 Impact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这个行为带来的具体结果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「客户会后发邮件质疑我们的专业度」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SBI 的力量在于「无法反驳」——情境是真的、行为是看到的、影响是发生的。他没法否认这三件事实。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SBI + 一条路 = 建设型反馈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结构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作用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讲清「发生了什么」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+ 一条路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补一句对方能执行的请求或选项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少了那条路是批评，有了那条路是培养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用 AI 起草反馈三步 + 四类风险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类别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三步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喂素材（真实事实，不是让它编）② 要草稿（SBI + 2–3 个版本）③ 人校验（改成自己会说的话）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四风险·幻觉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补出你没说过的事 → 逐句核对，凡不是你说的，删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四风险·模板腔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「你是一位优秀的员工……但是」→ 改成口语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四风险·偏见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放大性别 / 年龄刻板印象 → 特别查形容词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四风险·越界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替你下结论 → 结论句删掉，留给你自己说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听着不像你说的，就重写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3 · AI 起草 + 当场校验（三人组）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三人一组（管理者 / 下属 / 观察员），认领一个场景，完成「AI 起草 → 人校验 → 当面说」全流程。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 3 条真实事实（场景 A 迟到与敷衍 / B 质量下滑不自知 / C 业绩好但协作差）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把事实喂给 AI，要一份 SBI 草稿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对照四风险清单逐条校验、改写，写成自己会说的话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当面说给「下属」听——不许念稿；观察员用打勾表点评；然后换角色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反馈：把「印象」写成「事实」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建设型反馈 = SBI + 一条路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反馈：把「印象」写成「事实」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把今天最难说出口的那句话，按 SBI 改写一遍，写在下面空白处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建立一个「事实随手记」入口，今晚就记第一条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面谈：备好一场「不敢谈」的面谈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面谈不是审判，是一次对话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说出绩效面谈难在「不敢谈 / 谈了没用 / 一谈就崩」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区分发展型对话与评价型对话，并知道怎么切换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GROW 四步设计一次面谈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AI 完成「事实时间线 + 三种反应预演 + GROW 提问清单」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完成一次面谈准备 + 角色扮演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「坐到对面才开始想说什么」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「带着事实和结构进会议室」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你上一次面谈，提前准备了多久？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你最怕对方说的一句话是什么？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面谈难在哪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困境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不敢谈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怕伤关系、怕翻脸、怕人离职，选择含糊过去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谈了没用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当面点头，三个月后一点没变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一谈就崩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对方红了眼 / 开始反驳 / 干脆沉默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根源是同一个：没有事实、没有结构、没有准备。而这三件事恰好是 AI 擅长的——但 AI 只准备，不出席。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关键区分：发展型对话 vs 评价型对话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发展型（GROW 为主）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评价型（面谈结构为主）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帮助成长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评估表现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谁主导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管理者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未来可能性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过去表现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产出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行动承诺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评价结论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风险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时间较慢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引发防御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切换技巧：先聊未来，再谈评价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GROW 四步（John Whitmore）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关键技巧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目标 Goal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这次谈完，我们希望达成什么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最易被跳过，但最关键——先对齐目标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现状 Reality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现在的事实是什么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用事实不用印象；用上 SBI 素材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选择 Options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有哪些可能的做法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让对方先说，你别急着给方案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 意愿 Will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你决定做什么、什么时候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具体动作 + 具体时间 + 怎么验证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来源：John Whitmore《Coaching for Performance》。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用 AI 准备面谈：四个动作 + 四类高难度场景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类别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事实时间线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把零散观察丢给它，按时间整理成一条线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反应预演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让它模拟对方 3 种反应（情绪化 / 沉默 / 反驳），给应对话术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GROW 提问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让它按 G-R-O-W 各给 3 个提问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红线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只准备，不出席——会议室里只有你一个人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情绪化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先接情绪，再谈事实：「我理解你听到这些不好受。」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全程沉默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给时间不逼问：「你不用现在回答，我先说，你想到再补。」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反驳事实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回到具体事例：「我们不争印象，就看 3 月 2 日那一单。」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甩锅外部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先承认再拉回：「外部因素确实存在，那我们能控的是什么？」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准备越充分，临场越自由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4 · 面谈准备 + 角色扮演（三人组）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先各自用 AI 备好事实清单 + GROW 问题 + 最怕的一句话，再两人对演、一人观察。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准备 15 分钟：填《面谈准备单》，含「我最怕的一句话」并用 AI 准备应对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对演 25 分钟：两人对演，观察员用《面谈七阶打勾表》记录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三个场景：A 老员工消极 / B 新人连续未达标 / C 高绩效者协作差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换角色，保证每人至少当一次管理者；不许念准备单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面谈：备好一场「不敢谈」的面谈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具体动作 + 具体时间 + 怎么验证，三个都有才叫承诺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面谈：备好一场「不敢谈」的面谈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定一场你拖延最久的面谈，写下日期，用 GROW 准备一次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把「我最怕的一句话」抄在准备单第一行，提醒自己先备好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跟进与整合：把 AI 用成习惯，不把人带丢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谈完不等于结束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用经验学习圈（Kolb）把「复盘」做成「下次改」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用双因素理论（Herzberg）检查反馈是否碰到「激励因素」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AI 用成习惯的三个场景（周更 / 月盘 / 期备）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用三条自检确认「人没被 AI 带丢」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完成一份 30 天 AI 辅助绩效管理行动计划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「谈完就散，下次照旧」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「谈完就提炼，下次改一点」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你上一次绩效面谈结束后，做了什么跟进？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过去半年，你有没有因为用 AI，觉得自己某方面变弱了？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经验学习圈（David Kolb, 1984）：把复盘做成下次改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问句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具体经验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发生了什么？（事实，不是感受）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反思观察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为什么会这样？我当时怎么想的？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抽象概念化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这里有没有规律？下次能提取什么原则？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主动实验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下次具体怎么做？新实验变成新经验，进入下一轮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很多人只做到第二步就停了——「我知道为什么了」，然后就没了。精髓在第三、四步。来源：David Kolb《Experiential Learning》(1984)。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双因素理论（Frederick Herzberg, 1959）：让反馈碰到激励因素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类别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包含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特点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保健因素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薪酬 / 环境 / 政策 / 安全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缺了会不满，给够了也不会更努力；只消除不满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激励因素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成就 / 认可 / 成长 / 责任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真正驱动人的；绩效对话要碰到这一层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来源：Frederick Herzberg《The Motivation to Work》(1959)。如果反馈只谈「你哪里没做好」，你只碰到了保健因素。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AI 用成习惯：三个节奏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节奏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周更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把本周随手记的事实丢给 AI，挑出 1–2 件值得反馈的事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 分钟/周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月盘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 AI 汇总本月事实，问「有多少是问题，有多少是成绩」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 分钟/月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期备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期末前一次性生成「事实时间线 + 待确认清单」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分钟/期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月盘那句「问题 vs 成绩」特别关键——人天然记得问题、忘记成绩，月盘就是校正偏差。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三条自检：检查你有没有被 AI 带丢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自检问题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我还能不看 AI，说出这个人的优点和问题吗？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我有没有因为 AI 写了草稿，就不亲自去谈了？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我有没有用「AI 生成的」当借口，逃避我自己的判断？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工具越强，越要提防自己变弱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5 · 30 天 AI 辅助绩效管理行动计划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填三行（目标 / 反馈 / 面谈）× 三列（每周动作 / 可观察信号 / 支持资源），并与同伴互说。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第一行·目标：挑一个真实团队目标，用 SMART/OKR 改写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第二行·反馈：定一个日常动作（如每周五 5 分钟），写清时间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第三行·面谈：定一个对象和时点（具体到 X 月 X 日）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找同伴互说一遍，说出「第一周第一件事，具体到哪天」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跟进与整合：把 AI 用成习惯，不把人带丢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承诺具体到哪天，否则就是敷衍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跟进与整合：把 AI 用成习惯，不把人带丢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按 30 天计划表执行：每周一个动作，每周打一次勾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本季度做一次三条自检，写下你被 AI 带丢的那个瞬间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你走过了什么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带走的东西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从「没时间、没素材、张不开嘴」到看清卡点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三个卡点 + 本课立场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边界与红线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 + 对照表 + 四条红线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SMART + OKR + 目标改写卡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+ 一条路 + 四风险校验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面谈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四步 + AI 四动作 + 面谈准备单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跟进与整合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Kolb + Herzberg + 三条自检 + 30 天计划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 帮你准备（目标 / 反馈 / 面谈），你自己谈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我的终极行动承诺：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边界与红线：AI 能做什么，绝对不能做什么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目标：把「虚目标」订成「可评价目标」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反馈：把「印象」写成「事实」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面谈：备好一场「不敢谈」的面谈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跟进与整合：把 AI 用成习惯，不把人带丢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目标改写卡（SMART + OKR）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把一条虚目标改写成可评价目标——写完自问「能不能拿去评」。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原目标（原话）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SMART 缺哪几项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改写后（O 是什么）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KR1（结果，非动作）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KR2（结果，非动作）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时限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【参考示例】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示例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原目标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提升团队协作能力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SMART 缺项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缺 M（可衡量）和 T（时限）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改写后 O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提升跨部门项目协同效率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KR1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跨部门联合交付项目由 2 个增至 5 个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KR2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平均交付周期缩短 15%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时限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Q3 结束前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AI 反馈校验卡（SBI + 四风险）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AI 起草后逐项校验——凡不是你说的事实，删；听着不像你说的，重写。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校验项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打勾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有情境吗？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是具体行为（不是评价）吗？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讲清影响了吗？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加了「一条路」吗？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事实全部核对过（无幻觉）吗？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删掉模板腔了吗？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查过偏见措辞了吗？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删掉越界结论了吗？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面谈准备单（事实 + GROW + 最怕的话）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面谈前 30 分钟填完——带着它进会议室，但不要念它。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事实清单（时间线）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目标（谈完达成什么）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现状（事实 vs 判断）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选择（让对方先说）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 意愿（动作/时间/验证）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我最怕的一句话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预演的三种反应 + 我的接法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30 天 AI 辅助绩效管理计划表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三行（目标 / 反馈 / 面谈）× 三列（动作 / 信号 / 资源），承诺具体到哪天。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行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每周一个动作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可观察信号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支持资源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面谈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 HITL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生成 → 人判断 → 人决定 → 人担责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人机协作通用概念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认知外包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可外包「写」，不可外包「想」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认知科学通用概念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SMART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 · 可衡量 · 可实现 · 相关 · 有时限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George T. Doran (1981), Management Review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OKR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去哪 + KR 怎么算到了（KR 是结果不是动作）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Andy Grove / John Doerr《Measure What Matters》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反馈模型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 Situation + 行为 Behavior + 影响 Impact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Center for Creative Leadership (CCL)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 Goal → 现状 Reality → 选择 Options → 意愿 Will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John Whitmore《Coaching for Performance》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经验学习圈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具体经验 → 反思观察 → 概念化 → 主动实验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David Kolb (1984)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双因素理论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保健因素（消除不满）+ 激励因素（产生动力）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Frederick Herzberg (1959)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AI 帮你备好每一句话，但绩效这件事，永远是你和你的团队面对面谈出来的。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SMART + OKR 改写一条真实目标，并让 AI 反向检验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建立事实随手记，每周五花 5 分钟让 AI 挑一件值得反馈的事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3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真实面谈一次：用 GROW 准备，谈完做一次复盘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4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做一次三条自检 + 月盘（检查问题 vs 成绩的偏差）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边界与红线的清晰度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SMART / OKR 目标改写的可操作性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+ AI 校验流程的实用度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面谈准备单的好用程度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用成习惯的三节奏（周更/月盘/期备）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讲师引导与点评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AI 辅助绩效管理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用 AI 把目标、反馈、面谈做扎实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AI 帮你备好每一句话，但绩效这件事，永远是你和你的团队面对面谈出来的。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AI 帮你准备，你自己谈。</w:t>
        <w:br/>
        <w:br/>
        <w:t>Coursemaster 出品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