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AI-ASSISTED PERFORMANCE · FRONT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AI 辅助绩效管理 · 核心工具速查卡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正面 · 边界 + 目标 + 反馈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① 人在回路 Human-in-the-Loop：AI 能做 vs 不能做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环节</w:t>
            </w:r>
          </w:p>
        </w:tc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✅ AI 可以做（准备类）</w:t>
            </w:r>
          </w:p>
        </w:tc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❌ AI 绝不能做（决定+表达类）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目标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改写成 SMART 句式、找遗漏维度、给表述备选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替你决定团队目标是什么、替你排优先级</w:t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反馈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把事实整理成 SBI 草稿、提供措辞备选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替你下「你不行」这类评价结论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面谈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准备事实清单、预演对方三种反应、生成 GROW 提问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替你面谈、替你承诺、替你担责</w:t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跟进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生成复盘问题清单、汇总值得反馈的事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替你判断一个人该不该留、该不该升</w:t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② 四条红线（一次都不能破）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红线</w:t>
            </w:r>
          </w:p>
        </w:tc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内容</w:t>
            </w:r>
          </w:p>
        </w:tc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为什么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① 数据不外传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姓名、薪资、健康信息，脱敏后才能喂给 AI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不知道工具的数据是否会被拿去训练</w:t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② 不下人事结论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去留、晋升、评级，AI 只递材料，不做判决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责任在人，算法没有担责能力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③ 不直接念稿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AI 草稿必须改成自己的话，用自己的嘴说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一念稿，下属就知道这不是你的话</w:t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④ 签字担责是人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「AI 说的」不是管理者的挡箭牌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管理者没有这个挡箭牌</w:t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③ SMART 原则（George T. Doran, 1981）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字母</w:t>
            </w:r>
          </w:p>
        </w:tc>
        <w:tc>
          <w:tcPr>
            <w:tcW w:type="dxa" w:w="2466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英文</w:t>
            </w:r>
          </w:p>
        </w:tc>
        <w:tc>
          <w:tcPr>
            <w:tcW w:type="dxa" w:w="2466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中文</w:t>
            </w:r>
          </w:p>
        </w:tc>
        <w:tc>
          <w:tcPr>
            <w:tcW w:type="dxa" w:w="2466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自查问句</w:t>
            </w:r>
          </w:p>
        </w:tc>
      </w:tr>
      <w:tr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S</w:t>
            </w:r>
          </w:p>
        </w:tc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Specific</w:t>
            </w:r>
          </w:p>
        </w:tc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具体</w:t>
            </w:r>
          </w:p>
        </w:tc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谁做？做什么？边界在哪？</w:t>
            </w:r>
          </w:p>
        </w:tc>
      </w:tr>
      <w:tr>
        <w:tc>
          <w:tcPr>
            <w:tcW w:type="dxa" w:w="2466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M</w:t>
            </w:r>
          </w:p>
        </w:tc>
        <w:tc>
          <w:tcPr>
            <w:tcW w:type="dxa" w:w="2466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Measurable</w:t>
            </w:r>
          </w:p>
        </w:tc>
        <w:tc>
          <w:tcPr>
            <w:tcW w:type="dxa" w:w="2466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可衡量</w:t>
            </w:r>
          </w:p>
        </w:tc>
        <w:tc>
          <w:tcPr>
            <w:tcW w:type="dxa" w:w="2466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怎么知道做到了？数字 / 事实是什么？</w:t>
            </w:r>
          </w:p>
        </w:tc>
      </w:tr>
      <w:tr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A</w:t>
            </w:r>
          </w:p>
        </w:tc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Achievable</w:t>
            </w:r>
          </w:p>
        </w:tc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可实现</w:t>
            </w:r>
          </w:p>
        </w:tc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以现有资源，有没有可能做到？</w:t>
            </w:r>
          </w:p>
        </w:tc>
      </w:tr>
      <w:tr>
        <w:tc>
          <w:tcPr>
            <w:tcW w:type="dxa" w:w="2466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R</w:t>
            </w:r>
          </w:p>
        </w:tc>
        <w:tc>
          <w:tcPr>
            <w:tcW w:type="dxa" w:w="2466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Relevant</w:t>
            </w:r>
          </w:p>
        </w:tc>
        <w:tc>
          <w:tcPr>
            <w:tcW w:type="dxa" w:w="2466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相关</w:t>
            </w:r>
          </w:p>
        </w:tc>
        <w:tc>
          <w:tcPr>
            <w:tcW w:type="dxa" w:w="2466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它和团队 / 公司的大目标是什么关系？</w:t>
            </w:r>
          </w:p>
        </w:tc>
      </w:tr>
      <w:tr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T</w:t>
            </w:r>
          </w:p>
        </w:tc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Time-bound</w:t>
            </w:r>
          </w:p>
        </w:tc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有时限</w:t>
            </w:r>
          </w:p>
        </w:tc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什么时候完成？「Q3 结束前」而非「尽快」</w:t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④ OKR（Grove / Doerr）：KR 是结果，不是动作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写法</w:t>
            </w:r>
          </w:p>
        </w:tc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示例</w:t>
            </w:r>
          </w:p>
        </w:tc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问题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❌ 把动作当结果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O：提升新人培养质量；KR1：完成 10 场新人培训；KR2：编制一份新人手册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开满 10 场培训，新人还是上不了手</w:t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✅ KR 只写结果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O：提升新人培养质量；KR1：新人 30 天独立上手率 40%→80%；KR2：前 3 个月主动离职率 &lt;5%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动作是你要付出的，结果是你要得到的</w:t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⑤ 用 AI 订目标的三个动作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动作</w:t>
            </w:r>
          </w:p>
        </w:tc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怎么用</w:t>
            </w:r>
          </w:p>
        </w:tc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示例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① 重写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把口语描述丢给它，让它按 SMART / OKR 结构重写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「我想让团队协作好一点」→ 可衡量的目标句</w:t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② 查漏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让它追问「这条缺了哪个维度」「怎么衡量」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它会告诉你缺 M 和 T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③ 反向检验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让它扮演最挑剔的老板，攻击你的 KR（最有用）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「这个指标可以走量达成，未必代表质量提升」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AI-ASSISTED PERFORMANCE · BACK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AI 辅助绩效管理 · 核心工具速查卡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背面 · 反馈 + 面谈 + 跟进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⑥ SBI 反馈模型（Center for Creative Leadership）+ 一条路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要素</w:t>
            </w:r>
          </w:p>
        </w:tc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含意</w:t>
            </w:r>
          </w:p>
        </w:tc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例句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S 情境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什么时候、什么场合发生的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「昨天下午的客户评审会上」</w:t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B 行为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你观察到的具体动作（不是评价）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「客户问的数据你答不上来，会后同事帮你补的」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I 影响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这个行为带来的具体结果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「客户会后发邮件质疑我们的专业度」</w:t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+ 一条路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一句明确的、对方能执行的请求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「下次评审前，我们把可能被问的数据提前对一遍，可以吗？」</w:t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⑦ AI 生成反馈的四类风险（必须会校）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风险</w:t>
            </w:r>
          </w:p>
        </w:tc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表现</w:t>
            </w:r>
          </w:p>
        </w:tc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校验动作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幻觉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AI 补出你没说过的事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逐句核对事实，凡不是你说的，删</w:t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模板腔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「你是一位优秀的员工……但是」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改成口语，删掉套话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偏见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放大性别 / 年龄刻板印象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特别检查对不同群体的形容词</w:t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越界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AI 替你下结论「他不适合当前岗位」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结论句删掉，留给你自己说</w:t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⑧ 用 AI 起草反馈三步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步骤</w:t>
            </w:r>
          </w:p>
        </w:tc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怎么做</w:t>
            </w:r>
          </w:p>
        </w:tc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关键提醒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① 喂素材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把你真实记得的事实丢给它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是「喂」不是「编」——编出来当面一问就穿帮</w:t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② 要草稿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让它整理成 SBI，给 2–3 个措辞版本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直接的 / 婉转的 / 适合正式面谈的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③ 人校验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删掉模板腔和过度委婉，改自己的话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听着不像你说的，就重写</w:t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⑨ GROW 面谈四步（John Whitmore）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步骤</w:t>
            </w:r>
          </w:p>
        </w:tc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含意</w:t>
            </w:r>
          </w:p>
        </w:tc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关键技巧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G Goal 目标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这次谈完，我们希望达成什么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最易被跳过，但最关键——先对齐目标</w:t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R Reality 现状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现在的事实是什么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用事实不用印象；这一步用上 SBI 素材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O Options 选择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有哪些可能的做法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让对方先说，你别急着给方案</w:t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W Will 意愿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你决定做什么、什么时候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具体动作 + 具体时间 + 怎么验证，三个都有</w:t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⑩ 用 AI 准备面谈：四个动作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动作</w:t>
            </w:r>
          </w:p>
        </w:tc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怎么做</w:t>
            </w:r>
          </w:p>
        </w:tc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示例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① 事实时间线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把零散观察丢给它，按时间整理成线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「3/2 延迟、3/15 会前没准备、3/28 客户投诉」</w:t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② 反应预演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让它模拟对方 3 种反应并给应对话术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情绪化 / 沉默 / 反驳，各 2–3 句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③ GROW 提问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让它按 G-R-O-W 各给 3 个提问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挑顺口的用</w:t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④ 红线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只准备，不出席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会议室里只有你一个人；承诺你给，责任你担</w:t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⑪ 四类高难度场景应对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场景</w:t>
            </w:r>
          </w:p>
        </w:tc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应对</w:t>
            </w:r>
          </w:p>
        </w:tc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话术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对方情绪化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先接情绪，再谈事实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「我理解你听到这些不好受。」</w:t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对方全程沉默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给思考时间，不逼问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「你不用现在回答，我先说，你想到再补。」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对方反驳事实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回到具体事例，不辩论印象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「我们不争印象，就看 3 月 2 日那一单。」</w:t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对方甩锅外部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先承认，再拉回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「外部因素确实存在，那我们能控的是什么？」</w:t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⑫ 经验学习圈（Kolb, 1984）+ 双因素理论（Herzberg, 1959）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步骤</w:t>
            </w:r>
          </w:p>
        </w:tc>
        <w:tc>
          <w:tcPr>
            <w:tcW w:type="dxa" w:w="4933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问句</w:t>
            </w:r>
          </w:p>
        </w:tc>
      </w:tr>
      <w:tr>
        <w:tc>
          <w:tcPr>
            <w:tcW w:type="dxa" w:w="4933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具体经验</w:t>
            </w:r>
          </w:p>
        </w:tc>
        <w:tc>
          <w:tcPr>
            <w:tcW w:type="dxa" w:w="4933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发生了什么？（事实，不是感受）</w:t>
            </w:r>
          </w:p>
        </w:tc>
      </w:tr>
      <w:tr>
        <w:tc>
          <w:tcPr>
            <w:tcW w:type="dxa" w:w="4933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反思观察</w:t>
            </w:r>
          </w:p>
        </w:tc>
        <w:tc>
          <w:tcPr>
            <w:tcW w:type="dxa" w:w="4933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为什么会这样？我当时怎么想的？</w:t>
            </w:r>
          </w:p>
        </w:tc>
      </w:tr>
      <w:tr>
        <w:tc>
          <w:tcPr>
            <w:tcW w:type="dxa" w:w="4933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抽象概念化</w:t>
            </w:r>
          </w:p>
        </w:tc>
        <w:tc>
          <w:tcPr>
            <w:tcW w:type="dxa" w:w="4933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这里有没有规律？下次能提取什么原则？</w:t>
            </w:r>
          </w:p>
        </w:tc>
      </w:tr>
      <w:tr>
        <w:tc>
          <w:tcPr>
            <w:tcW w:type="dxa" w:w="4933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主动实验</w:t>
            </w:r>
          </w:p>
        </w:tc>
        <w:tc>
          <w:tcPr>
            <w:tcW w:type="dxa" w:w="4933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下次具体怎么做？新实验变成新经验，进入下一轮。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类别</w:t>
            </w:r>
          </w:p>
        </w:tc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包含</w:t>
            </w:r>
          </w:p>
        </w:tc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特点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保健因素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薪酬 / 环境 / 政策 / 安全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缺了会不满，给够了也不会更努力；只消除不满</w:t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激励因素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成就 / 认可 / 成长 / 责任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真正驱动人的；绩效对话要碰到这一层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随身口诀：AI 帮你准备（目标 / 反馈 / 面谈），你自己谈；守四条红线（脱敏 / 不下结论 / 不直接念 / 签字是人）。记住一句：AI 帮你备好每一句话，但绩效这件事，永远是你和你的团队面对面谈出来的。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核心工具速查卡（配合《AI 辅助绩效管理》课程使用）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