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AI 辅助绩效管理</w:t>
      </w:r>
    </w:p>
    <w:p>
      <w:pPr>
        <w:spacing w:after="80" w:before="0" w:line="416" w:lineRule="exact"/>
        <w:jc w:val="center"/>
      </w:pPr>
      <w:r>
        <w:rPr>
          <w:rFonts w:ascii="SimHei" w:hAnsi="SimHei" w:eastAsia="SimHei"/>
          <w:b w:val="0"/>
          <w:i w:val="0"/>
          <w:color w:val="888888"/>
          <w:sz w:val="26"/>
        </w:rPr>
        <w:t>用 AI 把目标、反馈、面谈做扎实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AI 帮你准备，你自己谈。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模块 0–5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 + 8 份 handout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 出品</w:t>
      </w:r>
    </w:p>
    <w:p>
      <w:pPr>
        <w:spacing w:after="80" w:before="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一门教管理者「用 AI 把绩效管理做扎实」的实战课。全课立场一句话：AI 帮你准备，不替你对话；那句话，永远是你和你的团队面对面谈出来的。课程沿绩效管理链条推进：先划清人机边界（人在回路 + 四条红线），再用 AI 做三件事——把虚目标订成可评价目标（SMART + OKR）、把印象写成事实（SBI）、把不敢谈的面谈备好（GROW），最后把 AI 用成习惯同时不把人带丢（Kolb + Herzberg）。讲师角色：不做理论宣讲，做「演练的设计者与点评者」——把 AI 当教具，把课堂当练习场。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 AI 辅助绩效管理计划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课前自评表 / 边界判定卡 / 目标改写卡 / 反馈校验卡 / 反馈情景卡 / 面谈准备单 / 面谈七阶打勾表 / 30天计划表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绩效管理为什么做不扎实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边界与红线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目标：SMART + OKR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反馈：SBI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面谈：GROW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跟进与整合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整合+行动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回顾与行动承诺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355 min（约 5.9 小时）+ 午休 60 min + 茶歇 2×15 min + 机动，一天 7 小时可完整落地；结构化演练占比 ≈ 46.5%。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马克笔（行动承诺用）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《课前自评表》打印（开课前 3-5 天发；课堂回收汇总，课后 30 天复测）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《AI 边界判定卡》每位学员 1 份（模块一用，16 场景）★独立分发件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《目标改写卡》每位学员 1 份（模块二用）★独立分发件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《AI 反馈校验卡》每位学员 1 份（模块三用）★独立分发件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《反馈三场景情景卡》每组 1 套（模块三演练用）★独立分发件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《面谈准备单》每位学员 1 份（模块四用）★独立分发件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《面谈七阶打勾表》每组 1 份（模块四观察员用）★独立分发件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《30 天 AI 辅助绩效管理计划表》每位学员 1 份（模块五用 + 带走）★独立分发件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+ 30 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便利贴墙（收尾行动承诺用）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学员需带手机或电脑（AI 是课堂教具，现场要能调用）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适合三人组演练的安静角落与稳定网络（模块三、四用 AI）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模块开场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绩效管理为什么做不扎实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类型：破冰 + 定调　｜　时长：20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说清自己绩效管理「做不扎实」的具体卡点（目标虚 / 没素材 / 张不开嘴）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说出本课核心立场：AI 帮你准备，不替你对话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认同课堂三条约定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开场三问：目标 / 反馈 / 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核心洞察：三个卡点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白板三圈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本课立场：备课 vs 上课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课堂约定 + 课程地图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开场三问：① 去年的年度目标，现在还能复述吗？② 上一次给下属写具体反馈是几月？③ 上一次做绩效面谈，提前准备了多久？——三问制造真实的尴尬，让痛点落地。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核心洞察：绩效管理卡在三个地方——目标虚（写的时候像口号，评的时候没法评）、反馈没素材（每天看到很多事，真要写时想不起来）、面谈张不开嘴（没目标没事实，只能凭印象说）。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本课立场：AI 做「备课」，人做「上课」。AI 帮你整理素材、写草稿、做预演；判断、决策、当面说、承担结果，永远是人。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课程地图：边界（一）→ 目标（二）→ 反馈（三）→ 面谈（四）→ 跟进（五）。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三条约定：说真话（用真实管理现场）、不评判（讨论做法不评价人）、带走一个动作（具体到动作和时间）。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话术：开场不要自我介绍长篇，直接上三个问题，把尴尬感留给学员——这是最好的钩子。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话术：三问之后停三秒，让沉默落地，不要急着填满。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话术：立场页要讲透：「让 AI 自动生成评价」是错误且危险的做法，绩效里最值钱的是你亲口说出来。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话术：金句此处埋第一次：「AI 是你的备课搭档，不是你的发言人。」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话术：课程地图快速过，圈出模块三、四是重心（演练密集）。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今天三个问题里，哪一个你最答不上来？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如果要 AI 帮你一个忙，你最希望它帮你哪件事？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这课是不是教我用 AI 替代写绩效？：不是。AI 只做草稿、素材、备选。绩效管理里判断、决策、表达、担责，永远是人。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我团队现在还没用 AI，能上吗？：能。全课的核心框架（SMART / OKR / SBI / GROW / Kolb / Herzberg）不依赖 AI 也能独立使用。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课上要暴露我团队的真实情况吗？：可以用代号。安全域一直有效，涉及个人信息一律脱敏。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学员说「三个我都能答上来」：顺着接——「那你很棒，今天请你多分享，帮大家看看做得扎实长什么样。」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现场气氛太沉重（大家开始焦虑）：收一句——「别慌，这三件事今天一件一件给你方法，而且很多可以用 AI 省掉一半力气。」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转场：绩效管理难，很少是难在「不想做」。今天就解决三件事：没时间、没素材、张不开嘴。先从最重要的一步开始——划清边界。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边界与红线：AI 能做什么，绝对不能做什么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时长：45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用「人在回路」说清 AI 的位置：只做草稿、素材、备选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识别「认知外包」的风险：把判断力也一起交出去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用对照表判断某环节 AI 可做 / 需人复核 / 绝对不行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记住并认同四条红线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引入：AI 三秒生成评价的两难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框架一：人在回路 Human-in-the-Loop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框架二：认知外包 Cognitive Offloading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核心对照表：AI 能做 vs 不能做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对照表页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四条红线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PPT（红字）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1：AI 边界判定卡（16 场景）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 ×N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引入：AI 三秒能生成一份像样的绩效评价——问题不是「它能不能写」，而是「哪些地方能用、哪些碰都不能碰」。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人在回路（Human-in-the-Loop，人机协作通用概念）：AI 是草稿机 / 素材库 / 陪练员；人是判断者 / 决策者 / 表达者 / 担责者。核心原则——AI 可以干活，不能担责。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认知外包（Cognitive Offloading，认知科学通用概念）：适度外包省力，过度外包能力退化。三个危险信号——说不出理由只会说「AI 是这么写的」；不看 AI 就说不清一个人的优缺点；因为 AI 写了草稿就不亲自去谈。底线：可外包「写」，不可外包「想」。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核心对照表：目标——AI 可改写成 SMART 句式、不能替你决定目标是什么；反馈——AI 可整理 SBI 草稿、不能替你下评价结论；面谈——AI 可准备事实和预演、不能替你面谈承诺担责；跟进——AI 可生成复盘问题、不能替你判断去留晋升。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四条红线：① 数据不外传（脱敏后才能喂 AI）② 不让 AI 下人事结论（去留晋升评级只递材料）③ 不用 AI 生成的内容直接对下属宣读（必须改成自己的话）④ 签字担责的永远是人（「AI 说的」不是挡箭牌）。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话术：引入页的「如果时间很紧呢？如果这个人你本来就不太想见呢？」要问得狠一点——这是全课最有张力的地方。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话术：人在回路要讲成一个清晰的分工：AI 干活，人担责。不要讲成技术概念。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话术：认知外包的三个危险信号，请学员现场自测，举手示意——比讲概念有效。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话术：四条红线要慢讲，特别第③条：照着 AI 稿念，下属一听就知道不是你的话，信任当场崩。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1 是本模块重心，时间必须保足 20 分钟，不要被前面讲解吃掉。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你团队里，哪一个环节你其实已经在依赖工具替你做判断了？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四条红线里，哪一条你觉得最难做到？为什么？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我们用内部 AI 工具，也要脱敏吗？：要。红线是死的——你不知道那个工具的数据会不会被拿去训练。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让 AI 做参考、最后我定，不算越界吧？：可以，但要小心：一旦你开始依赖它的参考，你的判断就外包出去了。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1 第 1 条（真名薪资贴给 AI）大家有分歧怎么办？：分歧正好是教学点：凡涉及个人信息，先脱敏，否则一律 ✗。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到底有什么用？：它的用处是把你从「没时间、没素材」里救出来，让你有时间做那件只有你能做的事——面对面谈。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时间不够：压缩「认知外包」的举例，练习 1 保持 20 分钟不减。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学员争论「我们公司允许用内部 AI」：回应「内部工具也是工具，红线不变——脱敏、不结论、不直接念、签字是人」。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有人觉得红线是多余的：用真实风险案例（个人信息泄露、照稿念引发信任崩塌）让后果具体化。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转场：边界划清楚了，从第一件事开始——目标。因为目标一开始是虚的，后面所有反馈和面谈都建在沙子上。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目标：把「虚目标」订成「可评价目标」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SMART 五要素自查一个目标是否「写得清楚」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OKR 区分「Objective 去哪」与「Key Result 怎么算到了」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AI 在订目标时的三个正确用法（重写 / 查漏 / 反向检验）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 2 条真实目标的改写并接受同伴检验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引入：两句虚目标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/ 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经典框架一：SMART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 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经典框架二：OKR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OKR 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三个动作：重写 / 查漏 / 反向检验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2：目标改写工作坊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 ×N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收束：价值排序由人定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引入：两句真实目标「提升团队协作能力」「加强客户满意度，提高团队战斗力」——年底拿什么评？答不上来。虚目标的本质：它是一句态度，不是一个承诺。三个特征：没数字、没时点、没标准。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SMART（George T. Doran, 1981, Management Review）：S 具体 / M 可衡量 / A 可实现 / R 相关 / T 有时限。提醒：SMART 解决「写清楚」，不解决「对不对」。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OKR（Grove 在 Intel 提出、John Doerr 引入 Google）：O 是去哪，KR 是怎么算到了。核心铁律——KR 必须是结果不是动作。「完成 10 场培训」是动作，「新人 30 天独立上手率 80%」才是结果。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三个动作：① 重写（口语描述 → SMART/OKR 结构）② 查漏（追问缺哪个维度）③ 反向检验（扮演最挑剔的老板攻击你的 KR，最有用）。红线：价值排序仍由人和团队决定。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 xml:space="preserve">• 收束：AI 帮你把目标写清楚，但目标该定什么、先做哪个，永远是你和团队的事。它不知道你老板在想什么。 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话术：引入页要让学员亲身感受「年底没法评」的荒谬，这是本模块的动机来源。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话术：SMART 逐条带读，强调 M（可衡量）最要命，T 别写「尽快」。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话术：OKR 用「完成 10 场培训 vs 新人上手率」对比讲透——这是 90% 的人都会踩的坑。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话术：AI 三个动作，重点演示第③个反向检验，现场跑一遍给学员看。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2 一定要用真实目标；写假目标的学员，练习价值减半。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你改写的那条目标，现在拿去年底评，你会不会心虚？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把动作当结果的坑，你团队里有多少条？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我们公司不用 OKR，怎么办？：OKR 只是结构，你用 KPI 也行，核心不变——别把动作当结果。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目标改得很漂亮但方向可能错，AI 能帮忙吗？：帮不了。只有你知道你老板今年最想要什么。这就是人不可被替代的地方。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SMART 和 OKR 用哪个？：两个一起用：SMART 保证写清楚，OKR 保证写对方向。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改写目标和团队一起做吗？：强烈建议。目标的承诺感来自参与，你一个人写完再宣布，员工只是接受者。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学员把目标写成「团队愿景」：收一句——「愿景是好东西，但今天我们做的是能拿去评的目标，先写能评的。」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学员抱怨「我们没有明确的上级目标」：回应「那就先把你能控的部分写清楚，方向问题课后跟上级对齐」。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时间不够：压缩引入到 6 min、SMART 到 12 min，练习保持 32 min。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转场：目标订清楚了，接下来是一整天最难的那件事——反馈。反馈卡在没素材，而这件事 AI 恰好能补上。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反馈：把「印象」写成「事实」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SBI 三要素写出「无法反驳」的反馈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用「SBI + 一条路」把问题型反馈变建设型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AI 三步（喂素材 → 要草稿 → 人校验）起草反馈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识别并校验 AI 生成反馈的四类风险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完成一次「AI 起草 → 人校验 → 当面说」的完整演练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引入：反馈写不出来的三个原因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经典框架：SBI 三要素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加法：SBI + 一条路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用法：三步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四类风险校验清单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校验清单页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3：AI 起草 + 校验 + 当面说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 ×N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引入：反馈难在三点——没素材、没时间、张不开嘴。前两件 AI 能省掉一半，第三件只能你自己开口。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SBI（Center for Creative Leadership）：S 情境（什么时候、什么场合）、B 行为（你观察到的具体动作，不是评价）、I 影响（行为带来的具体结果）。核心洞察：SBI 的力量在于「无法反驳」——情境是真的、行为是看到的、影响是发生的。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+ 一条路：讲完影响，补一句对方能执行的请求或选项。公式：建设型反馈 = SBI + 一条路。少了那条路是批评，有了那条路是培养。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三步：① 喂素材（你真实记得的事实，不是让它编）② 要草稿（SBI 结构 + 2–3 个措辞版本）③ 人校验（删模板腔和过度委婉，改成自己会说的话）。复核标准：听着不像你说的，就重写。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四类风险：幻觉（AI 补出你没说过的事 → 逐句核对）、模板腔（「优秀的员工……但是」→ 改口语）、偏见（放大性别/年龄刻板印象 → 查形容词）、越界（AI 替你下结论 → 结论句留给自己）。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话术：引入要戳中「每天看到很多事，真要写时一句想不起来」——这是学员最有共鸣的痛点。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话术：SBI 用同一件事两种说法对比（评价 vs 事实），让「无法反驳」直观可感。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话术：「一条路」这一行一定要讲——很多反馈之所以伤人，是因为只讲问题不给方向。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话术：AI 三步，重点讲第①步是「喂」不是「编」——编出来的故事，当面一问就穿帮。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3 的「不许念稿」必须严厉执行，这是本模块最有价值的教学点。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你刚才说的那段反馈，是「无法反驳」的事实，还是「可以争辩」的评价？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四类风险里，你最容易忽略哪一类？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我记不住那么多事实怎么办？：对，所以需要一个随手记的习惯，模块五会给方法（周更 5 分钟）。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负面反馈对方接受不了怎么办？：关键是 SBI——你讲事实他就无法反驳。再加一条路，对话就从「你做错了」变成「我们下次一起这么做」。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写的比我说的还漂亮，直接用不行吗？：不行。你一念稿，下属就知道不是你的话。校验的最后一步，永远是把它变成你自己会说的话。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怎么检查 AI 有没有偏见？：特别看形容词——对女性是否出现「情绪化」、对年长者是否出现「学习能力弱」。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学员又滑回评价（「你态度有问题」）：介入点——「你观察到他的哪个具体行为？」拉回 SBI。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学员抱怨记不住事实：回应「这正是我们要解决的，模块五给你随手记的方法」。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时间不够：压缩四风险的举例细节，练习 35 min 不可再减。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转场：日常反馈解决了。最难的一关还在后面——正式面谈。涉及评级、去留，对方容易情绪化。下午我们讲 GROW。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面谈：备好一场「不敢谈」的面谈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时长：75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说出绩效面谈难在「不敢谈 / 谈了没用 / 一谈就崩」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区分发展型对话与评价型对话，并知道怎么切换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GROW 四步设计一次面谈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AI 完成「事实时间线 + 三种反应预演 + GROW 提问清单」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完成一次面谈准备 + 角色扮演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引入：面谈三个困境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关键区分：发展型 vs 评价型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对照表页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经典框架：GROW 四步 + 完整例子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用法：面谈前 30 分钟四步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高难度四类场景应对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4：准备 + 角色扮演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 ×N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引入：面谈三困境——不敢谈（怕伤关系）、谈了没用（谈完照旧）、一谈就崩（对方情绪化）。根源同一个：没有事实、没有结构、没有准备。而这三件事恰好是 AI 擅长的，但红线是——AI 只准备，不出席。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关键区分：发展型对话（目的帮助成长、对方主导、关注未来、产出行动承诺）vs 评价型对话（目的评估表现、管理者主导、关注过去、产出评价结论）。混淆会出两种事故：拿教练方式做评价＝逃避管理责任；拿评价姿态做辅导＝引发防御。切换技巧：先聊未来，再谈评价。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GROW（John Whitmore,《Coaching for Performance》）：G 目标（这次谈完达成什么，最易被跳过但最关键）、R 现状（事实不是印象，用 SBI 素材）、O 选择（让对方先说，你别急着给方案）、W 意愿（具体动作 + 具体时间 + 怎么验证）。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四步：① 事实时间线 ② 反应预演（模拟对方情绪化/沉默/反驳三种反应并给话术）③ GROW 提问清单 ④ 红线：只准备，不出席。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四类高难度场景：情绪化→先接情绪再谈事实；全程沉默→给时间不逼问；反驳事实→回到具体事例；甩锅外部→先承认再拉回「能控的部分」。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话术：引入三个困境要说透，让学员对号入座。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话术：区分页是本模块的关键认知——两种对话混用是面谈失败的高频原因。切换话术务必示范一遍。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话术：GROW 每步配一句示例话术，让学员听到「长什么样」。强调 O 让对方先说、W 承诺要具体。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话术：AI 第②步反应预演最有价值，现场演示一次：让 AI 扮对方，你练接招。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4 的「最怕的一句话」一定要让学员填——很多人只准备自己想说的，不准备对方怎么回。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你「最怕的那一句话」，现在有应对了吗？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你的面谈是「有事实、有共识、有行动」的吗？哪一环最弱？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对方谈完还是老样子怎么办？：那是 GROW 的 W 没做实——承诺必须具体动作 + 具体时间 + 怎么验证，三个都有。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有些话我实在不敢说出口。：AI 能帮你把话说得不伤人，但说不说、怎么说，是你的判断。可以先用不伤人的 SBI 结构试一次。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预演的对方反应，真的准吗？：不准是常态。它的价值是「让你提前想过」，现场不慌，而不是预测准确。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能不能让 AI 直接跟我演一遍完整对话？：可以，但记住红线——AI 只陪你练，真实面谈它不出席。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角色扮演笑场放水：介入——「认真演，你演得越真，学到越多。放水的排练练不出真本事。」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场景 A（老员工消极）学员容易变说教：介入——提醒用 GROW 的 R，先问现状别急着下判断。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时间不够：压缩「高难度场景」到 5 min，练习 32 min 不可再减。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转场：面谈谈完不等于结束——价值在接下来的跟进里。谈完照旧等于没谈。最后一站：把 AI 用成习惯，别把自己用丢。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跟进与整合：把 AI 用成习惯，不把人带丢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时长：55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用经验学习圈（Kolb）把「复盘」做成「下次改」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用双因素理论（Herzberg）检查反馈是否碰到「激励因素」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AI 用成习惯的三个场景（周更 / 月盘 / 期备）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用三条自检确认「人没被 AI 带丢」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完成一份 30 天 AI 辅助绩效管理行动计划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引入：谈完≠结束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经典框架一：经验学习圈 Kolb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Kolb 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经典框架二：双因素理论 Herzberg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双因素页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习惯：周更 / 月盘 / 期备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三条自检：人别被带丢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PPT（红字）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5：30 天行动计划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 ×N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收尾：回顾 + 承诺 + 金句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墙 / 便签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引入：面谈结束、写进系统，绩效管理就结束了吗？没有。价值在谈完之后的时间里。而且有个更隐蔽的风险——越来越依赖 AI，最后连怎么跟人打交道都忘了。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经验学习圈（David Kolb, 1984）：具体经验 → 反思观察 → 抽象概念化 → 主动实验。精髓在第三、四步——把一次经验提炼成能复用的原则，再拿去做下一次实验。很多人只做到第二步就停了。AI 在第一步（整理事实）和第三步（找规律）好用。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双因素理论（Frederick Herzberg, 1959）：保健因素（薪酬/环境/政策/安全）缺了会不满、给够了也不会更努力；激励因素（成就/认可/成长/责任）才是真正驱动人的。用到绩效对话：只谈「你哪里没做好」= 只碰到保健因素。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用成习惯三节奏：周更（5 分钟/周，从本周记录里挑出值得反馈的事）、月盘（15 分钟/月，让 AI 汇总并检查「问题 vs 成绩」的偏差）、期备（30 分钟/期，生成事实时间线 + 待确认清单）。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三条自检：① 不看 AI 还能说出这个人的优点和问题吗？② 有没有因为 AI 写了草稿就不亲自去谈？③ 有没有用「AI 生成的」当借口逃避自己的判断？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话术：引入要立起「谈完照旧等于没谈」的痛感。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话术：Kolb 强调别停在「我懂了」，要提炼原则 + 做下次实验。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话术：Herzberg 接到绩效对话上——只谈问题等于只碰保健因素。给 AI 加一句提示：帮我想想他身上有什么成就值得认可。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话术：三条自检是全课的精神收口——不要赶，慢慢讲，让学员真的停下来想。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5 的承诺必须具体到「哪天」，含糊承诺不许贴墙。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今天你带走的东西里，哪一件回岗马上就会用？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30 天后，你希望自己的绩效管理有什么不一样？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公司不让用 AI 怎么办？：那用本子记、用微信记，机制是一样的。AI 只是让整理这一步快一点。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月盘那句「问题 vs 成绩」为什么重要？：因为人天然记得问题、忘记成绩。月盘就是校正这个偏差，避免你被最近的问题带偏印象。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三条自检多久做一次？：建议每季度一次。工具越强，越要提防自己变弱。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30 天计划真的有人执行吗？：配上伙伴互锁 + 具体到日期的承诺，执行率会大幅提升。写下来的承诺，兑现率是没写下来的两倍。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承诺太笼统（「我以后会注意」）：拉回——具体到动作、具体到哪天，改到能验证为止。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学员赶时间想跳过三条自检：坚持讲完——这是全课精神收口，不能省。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转场：AI 帮你备好每一句话，但绩效这件事，永远是你和你的团队面对面谈出来的。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模块三、四演练（各 35–40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 目标改写（真实目标）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四条红线、三条自检、收尾承诺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原则：模块三、四是全天重心（演练密集），练习时间绝不外借；四条红线与三条自检是合规与精神收口，必须保；概念页可口头带过。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开场：三项自测在心里答，不举手、不点名，降低压力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模块一：练习 1 用 handout 判定卡，个人标 → 4 人小组对齐分歧 → 讲师收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模块二：每人用手机/电脑现场跑一遍 SMART + OKR 改写 + 反向检验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模块三：三人组（管理者 / 下属 / 观察员），两轮换角，观察员照打勾表记录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模块三：强调「不许念稿」——用AI草稿但必须用自己的话说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模块四：三人组先备（15 min）再演（25 min），「最怕的一句话」必须填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模块五：两人一组互读 30 天计划，互锁伙伴交换联系方式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所有演练配计时器，到点喊停；留静默缓冲，尊重情绪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Q：「让 AI 写绩效，靠谱吗？」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A：关键不在「写」，在你把哪一部分交给它。AI 可以做草稿、素材、备选；评价结论、去留判断、当面表达，永远是人。四条红线守住，它就是好帮手。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Q：「把绩效数据喂给 AI，会不会泄密？」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A：会，所以要脱敏——姓名、薪资、健康信息先抽象化（用「A 同事」）。这条是模块一的红线①，一次都不能破。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写的反馈，说出来不像我自己。」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A：提醒学员：AI 给的是草稿不是台词。校验的最后一步，永远是把它改成你会说的话。听着不像你说的，就重写。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Q：「我记不住那么多事实，怎么办？」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A：这正是本课要解决的问题。用周更 5 分钟的习惯 + AI 帮你整理。不需要你记住全部，只需要你随手记一点。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Q：「用 AI 之后，我会不会越来越不会带人？」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A：这是真实的危险，所以模块五给了三条自检。工具越强，越要提防自己变弱。建议每季度做一次自检。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请学员写「回岗后第一件事 + 具体到哪天」，贴墙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两人一组互锁伙伴交换联系方式，约定互相提醒一次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+ 30 天 AI 辅助绩效管理计划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结课金句收尾：「AI 帮你备好每一句话，但绩效这件事，永远是你和你的团队面对面谈出来的。」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全程提醒四条红线：脱敏 · 不下结论 · 不直接念 · 签字是人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