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PRE-ASSESSMENT · 课前自评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绩效管理 AI 使用自评表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开课前 3-5 天填写 · 课后 30 天同表复测（五维度 · 15 题）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说明：本表帮你梳理自己在「AI 辅助绩效管理」五个维度上的现状——AI 边界意识、目标设定、反馈能力、面谈掌控、跟进与复盘。开课前 3-5 天填写，带着结果进课堂；课程结束 30 天后，用同一张表复测，对比变化。本表只用于自我觉察，不评分、不排名、不作任何评价依据。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填表日期____________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评分说明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请对每一句描述，按你的真实习惯打分：</w:t>
      </w:r>
    </w:p>
    <w:p>
      <w:pPr>
        <w:spacing w:after="12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1 = 完全不像我　2 = 比较不像　3 = 一般　4 = 比较像　5 = 非常像我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AI 边界意识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 AI 之前，我会先分清「这是准备」还是「这是替我下结论」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我清楚哪些信息绝不能交给 AI（真名 / 绩效分 / 薪酬 / 未公开人事）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我不会让 AI 替我出绩效评级或去留结论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AI 边界意识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目标设定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我订的目标能被别人一眼看清「做到没做到」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我写的目标里，有明确的数字或时点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6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我区分得清「动作」和「结果」——不会把开会当成果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目标设定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反馈能力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7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我给反馈时说的是具体行为，而不是评价这个人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8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我会在平时记下事实，而不是等到面谈才回忆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9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我给的反馈里，讲清了这件事带来了什么影响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反馈能力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面谈掌控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10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面谈开场我会先对齐「今天谈什么」，再谈事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我面谈时会给对方说话的空间，而不是单向通知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面谈结束前，我能拿到具体承诺（动作 + 时间 + 验证）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面谈掌控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跟进与复盘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重要面谈结束后，我会做一次复盘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我的复盘能得出「下次改哪一点」这样的具体结论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我会把面谈结论变成可验证的跟进动作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跟进与复盘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总分与解读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满分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我的得分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这一项偏低时，可以留意什么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AI 边界意识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容易踩红线——记住四条红线 + 先脱敏再问 AI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目标设定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容易写成虚目标——用 SMART 自查五问逐条过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反馈能力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容易没素材或评价人——随手记事实 + SBI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面谈掌控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容易谈崩或单向通知——用 GROW 七阶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跟进与复盘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容易谈完就散——用复盘四问 + 具体承诺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总分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75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本表不判优劣 —— 只帮你看清「我现在在哪」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我最想改变的一件事（填写）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现状（我现在的习惯）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目标（30 天后我希望变成）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请把本表带到课堂——你的五项得分，是模块一到模块六的输入，也是模块五「30 天计划」的起点。课程结束 30 天后，用同一张表复测。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课前自评表（课前 3-5 天发 / 课后 30 天复测同一份）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