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4 · 演练检查表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面谈七阶打勾表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模块四用 · 说话方自检 + 观察员打勾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使用说明：本件配合模块四实操演练使用。七阶不是七道题，是一场对话的七个节拍。说话方谈完后自评，观察员同步打勾，两边对照——差异最大的那一阶，就是你下次要练的。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说话方____________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观察员____________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面谈主题____________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逐步打勾（说话方 / 观察员各一列）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标准动作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说话方自评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观察员打勾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备注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开场对齐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说清今天谈什么、为什么谈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陈述事实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SBI：情境 / 行为 / 影响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倾听对方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不打断，听到情绪背后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一起看选项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让对方先说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⑤ 定下承诺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动作 + 时间 + 验证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⑥ 说清支持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我能提供什么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⑦ 确认收尾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复述一遍、道谢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三个必答项（漏了就说明这场面谈没谈完）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必答项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承诺是什么？（动作 + 时间 + 验证）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我承诺给对方什么支持？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下次什么时候一起看进展？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复盘四问（谈完后 10 分钟内填）</w:t>
      </w:r>
    </w:p>
    <w:p>
      <w:pPr>
        <w:spacing w:after="8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框架改编自 David Kolb 经验学习圈（1984）。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对应 Kolb 环节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发生了什么（只写事实）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具体经验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为什么是这样（我卡在哪一步）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反思观察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下次改哪一点（只改一点）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概念化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我怎么知道改好了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主动实验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DC643"/>
          <w:sz w:val="20"/>
        </w:rPr>
        <w:t>提示：第 3 问只改一点——改三点等于没改。不要写「我要更耐心」，要写「下次他开口前，我先停 3 秒」。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下次面谈前，我一定要改的那一点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改这一点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400" w:after="4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面谈七阶打勾表（配合《AI 辅助绩效管理 · 用 AI 把目标反馈面谈做扎实》模块四使用，独立分发件）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