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MODULE 4 · 面谈工具箱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面谈准备单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模块四用 · GROW 七阶 + AI 预演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使用说明：本件配合模块四「AI 帮你备面谈：从准备到预演」使用。重要面谈之前填完。GROW 来源：John Whitmore《Coaching for Performance》。准备单是给自己用的，不发给对方。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面谈对象（可用代号）____________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主题____________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计划时间____________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① GROW 四问（先自己想清楚）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关键提问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我的答案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G 目标 Goal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这次谈完，我希望达成什么（可观察）？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R 现实 Reality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哪些是事实？哪些只是我的判断？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O 选项 Options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对方可以有哪些选择？我愿意给什么支持？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W 意愿 Will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我打算拿到的承诺是什么（动作+时间+验证）？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r>
        <w:br w:type="page"/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② 面谈七阶（照着走不会崩）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阶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我要做的事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我想好的一句话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① 开场对齐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说清今天谈什么、为什么谈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② 陈述事实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SBI：情境 / 行为 / 影响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③ 倾听对方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不打断，听到情绪背后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④ 一起看选项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让对方先说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⑤ 定下承诺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动作 + 时间 + 验证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⑥ 说清支持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我能提供什么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⑦ 确认收尾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复述一遍、道谢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r>
        <w:br w:type="page"/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③ AI 预演（让它扮对方，练三种反应）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提示词模板：「请你扮演我的下属，性格偏防御。我会说一段面谈开场（附在后面），请给我三种可能的反应：① 直接否认 ② 沉默回避 ③ 情绪化。每种给我一句话，并说明背后的诉求。」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对方可能的反应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他背后的诉求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我准备怎么接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①（例）直接否认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②（例）沉默回避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③（例）情绪化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④ 最坏情况预案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如果……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我就……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对方当场情绪爆发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对方全程不表态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对方把话题转向别人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（我自己预判的）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⑤ 我的面谈开场（第一句，用自己的话）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我第一句准备怎么说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400" w:after="40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/>
          <w:i w:val="0"/>
          <w:color w:val="8DC643"/>
          <w:sz w:val="20"/>
        </w:rPr>
        <w:t>提醒：AI 给的是草稿不是台词——最后一定用自己的话重说一遍，并且你要说得出、担得起。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面谈准备单（配合《AI 辅助绩效管理 · 用 AI 把目标反馈面谈做扎实》模块四使用，独立分发件）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