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30-DAY PLAN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30 天「换一种说法」计划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带走件 · 课后填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说明：本课结束当天填完。沟通的改变不在课堂，在回岗后的每一次开口。30 天先完成「第一次」，把它变成习惯反射。三要素缺一不可：1 个动作 + 1 个衡量 + 1 个伙伴。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 1-30 天 · 针对最想改的一个对象 / 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我要换说法的对象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把「习惯说法」换成「新说法」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衡量方式（怎么算做到）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频率目标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对象 A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对象 B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对象 C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三场景演练后 · 我的最佳说法（写下你练得最顺的那句）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对方可能偏好</w:t>
            </w:r>
          </w:p>
        </w:tc>
        <w:tc>
          <w:tcPr>
            <w:tcW w:type="dxa" w:w="3289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我下次要说的那句话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向下 · 派活/反馈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向上 · 汇报/要资源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平级 · 跨部门协同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伙伴互锁（行为层保障）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伙伴姓名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联系方式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互查日期</w:t>
            </w:r>
          </w:p>
        </w:tc>
        <w:tc>
          <w:tcPr>
            <w:tcW w:type="dxa" w:w="2466"/>
            <w:shd w:val="clear" w:color="auto" w:fill="013147"/>
          </w:tcPr>
          <w:p>
            <w:pPr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互查方式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互锁伙伴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我的承诺：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接下来的 30 天，我会跟 ________ 把「________」换成「________」。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30 天后我希望能说：「我原来说不动的那个人，现在肯跟我说实话了。」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边界自查（防止回岗后用歪）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只用于调整自己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我拿它调整我怎么说——不是拿它评判别人是什么人。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不给人贴标签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一次行为 ≠ 一个类型，一个类型 ≠ 一个人。观察留「不确定」。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绝不用于人事决策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招聘、晋升、淘汰——这是官方红线，一次都不能碰。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30天换一种说法计划（落地固化用）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