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PLAN · 行动计划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天换一种说法计划表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模块六用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使用说明：本件配合模块六「边界与行动」环节使用。课程结束当天填完，四周各写一个动作，结对互锁并约定回查日期。30 天后，用《课前自评表》复测，对比变化。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见证伙伴____________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回查日期____________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我的承诺（一句话）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我回团队后，要把这句话换一种说法：「____________________________________________________________」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按承诺三要求自检：具体（做什么）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可听（对方能接住）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可查（怎么验证）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四周行动（一周一件，做完打勾）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每周行动参考：SBI 改写一句 / 观察表填一行 / 补团队缺的一端 / 与伙伴互查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天复测记录（课程结束 30 天后填）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课前得分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天后得分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变化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能量方向 E / I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信息获取 S / N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决策依据 T / F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生活节奏 J / 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提示：本表不判优劣，复测是看「我更会换说法了吗」，不是看「我变了没有」。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天后我最希望听到的一句话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「____________________________________________________________」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天换一种说法计划表（落地固化用）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