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OBSERVE TOOLKIT · 观察工具箱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四维沟通观察表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模块二、三用 · 打印即用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使用说明：本件配合模块二「读懂别人：从行为读偏好」与模块三「四维沟通观察表」使用。含四维行为线索表、四栏观察表、观察三原则、判读示例。请边听课边填。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四维行为线索表（只看行为，不下结论）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观察什么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更可能这样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更可能那样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E / I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他什么时候开口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会上边说边想、当场表态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会后补充、想好再说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/ N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他要的是什么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要细节、要例子、要步骤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要方向、要可能、要蓝图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T / F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他先关注什么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先讲逻辑对错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先讲关系感受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J / P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他怎么推进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要计划、要节点、要闭合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要弹性、要留口、边做边调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四维沟通观察表（给一位真实同事填）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同事代号____________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关系____________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填表日期____________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我观察到的行为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我的初步判读（假设）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待验证的问题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E / I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/ N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T / F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J / P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观察表是给我自己用的，不是评估同事的材料，更不作为任何评价依据。</w:t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观察三原则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原则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什么意思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反面（要避免的）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只记行为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记录看得见、听得到的动作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「他态度有问题」——这是评价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关注重复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看的是一再出现的模式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只凭一次表现就下判断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写成假设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判读永远配一个验证问题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把猜测当作结论去执行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判读示例（照着改）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行为（示例）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判读（假设）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验证问题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/ N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被追问细节时会沉默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可能偏 N，需要先给大图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「你想先看结论还是先看过程？」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T / F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先说事，不问人是否为难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可能偏 T，需要先讲关系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「这件事你更在意结果还是方式？」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J / P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总问「有没有更灵活的做法」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可能偏 P，需要留口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「你想要我定节点，还是给你空间？」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我的现场记录（小组互读后用）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我最不确定的一条判读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我打算怎么验证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验证结果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四维沟通观察表（配合《MBTI 团队沟通工作坊》模块二、三使用，独立分发件）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