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1000" w:before="0"/>
      </w:pPr>
      <w:r>
        <w:rPr>
          <w:sz w:val="12"/>
        </w:rPr>
      </w:r>
    </w:p>
    <w:p>
      <w:pPr>
        <w:spacing w:after="120" w:before="0" w:line="896" w:lineRule="exact"/>
        <w:jc w:val="center"/>
      </w:pPr>
      <w:r>
        <w:rPr>
          <w:rFonts w:ascii="SimHei" w:hAnsi="SimHei" w:eastAsia="SimHei"/>
          <w:b/>
          <w:i w:val="0"/>
          <w:color w:val="013147"/>
          <w:sz w:val="56"/>
        </w:rPr>
        <w:t>MBTI 团队沟通工作坊</w:t>
        <w:br/>
        <w:t>MBTI Team Communication Workshop</w:t>
      </w:r>
    </w:p>
    <w:p>
      <w:pPr>
        <w:spacing w:after="120" w:before="280" w:line="448" w:lineRule="exact"/>
        <w:jc w:val="center"/>
      </w:pPr>
      <w:r>
        <w:rPr>
          <w:rFonts w:ascii="SimHei" w:hAnsi="SimHei" w:eastAsia="SimHei"/>
          <w:b/>
          <w:i w:val="0"/>
          <w:color w:val="013147"/>
          <w:sz w:val="28"/>
        </w:rPr>
        <w:t>学员信息</w:t>
      </w:r>
    </w:p>
    <w:p>
      <w:pPr>
        <w:spacing w:after="80"/>
        <w:jc w:val="center"/>
      </w:pPr>
      <w:r>
        <w:rPr>
          <w:rFonts w:ascii="Microsoft YaHei" w:hAnsi="Microsoft YaHei" w:eastAsia="Microsoft YaHei"/>
          <w:color w:val="333333"/>
          <w:sz w:val="22"/>
        </w:rPr>
        <w:t>学员姓名：</w:t>
      </w:r>
      <w:r>
        <w:rPr>
          <w:rFonts w:ascii="Microsoft YaHei" w:hAnsi="Microsoft YaHei" w:eastAsia="Microsoft YaHei"/>
          <w:color w:val="CCCCCC"/>
          <w:sz w:val="22"/>
        </w:rPr>
        <w:t>____________________</w:t>
      </w:r>
    </w:p>
    <w:p>
      <w:pPr>
        <w:spacing w:after="80"/>
        <w:jc w:val="center"/>
      </w:pPr>
      <w:r>
        <w:rPr>
          <w:rFonts w:ascii="Microsoft YaHei" w:hAnsi="Microsoft YaHei" w:eastAsia="Microsoft YaHei"/>
          <w:color w:val="333333"/>
          <w:sz w:val="22"/>
        </w:rPr>
        <w:t>日    期：</w:t>
      </w:r>
      <w:r>
        <w:rPr>
          <w:rFonts w:ascii="Microsoft YaHei" w:hAnsi="Microsoft YaHei" w:eastAsia="Microsoft YaHei"/>
          <w:color w:val="CCCCCC"/>
          <w:sz w:val="22"/>
        </w:rPr>
        <w:t>____________________</w:t>
      </w:r>
    </w:p>
    <w:p>
      <w:pPr>
        <w:spacing w:after="80"/>
        <w:jc w:val="center"/>
      </w:pPr>
      <w:r>
        <w:rPr>
          <w:rFonts w:ascii="Microsoft YaHei" w:hAnsi="Microsoft YaHei" w:eastAsia="Microsoft YaHei"/>
          <w:color w:val="333333"/>
          <w:sz w:val="22"/>
        </w:rPr>
        <w:t>讲    师：</w:t>
      </w:r>
      <w:r>
        <w:rPr>
          <w:rFonts w:ascii="Microsoft YaHei" w:hAnsi="Microsoft YaHei" w:eastAsia="Microsoft YaHei"/>
          <w:color w:val="CCCCCC"/>
          <w:sz w:val="22"/>
        </w:rPr>
        <w:t>____________________</w:t>
      </w:r>
    </w:p>
    <w:p>
      <w:pPr>
        <w:spacing w:after="80"/>
        <w:jc w:val="center"/>
      </w:pPr>
      <w:r>
        <w:rPr>
          <w:rFonts w:ascii="Microsoft YaHei" w:hAnsi="Microsoft YaHei" w:eastAsia="Microsoft YaHei"/>
          <w:color w:val="333333"/>
          <w:sz w:val="22"/>
        </w:rPr>
        <w:t>地    点：</w:t>
      </w:r>
      <w:r>
        <w:rPr>
          <w:rFonts w:ascii="Microsoft YaHei" w:hAnsi="Microsoft YaHei" w:eastAsia="Microsoft YaHei"/>
          <w:color w:val="CCCCCC"/>
          <w:sz w:val="22"/>
        </w:rPr>
        <w:t>____________________</w:t>
      </w:r>
    </w:p>
    <w:p>
      <w:pPr>
        <w:spacing w:after="280" w:before="0"/>
      </w:pPr>
      <w:r>
        <w:rPr>
          <w:sz w:val="12"/>
        </w:rPr>
      </w:r>
    </w:p>
    <w:p>
      <w:pPr>
        <w:spacing w:after="120" w:before="0" w:line="416" w:lineRule="exact"/>
        <w:jc w:val="center"/>
      </w:pPr>
      <w:r>
        <w:rPr>
          <w:rFonts w:ascii="Microsoft YaHei" w:hAnsi="Microsoft YaHei" w:eastAsia="Microsoft YaHei"/>
          <w:b/>
          <w:i w:val="0"/>
          <w:color w:val="013147"/>
          <w:sz w:val="26"/>
        </w:rPr>
        <w:t>通过这门课程，我最想带走的是：</w:t>
      </w:r>
    </w:p>
    <w:p>
      <w:pPr>
        <w:spacing w:after="80" w:line="240" w:lineRule="exact"/>
      </w:pPr>
      <w:r>
        <w:rPr>
          <w:rFonts w:ascii="Microsoft YaHei" w:hAnsi="Microsoft YaHei" w:eastAsia="Microsoft YaHei"/>
          <w:color w:val="CCCCCC"/>
          <w:sz w:val="22"/>
        </w:rPr>
        <w:t>_____________________________________________________________________________________</w:t>
      </w:r>
    </w:p>
    <w:p>
      <w:pPr>
        <w:spacing w:after="80" w:line="240" w:lineRule="exact"/>
      </w:pPr>
      <w:r>
        <w:rPr>
          <w:rFonts w:ascii="Microsoft YaHei" w:hAnsi="Microsoft YaHei" w:eastAsia="Microsoft YaHei"/>
          <w:color w:val="CCCCCC"/>
          <w:sz w:val="22"/>
        </w:rPr>
        <w:t>_____________________________________________________________________________________</w:t>
      </w:r>
    </w:p>
    <w:p>
      <w:pPr>
        <w:spacing w:after="80" w:line="240" w:lineRule="exact"/>
      </w:pPr>
      <w:r>
        <w:rPr>
          <w:rFonts w:ascii="Microsoft YaHei" w:hAnsi="Microsoft YaHei" w:eastAsia="Microsoft YaHei"/>
          <w:color w:val="CCCCCC"/>
          <w:sz w:val="22"/>
        </w:rPr>
        <w:t>_____________________________________________________________________________________</w:t>
      </w:r>
    </w:p>
    <w:p>
      <w:pPr>
        <w:spacing w:after="80" w:line="240" w:lineRule="exact"/>
      </w:pPr>
      <w:r>
        <w:rPr>
          <w:rFonts w:ascii="Microsoft YaHei" w:hAnsi="Microsoft YaHei" w:eastAsia="Microsoft YaHei"/>
          <w:color w:val="CCCCCC"/>
          <w:sz w:val="22"/>
        </w:rPr>
        <w:t>_____________________________________________________________________________________</w:t>
      </w:r>
    </w:p>
    <w:p>
      <w:pPr>
        <w:spacing w:after="80" w:line="240" w:lineRule="exact"/>
      </w:pPr>
      <w:r>
        <w:rPr>
          <w:rFonts w:ascii="Microsoft YaHei" w:hAnsi="Microsoft YaHei" w:eastAsia="Microsoft YaHei"/>
          <w:color w:val="CCCCCC"/>
          <w:sz w:val="22"/>
        </w:rPr>
        <w:t>_____________________________________________________________________________________</w:t>
      </w:r>
    </w:p>
    <w:p>
      <w:r>
        <w:br w:type="page"/>
      </w:r>
    </w:p>
    <w:p>
      <w:pPr>
        <w:spacing w:after="160" w:before="280" w:line="640" w:lineRule="exact"/>
      </w:pPr>
      <w:r>
        <w:rPr>
          <w:rFonts w:ascii="SimHei" w:hAnsi="SimHei" w:eastAsia="SimHei"/>
          <w:b/>
          <w:i w:val="0"/>
          <w:color w:val="013147"/>
          <w:sz w:val="40"/>
        </w:rPr>
        <w:t>引言：课程介绍</w:t>
      </w:r>
    </w:p>
    <w:p>
      <w:pPr>
        <w:keepNext/>
        <w:spacing w:after="60" w:before="120" w:line="352" w:lineRule="exact"/>
      </w:pPr>
      <w:r>
        <w:rPr>
          <w:rFonts w:ascii="Microsoft YaHei" w:hAnsi="Microsoft YaHei" w:eastAsia="Microsoft YaHei"/>
          <w:b/>
          <w:i w:val="0"/>
          <w:color w:val="013147"/>
          <w:sz w:val="22"/>
        </w:rPr>
        <w:t>【课程痛点】</w:t>
      </w:r>
    </w:p>
    <w:p>
      <w:pPr>
        <w:spacing w:after="60"/>
        <w:ind w:left="283"/>
      </w:pPr>
      <w:r>
        <w:rPr>
          <w:rFonts w:ascii="Microsoft YaHei" w:hAnsi="Microsoft YaHei" w:eastAsia="Microsoft YaHei"/>
          <w:b w:val="0"/>
          <w:color w:val="333333"/>
          <w:sz w:val="22"/>
        </w:rPr>
        <w:t>• 同一句「大家自己看着办」，有人当成授权、有人当成失职——你两头受气，还找不到问题在哪。</w:t>
      </w:r>
    </w:p>
    <w:p>
      <w:pPr>
        <w:spacing w:after="60"/>
        <w:ind w:left="283"/>
      </w:pPr>
      <w:r>
        <w:rPr>
          <w:rFonts w:ascii="Microsoft YaHei" w:hAnsi="Microsoft YaHei" w:eastAsia="Microsoft YaHei"/>
          <w:b w:val="0"/>
          <w:color w:val="333333"/>
          <w:sz w:val="22"/>
        </w:rPr>
        <w:t>• 报告测出来了，看了两页就放下——「我是 INFJ」，然后……就没有然后了。</w:t>
      </w:r>
    </w:p>
    <w:p>
      <w:pPr>
        <w:spacing w:after="60"/>
        <w:ind w:left="283"/>
      </w:pPr>
      <w:r>
        <w:rPr>
          <w:rFonts w:ascii="Microsoft YaHei" w:hAnsi="Microsoft YaHei" w:eastAsia="Microsoft YaHei"/>
          <w:b w:val="0"/>
          <w:color w:val="333333"/>
          <w:sz w:val="22"/>
        </w:rPr>
        <w:t>• 你觉得自己讲得很清楚，对方却说你「太冷」「太含糊」「管太细」，说的像是两个人。</w:t>
      </w:r>
    </w:p>
    <w:p>
      <w:pPr>
        <w:spacing w:after="60"/>
        <w:ind w:left="283"/>
      </w:pPr>
      <w:r>
        <w:rPr>
          <w:rFonts w:ascii="Microsoft YaHei" w:hAnsi="Microsoft YaHei" w:eastAsia="Microsoft YaHei"/>
          <w:b w:val="0"/>
          <w:color w:val="333333"/>
          <w:sz w:val="22"/>
        </w:rPr>
        <w:t>• 会议节奏总是错位：有人没想清楚就被逼发言，有人边想边说被打断——最后谁也不满意。</w:t>
      </w:r>
    </w:p>
    <w:p>
      <w:pPr>
        <w:spacing w:after="80" w:before="0"/>
      </w:pPr>
      <w:r>
        <w:rPr>
          <w:sz w:val="12"/>
        </w:rPr>
      </w:r>
    </w:p>
    <w:tbl>
      <w:tblPr>
        <w:tblW w:type="auto" w:w="0"/>
        <w:jc w:val="center"/>
        <w:tblLook w:firstColumn="1" w:firstRow="1" w:lastColumn="0" w:lastRow="0" w:noHBand="0" w:noVBand="1" w:val="04A0"/>
        <w:cantSplit/>
      </w:tblPr>
      <w:tblGrid>
        <w:gridCol w:w="9072"/>
      </w:tblGrid>
      <w:tr>
        <w:tc>
          <w:tcPr>
            <w:tcW w:type="dxa" w:w="9072"/>
            <w:shd w:val="clear" w:color="auto" w:fill="E8F1F0"/>
            <w:tcBorders>
              <w:top w:val="single" w:sz="4" w:space="0" w:color="8DC643"/>
              <w:left w:val="single" w:sz="4" w:space="0" w:color="8DC643"/>
              <w:bottom w:val="single" w:sz="4" w:space="0" w:color="8DC643"/>
              <w:right w:val="single" w:sz="4" w:space="0" w:color="8DC643"/>
            </w:tcBorders>
          </w:tcPr>
          <w:p>
            <w:pPr>
              <w:spacing w:after="120" w:before="120" w:line="340" w:lineRule="exact"/>
              <w:jc w:val="center"/>
            </w:pPr>
            <w:r>
              <w:rPr>
                <w:rFonts w:ascii="Microsoft YaHei" w:hAnsi="Microsoft YaHei" w:eastAsia="Microsoft YaHei"/>
                <w:i/>
                <w:color w:val="8DC643"/>
                <w:sz w:val="22"/>
              </w:rPr>
              <w:t>这不是一堂「把你归类成 16 型之一」的性格分析课，这是一堂把 MBTI 报告当说明书用的沟通课。落点只有一个——我下一句话该怎么换。</w:t>
            </w:r>
          </w:p>
        </w:tc>
      </w:tr>
    </w:tbl>
    <w:p>
      <w:pPr>
        <w:spacing w:after="80" w:before="0"/>
      </w:pPr>
      <w:r>
        <w:rPr>
          <w:sz w:val="12"/>
        </w:rPr>
      </w:r>
    </w:p>
    <w:p>
      <w:pPr>
        <w:keepNext/>
        <w:spacing w:after="60" w:before="120" w:line="352" w:lineRule="exact"/>
      </w:pPr>
      <w:r>
        <w:rPr>
          <w:rFonts w:ascii="Microsoft YaHei" w:hAnsi="Microsoft YaHei" w:eastAsia="Microsoft YaHei"/>
          <w:b/>
          <w:i w:val="0"/>
          <w:color w:val="013147"/>
          <w:sz w:val="22"/>
        </w:rPr>
        <w:t>【课程概览】</w:t>
      </w:r>
    </w:p>
    <w:tbl>
      <w:tblPr>
        <w:tblW w:type="auto" w:w="0"/>
        <w:jc w:val="center"/>
        <w:tblLook w:firstColumn="1" w:firstRow="1" w:lastColumn="0" w:lastRow="0" w:noHBand="0" w:noVBand="1" w:val="04A0"/>
        <w:cantSplit/>
      </w:tblPr>
      <w:tblGrid>
        <w:gridCol w:w="3024"/>
        <w:gridCol w:w="3024"/>
        <w:gridCol w:w="3024"/>
      </w:tblGrid>
      <w:tr>
        <w:tc>
          <w:tcPr>
            <w:tcW w:type="dxa" w:w="3024"/>
            <w:shd w:val="clear" w:color="auto" w:fill="013147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  <w:jc w:val="center"/>
            </w:pPr>
            <w:r>
              <w:rPr>
                <w:rFonts w:ascii="Microsoft YaHei" w:hAnsi="Microsoft YaHei" w:eastAsia="Microsoft YaHei"/>
                <w:b/>
                <w:color w:val="FFFFFF"/>
                <w:sz w:val="20"/>
              </w:rPr>
              <w:t>模块</w:t>
            </w:r>
          </w:p>
        </w:tc>
        <w:tc>
          <w:tcPr>
            <w:tcW w:type="dxa" w:w="3024"/>
            <w:shd w:val="clear" w:color="auto" w:fill="013147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  <w:jc w:val="center"/>
            </w:pPr>
            <w:r>
              <w:rPr>
                <w:rFonts w:ascii="Microsoft YaHei" w:hAnsi="Microsoft YaHei" w:eastAsia="Microsoft YaHei"/>
                <w:b/>
                <w:color w:val="FFFFFF"/>
                <w:sz w:val="20"/>
              </w:rPr>
              <w:t>主题</w:t>
            </w:r>
          </w:p>
        </w:tc>
        <w:tc>
          <w:tcPr>
            <w:tcW w:type="dxa" w:w="3024"/>
            <w:shd w:val="clear" w:color="auto" w:fill="013147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  <w:jc w:val="center"/>
            </w:pPr>
            <w:r>
              <w:rPr>
                <w:rFonts w:ascii="Microsoft YaHei" w:hAnsi="Microsoft YaHei" w:eastAsia="Microsoft YaHei"/>
                <w:b/>
                <w:color w:val="FFFFFF"/>
                <w:sz w:val="20"/>
              </w:rPr>
              <w:t>内容概要</w:t>
            </w:r>
          </w:p>
        </w:tc>
      </w:tr>
      <w:tr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零</w:t>
            </w:r>
          </w:p>
        </w:tc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开场：为什么同一句话有人听懂有人炸</w:t>
            </w:r>
          </w:p>
        </w:tc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暖场案例、破三个误解、伦理边界先讲清</w:t>
            </w:r>
          </w:p>
        </w:tc>
      </w:tr>
      <w:tr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一</w:t>
            </w:r>
          </w:p>
        </w:tc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读懂自己：四把尺子与沟通偏好</w:t>
            </w:r>
          </w:p>
        </w:tc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四维度偏好、16 型与四种气质族、优势-盲区双面卡</w:t>
            </w:r>
          </w:p>
        </w:tc>
      </w:tr>
      <w:tr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二</w:t>
            </w:r>
          </w:p>
        </w:tc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读懂别人：从行为读偏好</w:t>
            </w:r>
          </w:p>
        </w:tc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四维行为线索表、四类偏好冲突、现场互读</w:t>
            </w:r>
          </w:p>
        </w:tc>
      </w:tr>
      <w:tr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三</w:t>
            </w:r>
          </w:p>
        </w:tc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工具：四维沟通观察表</w:t>
            </w:r>
          </w:p>
        </w:tc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四栏结构、观察三原则、现场互读练习 ⭐</w:t>
            </w:r>
          </w:p>
        </w:tc>
      </w:tr>
      <w:tr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四</w:t>
            </w:r>
          </w:p>
        </w:tc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换一种说法：三场景演练</w:t>
            </w:r>
          </w:p>
        </w:tc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SBI 反馈模型 + 倾听四层、向下/向上/平级三轮换说 ⭐⭐</w:t>
            </w:r>
          </w:p>
        </w:tc>
      </w:tr>
      <w:tr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五</w:t>
            </w:r>
          </w:p>
        </w:tc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固化：团队沟通地图 + 话术卡</w:t>
            </w:r>
          </w:p>
        </w:tc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四条偏好轴、分布看结构缺口、随身话术卡</w:t>
            </w:r>
          </w:p>
        </w:tc>
      </w:tr>
      <w:tr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六</w:t>
            </w:r>
          </w:p>
        </w:tc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边界与行动：带着地图回岗</w:t>
            </w:r>
          </w:p>
        </w:tc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伦理守则三条、承诺一句、30 天换一种说法计划</w:t>
            </w:r>
          </w:p>
        </w:tc>
      </w:tr>
    </w:tbl>
    <w:p>
      <w:pPr>
        <w:spacing w:after="120" w:before="0"/>
      </w:pPr>
      <w:r>
        <w:rPr>
          <w:sz w:val="12"/>
        </w:rPr>
      </w:r>
    </w:p>
    <w:p>
      <w:pPr>
        <w:keepNext/>
        <w:spacing w:after="60" w:before="120" w:line="352" w:lineRule="exact"/>
      </w:pPr>
      <w:r>
        <w:rPr>
          <w:rFonts w:ascii="Microsoft YaHei" w:hAnsi="Microsoft YaHei" w:eastAsia="Microsoft YaHei"/>
          <w:b/>
          <w:i w:val="0"/>
          <w:color w:val="013147"/>
          <w:sz w:val="22"/>
        </w:rPr>
        <w:t>【学习公约】</w:t>
      </w:r>
    </w:p>
    <w:p>
      <w:pPr>
        <w:spacing w:after="80"/>
        <w:ind w:left="283"/>
      </w:pPr>
      <w:r>
        <w:rPr>
          <w:rFonts w:ascii="Microsoft YaHei" w:hAnsi="Microsoft YaHei" w:eastAsia="Microsoft YaHei"/>
          <w:color w:val="333333"/>
          <w:sz w:val="22"/>
        </w:rPr>
        <w:t>☐  带一份真实的报告来——今天不测、不发新报告，直接解读你手里那一份。</w:t>
      </w:r>
    </w:p>
    <w:p>
      <w:pPr>
        <w:spacing w:after="80"/>
        <w:ind w:left="283"/>
      </w:pPr>
      <w:r>
        <w:rPr>
          <w:rFonts w:ascii="Microsoft YaHei" w:hAnsi="Microsoft YaHei" w:eastAsia="Microsoft YaHei"/>
          <w:color w:val="333333"/>
          <w:sz w:val="22"/>
        </w:rPr>
        <w:t>☐  带一个真实的沟通难题来——今天所有练习都围绕它，练完就能用回工作。</w:t>
      </w:r>
    </w:p>
    <w:p>
      <w:pPr>
        <w:spacing w:after="80"/>
        <w:ind w:left="283"/>
      </w:pPr>
      <w:r>
        <w:rPr>
          <w:rFonts w:ascii="Microsoft YaHei" w:hAnsi="Microsoft YaHei" w:eastAsia="Microsoft YaHei"/>
          <w:color w:val="333333"/>
          <w:sz w:val="22"/>
        </w:rPr>
        <w:t>☐  只谈真的——讲真实的同事、真实的场面，不讲虚构案例。</w:t>
      </w:r>
    </w:p>
    <w:p>
      <w:pPr>
        <w:spacing w:after="80"/>
        <w:ind w:left="283"/>
      </w:pPr>
      <w:r>
        <w:rPr>
          <w:rFonts w:ascii="Microsoft YaHei" w:hAnsi="Microsoft YaHei" w:eastAsia="Microsoft YaHei"/>
          <w:color w:val="333333"/>
          <w:sz w:val="22"/>
        </w:rPr>
        <w:t>☐  带走一个行动——结课每人带走「一张团队沟通地图 + 一张话术卡 + 一句回团队要换的说法」。</w:t>
      </w:r>
    </w:p>
    <w:p>
      <w:pPr>
        <w:spacing w:before="120" w:after="80"/>
        <w:keepLines/>
      </w:pPr>
      <w:r>
        <w:rPr>
          <w:rFonts w:ascii="Microsoft YaHei" w:hAnsi="Microsoft YaHei" w:eastAsia="Microsoft YaHei"/>
          <w:b/>
          <w:color w:val="888888"/>
          <w:sz w:val="20"/>
        </w:rPr>
        <w:t>我的笔记：</w:t>
      </w:r>
      <w:r>
        <w:br/>
      </w:r>
      <w:r>
        <w:rPr>
          <w:rFonts w:ascii="Microsoft YaHei" w:hAnsi="Microsoft YaHei" w:eastAsia="Microsoft YaHei"/>
          <w:color w:val="CCCCCC"/>
          <w:sz w:val="22"/>
        </w:rPr>
        <w:t>_____________________________________________________________________________________</w:t>
      </w:r>
      <w:r>
        <w:br/>
      </w:r>
      <w:r>
        <w:rPr>
          <w:rFonts w:ascii="Microsoft YaHei" w:hAnsi="Microsoft YaHei" w:eastAsia="Microsoft YaHei"/>
          <w:color w:val="CCCCCC"/>
          <w:sz w:val="22"/>
        </w:rPr>
        <w:t>_____________________________________________________________________________________</w:t>
      </w:r>
      <w:r>
        <w:br/>
      </w:r>
      <w:r>
        <w:rPr>
          <w:rFonts w:ascii="Microsoft YaHei" w:hAnsi="Microsoft YaHei" w:eastAsia="Microsoft YaHei"/>
          <w:color w:val="CCCCCC"/>
          <w:sz w:val="22"/>
        </w:rPr>
        <w:t>_____________________________________________________________________________________</w:t>
      </w:r>
      <w:r>
        <w:br/>
      </w:r>
      <w:r>
        <w:rPr>
          <w:rFonts w:ascii="Microsoft YaHei" w:hAnsi="Microsoft YaHei" w:eastAsia="Microsoft YaHei"/>
          <w:color w:val="CCCCCC"/>
          <w:sz w:val="22"/>
        </w:rPr>
        <w:t>_____________________________________________________________________________________</w:t>
      </w:r>
    </w:p>
    <w:p>
      <w:r>
        <w:br w:type="page"/>
      </w:r>
    </w:p>
    <w:p>
      <w:pPr>
        <w:spacing w:after="40" w:before="200" w:line="448" w:lineRule="exact"/>
      </w:pPr>
      <w:r>
        <w:rPr>
          <w:rFonts w:ascii="SimHei" w:hAnsi="SimHei" w:eastAsia="SimHei"/>
          <w:b/>
          <w:i w:val="0"/>
          <w:color w:val="8DC643"/>
          <w:sz w:val="28"/>
        </w:rPr>
        <w:t>模块一</w:t>
      </w:r>
    </w:p>
    <w:p>
      <w:pPr>
        <w:keepNext/>
        <w:spacing w:after="120" w:before="0" w:line="576" w:lineRule="exact"/>
      </w:pPr>
      <w:r>
        <w:rPr>
          <w:rFonts w:ascii="SimHei" w:hAnsi="SimHei" w:eastAsia="SimHei"/>
          <w:b/>
          <w:i w:val="0"/>
          <w:color w:val="013147"/>
          <w:sz w:val="36"/>
        </w:rPr>
        <w:t>读懂自己：四把尺子与沟通偏好</w:t>
      </w:r>
    </w:p>
    <w:p>
      <w:pPr>
        <w:spacing w:after="120" w:before="0" w:line="352" w:lineRule="exact"/>
      </w:pPr>
      <w:r>
        <w:rPr>
          <w:rFonts w:ascii="Microsoft YaHei" w:hAnsi="Microsoft YaHei" w:eastAsia="Microsoft YaHei"/>
          <w:b w:val="0"/>
          <w:i/>
          <w:color w:val="888888"/>
          <w:sz w:val="22"/>
        </w:rPr>
        <w:t>报告是说明书，不是判决书——先看清自己习惯怎么说话</w:t>
      </w:r>
    </w:p>
    <w:p>
      <w:pPr>
        <w:spacing w:after="80" w:before="0" w:line="384" w:lineRule="exact"/>
      </w:pPr>
      <w:r>
        <w:rPr>
          <w:rFonts w:ascii="Microsoft YaHei" w:hAnsi="Microsoft YaHei" w:eastAsia="Microsoft YaHei"/>
          <w:b/>
          <w:i w:val="0"/>
          <w:color w:val="013147"/>
          <w:sz w:val="24"/>
        </w:rPr>
        <w:t>【模块学习目标】</w:t>
      </w:r>
    </w:p>
    <w:p>
      <w:pPr>
        <w:spacing w:after="60"/>
        <w:ind w:left="283"/>
      </w:pPr>
      <w:r>
        <w:rPr>
          <w:rFonts w:ascii="Microsoft YaHei" w:hAnsi="Microsoft YaHei" w:eastAsia="Microsoft YaHei"/>
          <w:b w:val="0"/>
          <w:color w:val="333333"/>
          <w:sz w:val="22"/>
        </w:rPr>
        <w:t>• 说出 MBTI 四个维度的含义，理解「偏好」不是「能力」</w:t>
      </w:r>
    </w:p>
    <w:p>
      <w:pPr>
        <w:spacing w:after="60"/>
        <w:ind w:left="283"/>
      </w:pPr>
      <w:r>
        <w:rPr>
          <w:rFonts w:ascii="Microsoft YaHei" w:hAnsi="Microsoft YaHei" w:eastAsia="Microsoft YaHei"/>
          <w:b w:val="0"/>
          <w:color w:val="333333"/>
          <w:sz w:val="22"/>
        </w:rPr>
        <w:t>• 定位自己的沟通默认动作，看清它的优势面与盲区面</w:t>
      </w:r>
    </w:p>
    <w:p>
      <w:pPr>
        <w:spacing w:after="160" w:before="80" w:line="380" w:lineRule="exact"/>
        <w:jc w:val="center"/>
      </w:pPr>
      <w:r>
        <w:rPr>
          <w:rFonts w:ascii="Microsoft YaHei" w:hAnsi="Microsoft YaHei" w:eastAsia="Microsoft YaHei"/>
          <w:sz w:val="24"/>
        </w:rPr>
        <w:t xml:space="preserve">从 </w:t>
      </w:r>
      <w:r>
        <w:rPr>
          <w:rFonts w:ascii="Microsoft YaHei" w:hAnsi="Microsoft YaHei" w:eastAsia="Microsoft YaHei"/>
          <w:b/>
          <w:color w:val="888888"/>
          <w:sz w:val="24"/>
        </w:rPr>
        <w:t>「只记住「我是 XX 型」」</w:t>
      </w:r>
      <w:r>
        <w:rPr>
          <w:rFonts w:ascii="Microsoft YaHei" w:hAnsi="Microsoft YaHei" w:eastAsia="Microsoft YaHei"/>
          <w:sz w:val="24"/>
        </w:rPr>
        <w:t xml:space="preserve"> 到 </w:t>
      </w:r>
      <w:r>
        <w:rPr>
          <w:rFonts w:ascii="Microsoft YaHei" w:hAnsi="Microsoft YaHei" w:eastAsia="Microsoft YaHei"/>
          <w:b/>
          <w:color w:val="8DC643"/>
          <w:sz w:val="24"/>
        </w:rPr>
        <w:t>「读懂「我习惯怎么说话」」</w:t>
      </w:r>
    </w:p>
    <w:p>
      <w:pPr>
        <w:spacing w:after="800" w:before="0"/>
      </w:pPr>
      <w:r>
        <w:rPr>
          <w:sz w:val="12"/>
        </w:rPr>
      </w:r>
    </w:p>
    <w:p>
      <w:pPr>
        <w:spacing w:after="80" w:before="80" w:line="384" w:lineRule="exact"/>
      </w:pPr>
      <w:r>
        <w:rPr>
          <w:rFonts w:ascii="Microsoft YaHei" w:hAnsi="Microsoft YaHei" w:eastAsia="Microsoft YaHei"/>
          <w:b/>
          <w:i w:val="0"/>
          <w:color w:val="013147"/>
          <w:sz w:val="24"/>
        </w:rPr>
        <w:t>【我的课前思考】</w:t>
      </w:r>
    </w:p>
    <w:p>
      <w:pPr>
        <w:spacing w:after="60"/>
        <w:ind w:left="170"/>
      </w:pPr>
      <w:r>
        <w:rPr>
          <w:rFonts w:ascii="Microsoft YaHei" w:hAnsi="Microsoft YaHei" w:eastAsia="Microsoft YaHei"/>
          <w:b w:val="0"/>
          <w:color w:val="333333"/>
          <w:sz w:val="22"/>
        </w:rPr>
        <w:t>• 你的报告，除了四个字母，你还记得哪一句沟通建议？</w:t>
      </w:r>
    </w:p>
    <w:p>
      <w:pPr>
        <w:spacing w:after="60"/>
        <w:ind w:left="170"/>
      </w:pPr>
      <w:r>
        <w:rPr>
          <w:rFonts w:ascii="Microsoft YaHei" w:hAnsi="Microsoft YaHei" w:eastAsia="Microsoft YaHei"/>
          <w:b w:val="0"/>
          <w:color w:val="333333"/>
          <w:sz w:val="22"/>
        </w:rPr>
        <w:t>• 你最近一次沟通不顺，是不是卡在「我习惯这样说」上？</w:t>
      </w:r>
    </w:p>
    <w:p>
      <w:pPr>
        <w:spacing w:after="80" w:line="240" w:lineRule="exact"/>
      </w:pPr>
      <w:r>
        <w:rPr>
          <w:rFonts w:ascii="Microsoft YaHei" w:hAnsi="Microsoft YaHei" w:eastAsia="Microsoft YaHei"/>
          <w:color w:val="CCCCCC"/>
          <w:sz w:val="22"/>
        </w:rPr>
        <w:t>_____________________________________________________________________________________</w:t>
      </w:r>
    </w:p>
    <w:p>
      <w:pPr>
        <w:spacing w:after="80" w:line="240" w:lineRule="exact"/>
      </w:pPr>
      <w:r>
        <w:rPr>
          <w:rFonts w:ascii="Microsoft YaHei" w:hAnsi="Microsoft YaHei" w:eastAsia="Microsoft YaHei"/>
          <w:color w:val="CCCCCC"/>
          <w:sz w:val="22"/>
        </w:rPr>
        <w:t>_____________________________________________________________________________________</w:t>
      </w:r>
    </w:p>
    <w:p>
      <w:pPr>
        <w:spacing w:after="80" w:line="240" w:lineRule="exact"/>
      </w:pPr>
      <w:r>
        <w:rPr>
          <w:rFonts w:ascii="Microsoft YaHei" w:hAnsi="Microsoft YaHei" w:eastAsia="Microsoft YaHei"/>
          <w:color w:val="CCCCCC"/>
          <w:sz w:val="22"/>
        </w:rPr>
        <w:t>_____________________________________________________________________________________</w:t>
      </w:r>
    </w:p>
    <w:p>
      <w:r>
        <w:br w:type="page"/>
      </w:r>
    </w:p>
    <w:p>
      <w:pPr>
        <w:spacing w:after="160" w:before="0"/>
      </w:pPr>
      <w:r>
        <w:rPr>
          <w:sz w:val="12"/>
        </w:rPr>
      </w:r>
    </w:p>
    <w:p>
      <w:pPr>
        <w:keepNext/>
        <w:spacing w:after="80" w:before="160" w:line="416" w:lineRule="exact"/>
      </w:pPr>
      <w:r>
        <w:rPr>
          <w:rFonts w:ascii="Microsoft YaHei" w:hAnsi="Microsoft YaHei" w:eastAsia="Microsoft YaHei"/>
          <w:b/>
          <w:i w:val="0"/>
          <w:color w:val="013147"/>
          <w:sz w:val="26"/>
        </w:rPr>
        <w:t>MBTI 从哪里来：荣格 → 迈尔斯母女</w:t>
      </w:r>
    </w:p>
    <w:p>
      <w:pPr>
        <w:keepNext/>
        <w:spacing w:after="60" w:before="120" w:line="352" w:lineRule="exact"/>
      </w:pPr>
      <w:r>
        <w:rPr>
          <w:rFonts w:ascii="Microsoft YaHei" w:hAnsi="Microsoft YaHei" w:eastAsia="Microsoft YaHei"/>
          <w:b/>
          <w:i w:val="0"/>
          <w:color w:val="013147"/>
          <w:sz w:val="22"/>
        </w:rPr>
        <w:t>【核心模型】</w:t>
      </w:r>
    </w:p>
    <w:tbl>
      <w:tblPr>
        <w:tblW w:type="auto" w:w="0"/>
        <w:jc w:val="center"/>
        <w:tblLook w:firstColumn="1" w:firstRow="1" w:lastColumn="0" w:lastRow="0" w:noHBand="0" w:noVBand="1" w:val="04A0"/>
        <w:cantSplit/>
      </w:tblPr>
      <w:tblGrid>
        <w:gridCol w:w="4536"/>
        <w:gridCol w:w="4536"/>
      </w:tblGrid>
      <w:tr>
        <w:tc>
          <w:tcPr>
            <w:tcW w:type="dxa" w:w="4536"/>
            <w:shd w:val="clear" w:color="auto" w:fill="013147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  <w:jc w:val="center"/>
            </w:pPr>
            <w:r>
              <w:rPr>
                <w:rFonts w:ascii="Microsoft YaHei" w:hAnsi="Microsoft YaHei" w:eastAsia="Microsoft YaHei"/>
                <w:b/>
                <w:color w:val="FFFFFF"/>
                <w:sz w:val="20"/>
              </w:rPr>
              <w:t>来源</w:t>
            </w:r>
          </w:p>
        </w:tc>
        <w:tc>
          <w:tcPr>
            <w:tcW w:type="dxa" w:w="4536"/>
            <w:shd w:val="clear" w:color="auto" w:fill="013147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  <w:jc w:val="center"/>
            </w:pPr>
            <w:r>
              <w:rPr>
                <w:rFonts w:ascii="Microsoft YaHei" w:hAnsi="Microsoft YaHei" w:eastAsia="Microsoft YaHei"/>
                <w:b/>
                <w:color w:val="FFFFFF"/>
                <w:sz w:val="20"/>
              </w:rPr>
              <w:t>贡献</w:t>
            </w:r>
          </w:p>
        </w:tc>
      </w:tr>
      <w:tr>
        <w:tc>
          <w:tcPr>
            <w:tcW w:type="dxa" w:w="4536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荣格《心理类型》1921</w:t>
            </w:r>
          </w:p>
        </w:tc>
        <w:tc>
          <w:tcPr>
            <w:tcW w:type="dxa" w:w="4536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提出心理类型的原始构想——人处理内外世界的方式有不同倾向</w:t>
            </w:r>
          </w:p>
        </w:tc>
      </w:tr>
      <w:tr>
        <w:tc>
          <w:tcPr>
            <w:tcW w:type="dxa" w:w="4536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迈尔斯母女（Myers &amp; Briggs）</w:t>
            </w:r>
          </w:p>
        </w:tc>
        <w:tc>
          <w:tcPr>
            <w:tcW w:type="dxa" w:w="4536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在此基础上发展为可描述的四维度偏好工具，即 MBTI</w:t>
            </w:r>
          </w:p>
        </w:tc>
      </w:tr>
    </w:tbl>
    <w:p>
      <w:pPr>
        <w:spacing w:after="120" w:before="0"/>
      </w:pPr>
      <w:r>
        <w:rPr>
          <w:sz w:val="12"/>
        </w:rPr>
      </w:r>
    </w:p>
    <w:p>
      <w:pPr>
        <w:keepNext/>
        <w:spacing w:after="60" w:before="120" w:line="352" w:lineRule="exact"/>
      </w:pPr>
      <w:r>
        <w:rPr>
          <w:rFonts w:ascii="Microsoft YaHei" w:hAnsi="Microsoft YaHei" w:eastAsia="Microsoft YaHei"/>
          <w:b/>
          <w:i w:val="0"/>
          <w:color w:val="013147"/>
          <w:sz w:val="22"/>
        </w:rPr>
        <w:t>【案例】</w:t>
      </w:r>
    </w:p>
    <w:p>
      <w:pPr>
        <w:spacing w:after="80" w:before="0" w:line="352" w:lineRule="exact"/>
      </w:pPr>
      <w:r>
        <w:rPr>
          <w:rFonts w:ascii="Microsoft YaHei" w:hAnsi="Microsoft YaHei" w:eastAsia="Microsoft YaHei"/>
          <w:b w:val="0"/>
          <w:i w:val="0"/>
          <w:color w:val="333333"/>
          <w:sz w:val="22"/>
        </w:rPr>
        <w:t>MBTI 描述的是「偏好」——我更习惯怎么想、怎么说；它不测量「能力」，不判断好坏。报告只是一面镜子，不是判决书。</w:t>
      </w:r>
    </w:p>
    <w:p>
      <w:pPr>
        <w:spacing w:before="120" w:after="80"/>
        <w:keepLines/>
      </w:pPr>
      <w:r>
        <w:rPr>
          <w:rFonts w:ascii="Microsoft YaHei" w:hAnsi="Microsoft YaHei" w:eastAsia="Microsoft YaHei"/>
          <w:b/>
          <w:color w:val="888888"/>
          <w:sz w:val="20"/>
        </w:rPr>
        <w:t>我的笔记：</w:t>
      </w:r>
      <w:r>
        <w:br/>
      </w:r>
      <w:r>
        <w:rPr>
          <w:rFonts w:ascii="Microsoft YaHei" w:hAnsi="Microsoft YaHei" w:eastAsia="Microsoft YaHei"/>
          <w:color w:val="CCCCCC"/>
          <w:sz w:val="22"/>
        </w:rPr>
        <w:t>_____________________________________________________________________________________</w:t>
      </w:r>
      <w:r>
        <w:br/>
      </w:r>
      <w:r>
        <w:rPr>
          <w:rFonts w:ascii="Microsoft YaHei" w:hAnsi="Microsoft YaHei" w:eastAsia="Microsoft YaHei"/>
          <w:color w:val="CCCCCC"/>
          <w:sz w:val="22"/>
        </w:rPr>
        <w:t>_____________________________________________________________________________________</w:t>
      </w:r>
      <w:r>
        <w:br/>
      </w:r>
      <w:r>
        <w:rPr>
          <w:rFonts w:ascii="Microsoft YaHei" w:hAnsi="Microsoft YaHei" w:eastAsia="Microsoft YaHei"/>
          <w:color w:val="CCCCCC"/>
          <w:sz w:val="22"/>
        </w:rPr>
        <w:t>_____________________________________________________________________________________</w:t>
      </w:r>
    </w:p>
    <w:p>
      <w:pPr>
        <w:spacing w:after="160" w:before="0"/>
      </w:pPr>
      <w:r>
        <w:rPr>
          <w:sz w:val="12"/>
        </w:rPr>
      </w:r>
    </w:p>
    <w:p>
      <w:pPr>
        <w:keepNext/>
        <w:spacing w:after="80" w:before="160" w:line="416" w:lineRule="exact"/>
      </w:pPr>
      <w:r>
        <w:rPr>
          <w:rFonts w:ascii="Microsoft YaHei" w:hAnsi="Microsoft YaHei" w:eastAsia="Microsoft YaHei"/>
          <w:b/>
          <w:i w:val="0"/>
          <w:color w:val="013147"/>
          <w:sz w:val="26"/>
        </w:rPr>
        <w:t>四把尺子：四个维度</w:t>
      </w:r>
    </w:p>
    <w:p>
      <w:pPr>
        <w:keepNext/>
        <w:spacing w:after="60" w:before="120" w:line="352" w:lineRule="exact"/>
      </w:pPr>
      <w:r>
        <w:rPr>
          <w:rFonts w:ascii="Microsoft YaHei" w:hAnsi="Microsoft YaHei" w:eastAsia="Microsoft YaHei"/>
          <w:b/>
          <w:i w:val="0"/>
          <w:color w:val="013147"/>
          <w:sz w:val="22"/>
        </w:rPr>
        <w:t>【核心模型】</w:t>
      </w:r>
    </w:p>
    <w:tbl>
      <w:tblPr>
        <w:tblW w:type="auto" w:w="0"/>
        <w:jc w:val="center"/>
        <w:tblLook w:firstColumn="1" w:firstRow="1" w:lastColumn="0" w:lastRow="0" w:noHBand="0" w:noVBand="1" w:val="04A0"/>
        <w:cantSplit/>
      </w:tblPr>
      <w:tblGrid>
        <w:gridCol w:w="3024"/>
        <w:gridCol w:w="3024"/>
        <w:gridCol w:w="3024"/>
      </w:tblGrid>
      <w:tr>
        <w:tc>
          <w:tcPr>
            <w:tcW w:type="dxa" w:w="3024"/>
            <w:shd w:val="clear" w:color="auto" w:fill="013147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  <w:jc w:val="center"/>
            </w:pPr>
            <w:r>
              <w:rPr>
                <w:rFonts w:ascii="Microsoft YaHei" w:hAnsi="Microsoft YaHei" w:eastAsia="Microsoft YaHei"/>
                <w:b/>
                <w:color w:val="FFFFFF"/>
                <w:sz w:val="20"/>
              </w:rPr>
              <w:t>维度</w:t>
            </w:r>
          </w:p>
        </w:tc>
        <w:tc>
          <w:tcPr>
            <w:tcW w:type="dxa" w:w="3024"/>
            <w:shd w:val="clear" w:color="auto" w:fill="013147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  <w:jc w:val="center"/>
            </w:pPr>
            <w:r>
              <w:rPr>
                <w:rFonts w:ascii="Microsoft YaHei" w:hAnsi="Microsoft YaHei" w:eastAsia="Microsoft YaHei"/>
                <w:b/>
                <w:color w:val="FFFFFF"/>
                <w:sz w:val="20"/>
              </w:rPr>
              <w:t>两端</w:t>
            </w:r>
          </w:p>
        </w:tc>
        <w:tc>
          <w:tcPr>
            <w:tcW w:type="dxa" w:w="3024"/>
            <w:shd w:val="clear" w:color="auto" w:fill="013147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  <w:jc w:val="center"/>
            </w:pPr>
            <w:r>
              <w:rPr>
                <w:rFonts w:ascii="Microsoft YaHei" w:hAnsi="Microsoft YaHei" w:eastAsia="Microsoft YaHei"/>
                <w:b/>
                <w:color w:val="FFFFFF"/>
                <w:sz w:val="20"/>
              </w:rPr>
              <w:t>这一端问的是</w:t>
            </w:r>
          </w:p>
        </w:tc>
      </w:tr>
      <w:tr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能量方向</w:t>
            </w:r>
          </w:p>
        </w:tc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外倾 E / 内倾 I</w:t>
            </w:r>
          </w:p>
        </w:tc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你的能量从哪来？边说边想，还是想好再说？</w:t>
            </w:r>
          </w:p>
        </w:tc>
      </w:tr>
      <w:tr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信息获取</w:t>
            </w:r>
          </w:p>
        </w:tc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实感 S / 直觉 N</w:t>
            </w:r>
          </w:p>
        </w:tc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先看事实，还是先看可能？</w:t>
            </w:r>
          </w:p>
        </w:tc>
      </w:tr>
      <w:tr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决策依据</w:t>
            </w:r>
          </w:p>
        </w:tc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思考 T / 情感 F</w:t>
            </w:r>
          </w:p>
        </w:tc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先讲逻辑，还是先讲人情？</w:t>
            </w:r>
          </w:p>
        </w:tc>
      </w:tr>
      <w:tr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生活节奏</w:t>
            </w:r>
          </w:p>
        </w:tc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判断 J / 知觉 P</w:t>
            </w:r>
          </w:p>
        </w:tc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喜欢计划，还是喜欢留白？</w:t>
            </w:r>
          </w:p>
        </w:tc>
      </w:tr>
    </w:tbl>
    <w:p>
      <w:pPr>
        <w:spacing w:after="120" w:before="0"/>
      </w:pPr>
      <w:r>
        <w:rPr>
          <w:sz w:val="12"/>
        </w:rPr>
      </w:r>
    </w:p>
    <w:tbl>
      <w:tblPr>
        <w:tblW w:type="auto" w:w="0"/>
        <w:jc w:val="center"/>
        <w:tblLook w:firstColumn="1" w:firstRow="1" w:lastColumn="0" w:lastRow="0" w:noHBand="0" w:noVBand="1" w:val="04A0"/>
        <w:cantSplit/>
      </w:tblPr>
      <w:tblGrid>
        <w:gridCol w:w="9072"/>
      </w:tblGrid>
      <w:tr>
        <w:tc>
          <w:tcPr>
            <w:tcW w:type="dxa" w:w="9072"/>
            <w:shd w:val="clear" w:color="auto" w:fill="013147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after="160" w:before="160" w:line="360" w:lineRule="exact"/>
              <w:jc w:val="center"/>
            </w:pPr>
            <w:r>
              <w:rPr>
                <w:rFonts w:ascii="Microsoft YaHei" w:hAnsi="Microsoft YaHei" w:eastAsia="Microsoft YaHei"/>
                <w:b/>
                <w:color w:val="FFFFFF"/>
                <w:sz w:val="24"/>
              </w:rPr>
              <w:t>偏好 = 更习惯用哪只手，不是哪只手更好用</w:t>
            </w:r>
          </w:p>
        </w:tc>
      </w:tr>
    </w:tbl>
    <w:p>
      <w:pPr>
        <w:spacing w:after="80" w:before="0"/>
      </w:pPr>
      <w:r>
        <w:rPr>
          <w:sz w:val="12"/>
        </w:rPr>
      </w:r>
    </w:p>
    <w:p>
      <w:pPr>
        <w:spacing w:before="120" w:after="80"/>
        <w:keepLines/>
      </w:pPr>
      <w:r>
        <w:rPr>
          <w:rFonts w:ascii="Microsoft YaHei" w:hAnsi="Microsoft YaHei" w:eastAsia="Microsoft YaHei"/>
          <w:b/>
          <w:color w:val="888888"/>
          <w:sz w:val="20"/>
        </w:rPr>
        <w:t>我的笔记：</w:t>
      </w:r>
      <w:r>
        <w:br/>
      </w:r>
      <w:r>
        <w:rPr>
          <w:rFonts w:ascii="Microsoft YaHei" w:hAnsi="Microsoft YaHei" w:eastAsia="Microsoft YaHei"/>
          <w:color w:val="CCCCCC"/>
          <w:sz w:val="22"/>
        </w:rPr>
        <w:t>_____________________________________________________________________________________</w:t>
      </w:r>
      <w:r>
        <w:br/>
      </w:r>
      <w:r>
        <w:rPr>
          <w:rFonts w:ascii="Microsoft YaHei" w:hAnsi="Microsoft YaHei" w:eastAsia="Microsoft YaHei"/>
          <w:color w:val="CCCCCC"/>
          <w:sz w:val="22"/>
        </w:rPr>
        <w:t>_____________________________________________________________________________________</w:t>
      </w:r>
      <w:r>
        <w:br/>
      </w:r>
      <w:r>
        <w:rPr>
          <w:rFonts w:ascii="Microsoft YaHei" w:hAnsi="Microsoft YaHei" w:eastAsia="Microsoft YaHei"/>
          <w:color w:val="CCCCCC"/>
          <w:sz w:val="22"/>
        </w:rPr>
        <w:t>_____________________________________________________________________________________</w:t>
      </w:r>
    </w:p>
    <w:p>
      <w:pPr>
        <w:spacing w:after="160" w:before="0"/>
      </w:pPr>
      <w:r>
        <w:rPr>
          <w:sz w:val="12"/>
        </w:rPr>
      </w:r>
    </w:p>
    <w:p>
      <w:pPr>
        <w:keepNext/>
        <w:spacing w:after="80" w:before="160" w:line="416" w:lineRule="exact"/>
      </w:pPr>
      <w:r>
        <w:rPr>
          <w:rFonts w:ascii="Microsoft YaHei" w:hAnsi="Microsoft YaHei" w:eastAsia="Microsoft YaHei"/>
          <w:b/>
          <w:i w:val="0"/>
          <w:color w:val="013147"/>
          <w:sz w:val="26"/>
        </w:rPr>
        <w:t>16 型与四种气质族</w:t>
      </w:r>
    </w:p>
    <w:p>
      <w:pPr>
        <w:keepNext/>
        <w:spacing w:after="60" w:before="120" w:line="352" w:lineRule="exact"/>
      </w:pPr>
      <w:r>
        <w:rPr>
          <w:rFonts w:ascii="Microsoft YaHei" w:hAnsi="Microsoft YaHei" w:eastAsia="Microsoft YaHei"/>
          <w:b/>
          <w:i w:val="0"/>
          <w:color w:val="013147"/>
          <w:sz w:val="22"/>
        </w:rPr>
        <w:t>【核心模型】</w:t>
      </w:r>
    </w:p>
    <w:tbl>
      <w:tblPr>
        <w:tblW w:type="auto" w:w="0"/>
        <w:jc w:val="center"/>
        <w:tblLook w:firstColumn="1" w:firstRow="1" w:lastColumn="0" w:lastRow="0" w:noHBand="0" w:noVBand="1" w:val="04A0"/>
        <w:cantSplit/>
      </w:tblPr>
      <w:tblGrid>
        <w:gridCol w:w="3024"/>
        <w:gridCol w:w="3024"/>
        <w:gridCol w:w="3024"/>
      </w:tblGrid>
      <w:tr>
        <w:tc>
          <w:tcPr>
            <w:tcW w:type="dxa" w:w="3024"/>
            <w:shd w:val="clear" w:color="auto" w:fill="013147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  <w:jc w:val="center"/>
            </w:pPr>
            <w:r>
              <w:rPr>
                <w:rFonts w:ascii="Microsoft YaHei" w:hAnsi="Microsoft YaHei" w:eastAsia="Microsoft YaHei"/>
                <w:b/>
                <w:color w:val="FFFFFF"/>
                <w:sz w:val="20"/>
              </w:rPr>
              <w:t>气质族</w:t>
            </w:r>
          </w:p>
        </w:tc>
        <w:tc>
          <w:tcPr>
            <w:tcW w:type="dxa" w:w="3024"/>
            <w:shd w:val="clear" w:color="auto" w:fill="013147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  <w:jc w:val="center"/>
            </w:pPr>
            <w:r>
              <w:rPr>
                <w:rFonts w:ascii="Microsoft YaHei" w:hAnsi="Microsoft YaHei" w:eastAsia="Microsoft YaHei"/>
                <w:b/>
                <w:color w:val="FFFFFF"/>
                <w:sz w:val="20"/>
              </w:rPr>
              <w:t>组合</w:t>
            </w:r>
          </w:p>
        </w:tc>
        <w:tc>
          <w:tcPr>
            <w:tcW w:type="dxa" w:w="3024"/>
            <w:shd w:val="clear" w:color="auto" w:fill="013147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  <w:jc w:val="center"/>
            </w:pPr>
            <w:r>
              <w:rPr>
                <w:rFonts w:ascii="Microsoft YaHei" w:hAnsi="Microsoft YaHei" w:eastAsia="Microsoft YaHei"/>
                <w:b/>
                <w:color w:val="FFFFFF"/>
                <w:sz w:val="20"/>
              </w:rPr>
              <w:t>沟通上给人的印象</w:t>
            </w:r>
          </w:p>
        </w:tc>
      </w:tr>
      <w:tr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SP 体验者</w:t>
            </w:r>
          </w:p>
        </w:tc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S + P</w:t>
            </w:r>
          </w:p>
        </w:tc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灵活、动手快、应变强，要空间和现场感</w:t>
            </w:r>
          </w:p>
        </w:tc>
      </w:tr>
      <w:tr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SJ 守护者</w:t>
            </w:r>
          </w:p>
        </w:tc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S + J</w:t>
            </w:r>
          </w:p>
        </w:tc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靠谱、守规则、重细节，要流程和确定性</w:t>
            </w:r>
          </w:p>
        </w:tc>
      </w:tr>
      <w:tr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NF 理想者</w:t>
            </w:r>
          </w:p>
        </w:tc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N + F</w:t>
            </w:r>
          </w:p>
        </w:tc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重意义、重关系、会共情，要价值感和被理解</w:t>
            </w:r>
          </w:p>
        </w:tc>
      </w:tr>
      <w:tr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NT 理性者</w:t>
            </w:r>
          </w:p>
        </w:tc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N + T</w:t>
            </w:r>
          </w:p>
        </w:tc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重逻辑、重能力、爱分析，要大图和对错</w:t>
            </w:r>
          </w:p>
        </w:tc>
      </w:tr>
    </w:tbl>
    <w:p>
      <w:pPr>
        <w:spacing w:after="120" w:before="0"/>
      </w:pPr>
      <w:r>
        <w:rPr>
          <w:sz w:val="12"/>
        </w:rPr>
      </w:r>
    </w:p>
    <w:p>
      <w:pPr>
        <w:keepNext/>
        <w:spacing w:after="60" w:before="120" w:line="352" w:lineRule="exact"/>
      </w:pPr>
      <w:r>
        <w:rPr>
          <w:rFonts w:ascii="Microsoft YaHei" w:hAnsi="Microsoft YaHei" w:eastAsia="Microsoft YaHei"/>
          <w:b/>
          <w:i w:val="0"/>
          <w:color w:val="013147"/>
          <w:sz w:val="22"/>
        </w:rPr>
        <w:t>【案例】</w:t>
      </w:r>
    </w:p>
    <w:p>
      <w:pPr>
        <w:spacing w:after="80" w:before="0" w:line="352" w:lineRule="exact"/>
      </w:pPr>
      <w:r>
        <w:rPr>
          <w:rFonts w:ascii="Microsoft YaHei" w:hAnsi="Microsoft YaHei" w:eastAsia="Microsoft YaHei"/>
          <w:b w:val="0"/>
          <w:i w:val="0"/>
          <w:color w:val="333333"/>
          <w:sz w:val="22"/>
        </w:rPr>
        <w:t>16 型不必逐个背。先记住四种气质族的沟通印象，读人、读报告都能先落到「他大概率在意什么」。</w:t>
      </w:r>
    </w:p>
    <w:p>
      <w:pPr>
        <w:spacing w:before="120" w:after="80"/>
        <w:keepLines/>
      </w:pPr>
      <w:r>
        <w:rPr>
          <w:rFonts w:ascii="Microsoft YaHei" w:hAnsi="Microsoft YaHei" w:eastAsia="Microsoft YaHei"/>
          <w:b/>
          <w:color w:val="888888"/>
          <w:sz w:val="20"/>
        </w:rPr>
        <w:t>我的笔记：</w:t>
      </w:r>
      <w:r>
        <w:br/>
      </w:r>
      <w:r>
        <w:rPr>
          <w:rFonts w:ascii="Microsoft YaHei" w:hAnsi="Microsoft YaHei" w:eastAsia="Microsoft YaHei"/>
          <w:color w:val="CCCCCC"/>
          <w:sz w:val="22"/>
        </w:rPr>
        <w:t>_____________________________________________________________________________________</w:t>
      </w:r>
      <w:r>
        <w:br/>
      </w:r>
      <w:r>
        <w:rPr>
          <w:rFonts w:ascii="Microsoft YaHei" w:hAnsi="Microsoft YaHei" w:eastAsia="Microsoft YaHei"/>
          <w:color w:val="CCCCCC"/>
          <w:sz w:val="22"/>
        </w:rPr>
        <w:t>_____________________________________________________________________________________</w:t>
      </w:r>
      <w:r>
        <w:br/>
      </w:r>
      <w:r>
        <w:rPr>
          <w:rFonts w:ascii="Microsoft YaHei" w:hAnsi="Microsoft YaHei" w:eastAsia="Microsoft YaHei"/>
          <w:color w:val="CCCCCC"/>
          <w:sz w:val="22"/>
        </w:rPr>
        <w:t>_____________________________________________________________________________________</w:t>
      </w:r>
    </w:p>
    <w:p>
      <w:r>
        <w:br w:type="page"/>
      </w:r>
    </w:p>
    <w:p>
      <w:pPr>
        <w:spacing w:after="160" w:before="0"/>
      </w:pPr>
      <w:r>
        <w:rPr>
          <w:sz w:val="12"/>
        </w:rPr>
      </w:r>
    </w:p>
    <w:p>
      <w:pPr>
        <w:keepNext/>
        <w:spacing w:after="80" w:before="160" w:line="416" w:lineRule="exact"/>
      </w:pPr>
      <w:r>
        <w:rPr>
          <w:rFonts w:ascii="Microsoft YaHei" w:hAnsi="Microsoft YaHei" w:eastAsia="Microsoft YaHei"/>
          <w:b/>
          <w:i w:val="0"/>
          <w:color w:val="013147"/>
          <w:sz w:val="26"/>
        </w:rPr>
        <w:t>练习 · 我的报告翻译</w:t>
      </w:r>
    </w:p>
    <w:p>
      <w:pPr>
        <w:spacing w:after="80" w:before="0" w:line="352" w:lineRule="exact"/>
      </w:pPr>
      <w:r>
        <w:rPr>
          <w:rFonts w:ascii="Microsoft YaHei" w:hAnsi="Microsoft YaHei" w:eastAsia="Microsoft YaHei"/>
          <w:b w:val="0"/>
          <w:i w:val="0"/>
          <w:color w:val="333333"/>
          <w:sz w:val="22"/>
        </w:rPr>
        <w:t>把报告的四个字母，逐个翻译成「我的沟通默认动作」。</w:t>
      </w:r>
    </w:p>
    <w:p>
      <w:pPr>
        <w:spacing w:after="60" w:before="0" w:line="352" w:lineRule="exact"/>
      </w:pPr>
      <w:r>
        <w:rPr>
          <w:rFonts w:ascii="Microsoft YaHei" w:hAnsi="Microsoft YaHei" w:eastAsia="Microsoft YaHei"/>
          <w:b w:val="0"/>
          <w:i w:val="0"/>
          <w:color w:val="333333"/>
          <w:sz w:val="22"/>
        </w:rPr>
        <w:t>1. 对照四把尺子，写出我每个维度上的默认动作</w:t>
      </w:r>
    </w:p>
    <w:p>
      <w:pPr>
        <w:spacing w:after="60" w:before="0" w:line="352" w:lineRule="exact"/>
      </w:pPr>
      <w:r>
        <w:rPr>
          <w:rFonts w:ascii="Microsoft YaHei" w:hAnsi="Microsoft YaHei" w:eastAsia="Microsoft YaHei"/>
          <w:b w:val="0"/>
          <w:i w:val="0"/>
          <w:color w:val="333333"/>
          <w:sz w:val="22"/>
        </w:rPr>
        <w:t>2. 写出：这个维度上，别人可能误会我的地方（一句话）</w:t>
      </w:r>
    </w:p>
    <w:p>
      <w:pPr>
        <w:spacing w:after="60" w:before="0" w:line="352" w:lineRule="exact"/>
      </w:pPr>
      <w:r>
        <w:rPr>
          <w:rFonts w:ascii="Microsoft YaHei" w:hAnsi="Microsoft YaHei" w:eastAsia="Microsoft YaHei"/>
          <w:b w:val="0"/>
          <w:i w:val="0"/>
          <w:color w:val="333333"/>
          <w:sz w:val="22"/>
        </w:rPr>
        <w:t>3. 两人一组，各讲 4 分钟：报告说的，跟我平时沟通像不像</w:t>
      </w:r>
    </w:p>
    <w:p>
      <w:pPr>
        <w:spacing w:after="80" w:line="240" w:lineRule="exact"/>
      </w:pPr>
      <w:r>
        <w:rPr>
          <w:rFonts w:ascii="Microsoft YaHei" w:hAnsi="Microsoft YaHei" w:eastAsia="Microsoft YaHei"/>
          <w:color w:val="CCCCCC"/>
          <w:sz w:val="22"/>
        </w:rPr>
        <w:t>_____________________________________________________________________________________</w:t>
      </w:r>
    </w:p>
    <w:p>
      <w:pPr>
        <w:spacing w:after="80" w:line="240" w:lineRule="exact"/>
      </w:pPr>
      <w:r>
        <w:rPr>
          <w:rFonts w:ascii="Microsoft YaHei" w:hAnsi="Microsoft YaHei" w:eastAsia="Microsoft YaHei"/>
          <w:color w:val="CCCCCC"/>
          <w:sz w:val="22"/>
        </w:rPr>
        <w:t>_____________________________________________________________________________________</w:t>
      </w:r>
    </w:p>
    <w:p>
      <w:pPr>
        <w:spacing w:after="80" w:line="240" w:lineRule="exact"/>
      </w:pPr>
      <w:r>
        <w:rPr>
          <w:rFonts w:ascii="Microsoft YaHei" w:hAnsi="Microsoft YaHei" w:eastAsia="Microsoft YaHei"/>
          <w:color w:val="CCCCCC"/>
          <w:sz w:val="22"/>
        </w:rPr>
        <w:t>_____________________________________________________________________________________</w:t>
      </w:r>
    </w:p>
    <w:p>
      <w:pPr>
        <w:spacing w:before="120" w:after="80"/>
        <w:keepLines/>
      </w:pPr>
      <w:r>
        <w:rPr>
          <w:rFonts w:ascii="Microsoft YaHei" w:hAnsi="Microsoft YaHei" w:eastAsia="Microsoft YaHei"/>
          <w:b/>
          <w:color w:val="888888"/>
          <w:sz w:val="20"/>
        </w:rPr>
        <w:t>我的笔记：</w:t>
      </w:r>
      <w:r>
        <w:br/>
      </w:r>
      <w:r>
        <w:rPr>
          <w:rFonts w:ascii="Microsoft YaHei" w:hAnsi="Microsoft YaHei" w:eastAsia="Microsoft YaHei"/>
          <w:color w:val="CCCCCC"/>
          <w:sz w:val="22"/>
        </w:rPr>
        <w:t>_____________________________________________________________________________________</w:t>
      </w:r>
      <w:r>
        <w:br/>
      </w:r>
      <w:r>
        <w:rPr>
          <w:rFonts w:ascii="Microsoft YaHei" w:hAnsi="Microsoft YaHei" w:eastAsia="Microsoft YaHei"/>
          <w:color w:val="CCCCCC"/>
          <w:sz w:val="22"/>
        </w:rPr>
        <w:t>_____________________________________________________________________________________</w:t>
      </w:r>
      <w:r>
        <w:br/>
      </w:r>
      <w:r>
        <w:rPr>
          <w:rFonts w:ascii="Microsoft YaHei" w:hAnsi="Microsoft YaHei" w:eastAsia="Microsoft YaHei"/>
          <w:color w:val="CCCCCC"/>
          <w:sz w:val="22"/>
        </w:rPr>
        <w:t>_____________________________________________________________________________________</w:t>
      </w:r>
    </w:p>
    <w:p>
      <w:pPr>
        <w:spacing w:after="200" w:before="0"/>
      </w:pPr>
      <w:r>
        <w:rPr>
          <w:sz w:val="12"/>
        </w:rPr>
      </w:r>
    </w:p>
    <w:p>
      <w:pPr>
        <w:spacing w:after="120" w:before="200" w:line="448" w:lineRule="exact"/>
      </w:pPr>
      <w:r>
        <w:rPr>
          <w:rFonts w:ascii="SimHei" w:hAnsi="SimHei" w:eastAsia="SimHei"/>
          <w:b/>
          <w:i w:val="0"/>
          <w:color w:val="013147"/>
          <w:sz w:val="28"/>
        </w:rPr>
        <w:t>读懂自己：四把尺子与沟通偏好 · 总结</w:t>
      </w:r>
    </w:p>
    <w:tbl>
      <w:tblPr>
        <w:tblW w:type="auto" w:w="0"/>
        <w:jc w:val="center"/>
        <w:tblLook w:firstColumn="1" w:firstRow="1" w:lastColumn="0" w:lastRow="0" w:noHBand="0" w:noVBand="1" w:val="04A0"/>
        <w:cantSplit/>
      </w:tblPr>
      <w:tblGrid>
        <w:gridCol w:w="9072"/>
      </w:tblGrid>
      <w:tr>
        <w:tc>
          <w:tcPr>
            <w:tcW w:type="dxa" w:w="9072"/>
            <w:shd w:val="clear" w:color="auto" w:fill="013147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after="160" w:before="160" w:line="360" w:lineRule="exact"/>
              <w:jc w:val="center"/>
            </w:pPr>
            <w:r>
              <w:rPr>
                <w:rFonts w:ascii="Microsoft YaHei" w:hAnsi="Microsoft YaHei" w:eastAsia="Microsoft YaHei"/>
                <w:b/>
                <w:color w:val="FFFFFF"/>
                <w:sz w:val="24"/>
              </w:rPr>
              <w:t>读报告的重点不是「我是谁」，是「我习惯怎么说话」</w:t>
            </w:r>
          </w:p>
        </w:tc>
      </w:tr>
    </w:tbl>
    <w:p>
      <w:pPr>
        <w:spacing w:after="80" w:before="0"/>
      </w:pPr>
      <w:r>
        <w:rPr>
          <w:sz w:val="12"/>
        </w:rPr>
      </w:r>
    </w:p>
    <w:p>
      <w:pPr>
        <w:spacing w:after="80" w:before="0" w:line="352" w:lineRule="exact"/>
      </w:pPr>
      <w:r>
        <w:rPr>
          <w:rFonts w:ascii="Microsoft YaHei" w:hAnsi="Microsoft YaHei" w:eastAsia="Microsoft YaHei"/>
          <w:b/>
          <w:i w:val="0"/>
          <w:color w:val="333333"/>
          <w:sz w:val="22"/>
        </w:rPr>
        <w:t>我收获的 3 个关键点：</w:t>
      </w:r>
    </w:p>
    <w:p>
      <w:pPr>
        <w:spacing w:after="80" w:before="0" w:line="352" w:lineRule="exact"/>
      </w:pPr>
      <w:r>
        <w:rPr>
          <w:rFonts w:ascii="Microsoft YaHei" w:hAnsi="Microsoft YaHei" w:eastAsia="Microsoft YaHei"/>
          <w:b w:val="0"/>
          <w:i w:val="0"/>
          <w:color w:val="888888"/>
          <w:sz w:val="22"/>
        </w:rPr>
        <w:t>1. ___________________________________</w:t>
      </w:r>
    </w:p>
    <w:p>
      <w:pPr>
        <w:spacing w:after="80" w:before="0" w:line="352" w:lineRule="exact"/>
      </w:pPr>
      <w:r>
        <w:rPr>
          <w:rFonts w:ascii="Microsoft YaHei" w:hAnsi="Microsoft YaHei" w:eastAsia="Microsoft YaHei"/>
          <w:b w:val="0"/>
          <w:i w:val="0"/>
          <w:color w:val="888888"/>
          <w:sz w:val="22"/>
        </w:rPr>
        <w:t>2. ___________________________________</w:t>
      </w:r>
    </w:p>
    <w:p>
      <w:pPr>
        <w:spacing w:after="80" w:before="0" w:line="352" w:lineRule="exact"/>
      </w:pPr>
      <w:r>
        <w:rPr>
          <w:rFonts w:ascii="Microsoft YaHei" w:hAnsi="Microsoft YaHei" w:eastAsia="Microsoft YaHei"/>
          <w:b w:val="0"/>
          <w:i w:val="0"/>
          <w:color w:val="888888"/>
          <w:sz w:val="22"/>
        </w:rPr>
        <w:t>3. ___________________________________</w:t>
      </w:r>
    </w:p>
    <w:p>
      <w:pPr>
        <w:spacing w:after="160" w:before="0"/>
      </w:pPr>
      <w:r>
        <w:rPr>
          <w:sz w:val="12"/>
        </w:rPr>
      </w:r>
    </w:p>
    <w:p>
      <w:pPr>
        <w:spacing w:after="120" w:before="160" w:line="384" w:lineRule="exact"/>
      </w:pPr>
      <w:r>
        <w:rPr>
          <w:rFonts w:ascii="Microsoft YaHei" w:hAnsi="Microsoft YaHei" w:eastAsia="Microsoft YaHei"/>
          <w:b/>
          <w:i w:val="0"/>
          <w:color w:val="013147"/>
          <w:sz w:val="24"/>
        </w:rPr>
        <w:t>读懂自己：四把尺子与沟通偏好 · 行动承诺</w:t>
      </w:r>
    </w:p>
    <w:p>
      <w:pPr>
        <w:spacing w:after="80"/>
        <w:ind w:left="283"/>
      </w:pPr>
      <w:r>
        <w:rPr>
          <w:rFonts w:ascii="Microsoft YaHei" w:hAnsi="Microsoft YaHei" w:eastAsia="Microsoft YaHei"/>
          <w:color w:val="333333"/>
          <w:sz w:val="22"/>
        </w:rPr>
        <w:t>☐  把报告的四个字母，写成四条「我的沟通默认动作」，贴在工位</w:t>
      </w:r>
    </w:p>
    <w:p>
      <w:pPr>
        <w:spacing w:after="80"/>
        <w:ind w:left="283"/>
      </w:pPr>
      <w:r>
        <w:rPr>
          <w:rFonts w:ascii="Microsoft YaHei" w:hAnsi="Microsoft YaHei" w:eastAsia="Microsoft YaHei"/>
          <w:color w:val="333333"/>
          <w:sz w:val="22"/>
        </w:rPr>
        <w:t>☐  留意一次别人误会你的时刻，回看是哪条默认动作造成的</w:t>
      </w:r>
    </w:p>
    <w:p>
      <w:pPr>
        <w:spacing w:after="60" w:before="0" w:line="352" w:lineRule="exact"/>
      </w:pPr>
      <w:r>
        <w:rPr>
          <w:rFonts w:ascii="Microsoft YaHei" w:hAnsi="Microsoft YaHei" w:eastAsia="Microsoft YaHei"/>
          <w:b w:val="0"/>
          <w:i w:val="0"/>
          <w:color w:val="333333"/>
          <w:sz w:val="22"/>
        </w:rPr>
        <w:t>具体行动：___________________________________</w:t>
      </w:r>
    </w:p>
    <w:p>
      <w:pPr>
        <w:spacing w:after="60" w:before="0" w:line="352" w:lineRule="exact"/>
      </w:pPr>
      <w:r>
        <w:rPr>
          <w:rFonts w:ascii="Microsoft YaHei" w:hAnsi="Microsoft YaHei" w:eastAsia="Microsoft YaHei"/>
          <w:b w:val="0"/>
          <w:i w:val="0"/>
          <w:color w:val="333333"/>
          <w:sz w:val="22"/>
        </w:rPr>
        <w:t>我的当责伙伴：_______________</w:t>
      </w:r>
    </w:p>
    <w:p>
      <w:r>
        <w:br w:type="page"/>
      </w:r>
    </w:p>
    <w:p>
      <w:pPr>
        <w:spacing w:after="40" w:before="200" w:line="448" w:lineRule="exact"/>
      </w:pPr>
      <w:r>
        <w:rPr>
          <w:rFonts w:ascii="SimHei" w:hAnsi="SimHei" w:eastAsia="SimHei"/>
          <w:b/>
          <w:i w:val="0"/>
          <w:color w:val="8DC643"/>
          <w:sz w:val="28"/>
        </w:rPr>
        <w:t>模块二</w:t>
      </w:r>
    </w:p>
    <w:p>
      <w:pPr>
        <w:keepNext/>
        <w:spacing w:after="120" w:before="0" w:line="576" w:lineRule="exact"/>
      </w:pPr>
      <w:r>
        <w:rPr>
          <w:rFonts w:ascii="SimHei" w:hAnsi="SimHei" w:eastAsia="SimHei"/>
          <w:b/>
          <w:i w:val="0"/>
          <w:color w:val="013147"/>
          <w:sz w:val="36"/>
        </w:rPr>
        <w:t>读懂别人：从行为读偏好</w:t>
      </w:r>
    </w:p>
    <w:p>
      <w:pPr>
        <w:spacing w:after="120" w:before="0" w:line="352" w:lineRule="exact"/>
      </w:pPr>
      <w:r>
        <w:rPr>
          <w:rFonts w:ascii="Microsoft YaHei" w:hAnsi="Microsoft YaHei" w:eastAsia="Microsoft YaHei"/>
          <w:b w:val="0"/>
          <w:i/>
          <w:color w:val="888888"/>
          <w:sz w:val="22"/>
        </w:rPr>
        <w:t>不看报告、不下结论——只观察可重复出现的行为</w:t>
      </w:r>
    </w:p>
    <w:p>
      <w:pPr>
        <w:spacing w:after="80" w:before="0" w:line="384" w:lineRule="exact"/>
      </w:pPr>
      <w:r>
        <w:rPr>
          <w:rFonts w:ascii="Microsoft YaHei" w:hAnsi="Microsoft YaHei" w:eastAsia="Microsoft YaHei"/>
          <w:b/>
          <w:i w:val="0"/>
          <w:color w:val="013147"/>
          <w:sz w:val="24"/>
        </w:rPr>
        <w:t>【模块学习目标】</w:t>
      </w:r>
    </w:p>
    <w:p>
      <w:pPr>
        <w:spacing w:after="60"/>
        <w:ind w:left="283"/>
      </w:pPr>
      <w:r>
        <w:rPr>
          <w:rFonts w:ascii="Microsoft YaHei" w:hAnsi="Microsoft YaHei" w:eastAsia="Microsoft YaHei"/>
          <w:b w:val="0"/>
          <w:color w:val="333333"/>
          <w:sz w:val="22"/>
        </w:rPr>
        <w:t>• 用可观察的行为线索推测他人偏好，而不是给人贴标签</w:t>
      </w:r>
    </w:p>
    <w:p>
      <w:pPr>
        <w:spacing w:after="60"/>
        <w:ind w:left="283"/>
      </w:pPr>
      <w:r>
        <w:rPr>
          <w:rFonts w:ascii="Microsoft YaHei" w:hAnsi="Microsoft YaHei" w:eastAsia="Microsoft YaHei"/>
          <w:b w:val="0"/>
          <w:color w:val="333333"/>
          <w:sz w:val="22"/>
        </w:rPr>
        <w:t>• 掌握四类偏好差异在沟通中的典型冲突点</w:t>
      </w:r>
    </w:p>
    <w:p>
      <w:pPr>
        <w:spacing w:after="160" w:before="80" w:line="380" w:lineRule="exact"/>
        <w:jc w:val="center"/>
      </w:pPr>
      <w:r>
        <w:rPr>
          <w:rFonts w:ascii="Microsoft YaHei" w:hAnsi="Microsoft YaHei" w:eastAsia="Microsoft YaHei"/>
          <w:sz w:val="24"/>
        </w:rPr>
        <w:t xml:space="preserve">从 </w:t>
      </w:r>
      <w:r>
        <w:rPr>
          <w:rFonts w:ascii="Microsoft YaHei" w:hAnsi="Microsoft YaHei" w:eastAsia="Microsoft YaHei"/>
          <w:b/>
          <w:color w:val="888888"/>
          <w:sz w:val="24"/>
        </w:rPr>
        <w:t>「凭感觉给对方定性」</w:t>
      </w:r>
      <w:r>
        <w:rPr>
          <w:rFonts w:ascii="Microsoft YaHei" w:hAnsi="Microsoft YaHei" w:eastAsia="Microsoft YaHei"/>
          <w:sz w:val="24"/>
        </w:rPr>
        <w:t xml:space="preserve"> 到 </w:t>
      </w:r>
      <w:r>
        <w:rPr>
          <w:rFonts w:ascii="Microsoft YaHei" w:hAnsi="Microsoft YaHei" w:eastAsia="Microsoft YaHei"/>
          <w:b/>
          <w:color w:val="8DC643"/>
          <w:sz w:val="24"/>
        </w:rPr>
        <w:t>「凭行为提出可验证的假设」</w:t>
      </w:r>
    </w:p>
    <w:p>
      <w:pPr>
        <w:spacing w:after="800" w:before="0"/>
      </w:pPr>
      <w:r>
        <w:rPr>
          <w:sz w:val="12"/>
        </w:rPr>
      </w:r>
    </w:p>
    <w:p>
      <w:pPr>
        <w:spacing w:after="80" w:before="80" w:line="384" w:lineRule="exact"/>
      </w:pPr>
      <w:r>
        <w:rPr>
          <w:rFonts w:ascii="Microsoft YaHei" w:hAnsi="Microsoft YaHei" w:eastAsia="Microsoft YaHei"/>
          <w:b/>
          <w:i w:val="0"/>
          <w:color w:val="013147"/>
          <w:sz w:val="24"/>
        </w:rPr>
        <w:t>【我的课前思考】</w:t>
      </w:r>
    </w:p>
    <w:p>
      <w:pPr>
        <w:spacing w:after="60"/>
        <w:ind w:left="170"/>
      </w:pPr>
      <w:r>
        <w:rPr>
          <w:rFonts w:ascii="Microsoft YaHei" w:hAnsi="Microsoft YaHei" w:eastAsia="Microsoft YaHei"/>
          <w:b w:val="0"/>
          <w:color w:val="333333"/>
          <w:sz w:val="22"/>
        </w:rPr>
        <w:t>• 你身边最难沟通的那个人，他反复出现的行为是什么？</w:t>
      </w:r>
    </w:p>
    <w:p>
      <w:pPr>
        <w:spacing w:after="60"/>
        <w:ind w:left="170"/>
      </w:pPr>
      <w:r>
        <w:rPr>
          <w:rFonts w:ascii="Microsoft YaHei" w:hAnsi="Microsoft YaHei" w:eastAsia="Microsoft YaHei"/>
          <w:b w:val="0"/>
          <w:color w:val="333333"/>
          <w:sz w:val="22"/>
        </w:rPr>
        <w:t>• 你有没有用「他就是这种人」给谁下过结论？</w:t>
      </w:r>
    </w:p>
    <w:p>
      <w:pPr>
        <w:spacing w:after="80" w:line="240" w:lineRule="exact"/>
      </w:pPr>
      <w:r>
        <w:rPr>
          <w:rFonts w:ascii="Microsoft YaHei" w:hAnsi="Microsoft YaHei" w:eastAsia="Microsoft YaHei"/>
          <w:color w:val="CCCCCC"/>
          <w:sz w:val="22"/>
        </w:rPr>
        <w:t>_____________________________________________________________________________________</w:t>
      </w:r>
    </w:p>
    <w:p>
      <w:pPr>
        <w:spacing w:after="80" w:line="240" w:lineRule="exact"/>
      </w:pPr>
      <w:r>
        <w:rPr>
          <w:rFonts w:ascii="Microsoft YaHei" w:hAnsi="Microsoft YaHei" w:eastAsia="Microsoft YaHei"/>
          <w:color w:val="CCCCCC"/>
          <w:sz w:val="22"/>
        </w:rPr>
        <w:t>_____________________________________________________________________________________</w:t>
      </w:r>
    </w:p>
    <w:p>
      <w:pPr>
        <w:spacing w:after="80" w:line="240" w:lineRule="exact"/>
      </w:pPr>
      <w:r>
        <w:rPr>
          <w:rFonts w:ascii="Microsoft YaHei" w:hAnsi="Microsoft YaHei" w:eastAsia="Microsoft YaHei"/>
          <w:color w:val="CCCCCC"/>
          <w:sz w:val="22"/>
        </w:rPr>
        <w:t>_____________________________________________________________________________________</w:t>
      </w:r>
    </w:p>
    <w:p>
      <w:r>
        <w:br w:type="page"/>
      </w:r>
    </w:p>
    <w:p>
      <w:pPr>
        <w:spacing w:after="160" w:before="0"/>
      </w:pPr>
      <w:r>
        <w:rPr>
          <w:sz w:val="12"/>
        </w:rPr>
      </w:r>
    </w:p>
    <w:p>
      <w:pPr>
        <w:keepNext/>
        <w:spacing w:after="80" w:before="160" w:line="416" w:lineRule="exact"/>
      </w:pPr>
      <w:r>
        <w:rPr>
          <w:rFonts w:ascii="Microsoft YaHei" w:hAnsi="Microsoft YaHei" w:eastAsia="Microsoft YaHei"/>
          <w:b/>
          <w:i w:val="0"/>
          <w:color w:val="013147"/>
          <w:sz w:val="26"/>
        </w:rPr>
        <w:t>读别人的方法：只看行为</w:t>
      </w:r>
    </w:p>
    <w:p>
      <w:pPr>
        <w:keepNext/>
        <w:spacing w:after="60" w:before="120" w:line="352" w:lineRule="exact"/>
      </w:pPr>
      <w:r>
        <w:rPr>
          <w:rFonts w:ascii="Microsoft YaHei" w:hAnsi="Microsoft YaHei" w:eastAsia="Microsoft YaHei"/>
          <w:b/>
          <w:i w:val="0"/>
          <w:color w:val="013147"/>
          <w:sz w:val="22"/>
        </w:rPr>
        <w:t>【核心模型】</w:t>
      </w:r>
    </w:p>
    <w:tbl>
      <w:tblPr>
        <w:tblW w:type="auto" w:w="0"/>
        <w:jc w:val="center"/>
        <w:tblLook w:firstColumn="1" w:firstRow="1" w:lastColumn="0" w:lastRow="0" w:noHBand="0" w:noVBand="1" w:val="04A0"/>
        <w:cantSplit/>
      </w:tblPr>
      <w:tblGrid>
        <w:gridCol w:w="2268"/>
        <w:gridCol w:w="2268"/>
        <w:gridCol w:w="2268"/>
        <w:gridCol w:w="2268"/>
      </w:tblGrid>
      <w:tr>
        <w:tc>
          <w:tcPr>
            <w:tcW w:type="dxa" w:w="2268"/>
            <w:shd w:val="clear" w:color="auto" w:fill="013147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  <w:jc w:val="center"/>
            </w:pPr>
            <w:r>
              <w:rPr>
                <w:rFonts w:ascii="Microsoft YaHei" w:hAnsi="Microsoft YaHei" w:eastAsia="Microsoft YaHei"/>
                <w:b/>
                <w:color w:val="FFFFFF"/>
                <w:sz w:val="20"/>
              </w:rPr>
              <w:t>维度</w:t>
            </w:r>
          </w:p>
        </w:tc>
        <w:tc>
          <w:tcPr>
            <w:tcW w:type="dxa" w:w="2268"/>
            <w:shd w:val="clear" w:color="auto" w:fill="013147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  <w:jc w:val="center"/>
            </w:pPr>
            <w:r>
              <w:rPr>
                <w:rFonts w:ascii="Microsoft YaHei" w:hAnsi="Microsoft YaHei" w:eastAsia="Microsoft YaHei"/>
                <w:b/>
                <w:color w:val="FFFFFF"/>
                <w:sz w:val="20"/>
              </w:rPr>
              <w:t>观察什么</w:t>
            </w:r>
          </w:p>
        </w:tc>
        <w:tc>
          <w:tcPr>
            <w:tcW w:type="dxa" w:w="2268"/>
            <w:shd w:val="clear" w:color="auto" w:fill="013147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  <w:jc w:val="center"/>
            </w:pPr>
            <w:r>
              <w:rPr>
                <w:rFonts w:ascii="Microsoft YaHei" w:hAnsi="Microsoft YaHei" w:eastAsia="Microsoft YaHei"/>
                <w:b/>
                <w:color w:val="FFFFFF"/>
                <w:sz w:val="20"/>
              </w:rPr>
              <w:t>更可能这样</w:t>
            </w:r>
          </w:p>
        </w:tc>
        <w:tc>
          <w:tcPr>
            <w:tcW w:type="dxa" w:w="2268"/>
            <w:shd w:val="clear" w:color="auto" w:fill="013147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  <w:jc w:val="center"/>
            </w:pPr>
            <w:r>
              <w:rPr>
                <w:rFonts w:ascii="Microsoft YaHei" w:hAnsi="Microsoft YaHei" w:eastAsia="Microsoft YaHei"/>
                <w:b/>
                <w:color w:val="FFFFFF"/>
                <w:sz w:val="20"/>
              </w:rPr>
              <w:t>更可能那样</w:t>
            </w:r>
          </w:p>
        </w:tc>
      </w:tr>
      <w:tr>
        <w:tc>
          <w:tcPr>
            <w:tcW w:type="dxa" w:w="2268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E / I</w:t>
            </w:r>
          </w:p>
        </w:tc>
        <w:tc>
          <w:tcPr>
            <w:tcW w:type="dxa" w:w="2268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他什么时候开口</w:t>
            </w:r>
          </w:p>
        </w:tc>
        <w:tc>
          <w:tcPr>
            <w:tcW w:type="dxa" w:w="2268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会上边说边想、当场表态</w:t>
            </w:r>
          </w:p>
        </w:tc>
        <w:tc>
          <w:tcPr>
            <w:tcW w:type="dxa" w:w="2268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会后补充、想好再说</w:t>
            </w:r>
          </w:p>
        </w:tc>
      </w:tr>
      <w:tr>
        <w:tc>
          <w:tcPr>
            <w:tcW w:type="dxa" w:w="2268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S / N</w:t>
            </w:r>
          </w:p>
        </w:tc>
        <w:tc>
          <w:tcPr>
            <w:tcW w:type="dxa" w:w="2268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他要的是什么</w:t>
            </w:r>
          </w:p>
        </w:tc>
        <w:tc>
          <w:tcPr>
            <w:tcW w:type="dxa" w:w="2268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要细节、要例子、要步骤</w:t>
            </w:r>
          </w:p>
        </w:tc>
        <w:tc>
          <w:tcPr>
            <w:tcW w:type="dxa" w:w="2268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要方向、要可能、要蓝图</w:t>
            </w:r>
          </w:p>
        </w:tc>
      </w:tr>
      <w:tr>
        <w:tc>
          <w:tcPr>
            <w:tcW w:type="dxa" w:w="2268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T / F</w:t>
            </w:r>
          </w:p>
        </w:tc>
        <w:tc>
          <w:tcPr>
            <w:tcW w:type="dxa" w:w="2268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他先关注什么</w:t>
            </w:r>
          </w:p>
        </w:tc>
        <w:tc>
          <w:tcPr>
            <w:tcW w:type="dxa" w:w="2268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先讲逻辑对错</w:t>
            </w:r>
          </w:p>
        </w:tc>
        <w:tc>
          <w:tcPr>
            <w:tcW w:type="dxa" w:w="2268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先讲关系感受</w:t>
            </w:r>
          </w:p>
        </w:tc>
      </w:tr>
      <w:tr>
        <w:tc>
          <w:tcPr>
            <w:tcW w:type="dxa" w:w="2268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J / P</w:t>
            </w:r>
          </w:p>
        </w:tc>
        <w:tc>
          <w:tcPr>
            <w:tcW w:type="dxa" w:w="2268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他怎么推进</w:t>
            </w:r>
          </w:p>
        </w:tc>
        <w:tc>
          <w:tcPr>
            <w:tcW w:type="dxa" w:w="2268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要计划、要节点、要闭合</w:t>
            </w:r>
          </w:p>
        </w:tc>
        <w:tc>
          <w:tcPr>
            <w:tcW w:type="dxa" w:w="2268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要弹性、要留口、边做边调</w:t>
            </w:r>
          </w:p>
        </w:tc>
      </w:tr>
    </w:tbl>
    <w:p>
      <w:pPr>
        <w:spacing w:after="120" w:before="0"/>
      </w:pPr>
      <w:r>
        <w:rPr>
          <w:sz w:val="12"/>
        </w:rPr>
      </w:r>
    </w:p>
    <w:p>
      <w:pPr>
        <w:keepNext/>
        <w:spacing w:after="60" w:before="120" w:line="352" w:lineRule="exact"/>
      </w:pPr>
      <w:r>
        <w:rPr>
          <w:rFonts w:ascii="Microsoft YaHei" w:hAnsi="Microsoft YaHei" w:eastAsia="Microsoft YaHei"/>
          <w:b/>
          <w:i w:val="0"/>
          <w:color w:val="013147"/>
          <w:sz w:val="22"/>
        </w:rPr>
        <w:t>【案例】</w:t>
      </w:r>
    </w:p>
    <w:p>
      <w:pPr>
        <w:spacing w:after="80" w:before="0" w:line="352" w:lineRule="exact"/>
      </w:pPr>
      <w:r>
        <w:rPr>
          <w:rFonts w:ascii="Microsoft YaHei" w:hAnsi="Microsoft YaHei" w:eastAsia="Microsoft YaHei"/>
          <w:b w:val="0"/>
          <w:i w:val="0"/>
          <w:color w:val="333333"/>
          <w:sz w:val="22"/>
        </w:rPr>
        <w:t>读人的纪律：只记行为、不记评价；判读永远写成「假设 + 待验证的问题」。</w:t>
      </w:r>
    </w:p>
    <w:p>
      <w:pPr>
        <w:spacing w:before="120" w:after="80"/>
        <w:keepLines/>
      </w:pPr>
      <w:r>
        <w:rPr>
          <w:rFonts w:ascii="Microsoft YaHei" w:hAnsi="Microsoft YaHei" w:eastAsia="Microsoft YaHei"/>
          <w:b/>
          <w:color w:val="888888"/>
          <w:sz w:val="20"/>
        </w:rPr>
        <w:t>我的笔记：</w:t>
      </w:r>
      <w:r>
        <w:br/>
      </w:r>
      <w:r>
        <w:rPr>
          <w:rFonts w:ascii="Microsoft YaHei" w:hAnsi="Microsoft YaHei" w:eastAsia="Microsoft YaHei"/>
          <w:color w:val="CCCCCC"/>
          <w:sz w:val="22"/>
        </w:rPr>
        <w:t>_____________________________________________________________________________________</w:t>
      </w:r>
      <w:r>
        <w:br/>
      </w:r>
      <w:r>
        <w:rPr>
          <w:rFonts w:ascii="Microsoft YaHei" w:hAnsi="Microsoft YaHei" w:eastAsia="Microsoft YaHei"/>
          <w:color w:val="CCCCCC"/>
          <w:sz w:val="22"/>
        </w:rPr>
        <w:t>_____________________________________________________________________________________</w:t>
      </w:r>
      <w:r>
        <w:br/>
      </w:r>
      <w:r>
        <w:rPr>
          <w:rFonts w:ascii="Microsoft YaHei" w:hAnsi="Microsoft YaHei" w:eastAsia="Microsoft YaHei"/>
          <w:color w:val="CCCCCC"/>
          <w:sz w:val="22"/>
        </w:rPr>
        <w:t>_____________________________________________________________________________________</w:t>
      </w:r>
    </w:p>
    <w:p>
      <w:pPr>
        <w:spacing w:after="160" w:before="0"/>
      </w:pPr>
      <w:r>
        <w:rPr>
          <w:sz w:val="12"/>
        </w:rPr>
      </w:r>
    </w:p>
    <w:p>
      <w:pPr>
        <w:keepNext/>
        <w:spacing w:after="80" w:before="160" w:line="416" w:lineRule="exact"/>
      </w:pPr>
      <w:r>
        <w:rPr>
          <w:rFonts w:ascii="Microsoft YaHei" w:hAnsi="Microsoft YaHei" w:eastAsia="Microsoft YaHei"/>
          <w:b/>
          <w:i w:val="0"/>
          <w:color w:val="013147"/>
          <w:sz w:val="26"/>
        </w:rPr>
        <w:t>四类偏好差异的典型冲突</w:t>
      </w:r>
    </w:p>
    <w:p>
      <w:pPr>
        <w:keepNext/>
        <w:spacing w:after="60" w:before="120" w:line="352" w:lineRule="exact"/>
      </w:pPr>
      <w:r>
        <w:rPr>
          <w:rFonts w:ascii="Microsoft YaHei" w:hAnsi="Microsoft YaHei" w:eastAsia="Microsoft YaHei"/>
          <w:b/>
          <w:i w:val="0"/>
          <w:color w:val="013147"/>
          <w:sz w:val="22"/>
        </w:rPr>
        <w:t>【核心模型】</w:t>
      </w:r>
    </w:p>
    <w:tbl>
      <w:tblPr>
        <w:tblW w:type="auto" w:w="0"/>
        <w:jc w:val="center"/>
        <w:tblLook w:firstColumn="1" w:firstRow="1" w:lastColumn="0" w:lastRow="0" w:noHBand="0" w:noVBand="1" w:val="04A0"/>
        <w:cantSplit/>
      </w:tblPr>
      <w:tblGrid>
        <w:gridCol w:w="3024"/>
        <w:gridCol w:w="3024"/>
        <w:gridCol w:w="3024"/>
      </w:tblGrid>
      <w:tr>
        <w:tc>
          <w:tcPr>
            <w:tcW w:type="dxa" w:w="3024"/>
            <w:shd w:val="clear" w:color="auto" w:fill="013147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  <w:jc w:val="center"/>
            </w:pPr>
            <w:r>
              <w:rPr>
                <w:rFonts w:ascii="Microsoft YaHei" w:hAnsi="Microsoft YaHei" w:eastAsia="Microsoft YaHei"/>
                <w:b/>
                <w:color w:val="FFFFFF"/>
                <w:sz w:val="20"/>
              </w:rPr>
              <w:t>冲突</w:t>
            </w:r>
          </w:p>
        </w:tc>
        <w:tc>
          <w:tcPr>
            <w:tcW w:type="dxa" w:w="3024"/>
            <w:shd w:val="clear" w:color="auto" w:fill="013147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  <w:jc w:val="center"/>
            </w:pPr>
            <w:r>
              <w:rPr>
                <w:rFonts w:ascii="Microsoft YaHei" w:hAnsi="Microsoft YaHei" w:eastAsia="Microsoft YaHei"/>
                <w:b/>
                <w:color w:val="FFFFFF"/>
                <w:sz w:val="20"/>
              </w:rPr>
              <w:t>一面</w:t>
            </w:r>
          </w:p>
        </w:tc>
        <w:tc>
          <w:tcPr>
            <w:tcW w:type="dxa" w:w="3024"/>
            <w:shd w:val="clear" w:color="auto" w:fill="013147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  <w:jc w:val="center"/>
            </w:pPr>
            <w:r>
              <w:rPr>
                <w:rFonts w:ascii="Microsoft YaHei" w:hAnsi="Microsoft YaHei" w:eastAsia="Microsoft YaHei"/>
                <w:b/>
                <w:color w:val="FFFFFF"/>
                <w:sz w:val="20"/>
              </w:rPr>
              <w:t>另一面</w:t>
            </w:r>
          </w:p>
        </w:tc>
      </w:tr>
      <w:tr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S / N</w:t>
            </w:r>
          </w:p>
        </w:tc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S 嫌材料没细节、落不了地</w:t>
            </w:r>
          </w:p>
        </w:tc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N 嫌看不到意义、抓不住方向</w:t>
            </w:r>
          </w:p>
        </w:tc>
      </w:tr>
      <w:tr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T / F</w:t>
            </w:r>
          </w:p>
        </w:tc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T 的直接常被读成冷</w:t>
            </w:r>
          </w:p>
        </w:tc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F 的委婉常被读成含糊</w:t>
            </w:r>
          </w:p>
        </w:tc>
      </w:tr>
      <w:tr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E / I</w:t>
            </w:r>
          </w:p>
        </w:tc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I 要时间想清楚再开口</w:t>
            </w:r>
          </w:p>
        </w:tc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E 边想边说——会议节奏不合</w:t>
            </w:r>
          </w:p>
        </w:tc>
      </w:tr>
      <w:tr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J / P</w:t>
            </w:r>
          </w:p>
        </w:tc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J 怕收不住、要闭合</w:t>
            </w:r>
          </w:p>
        </w:tc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P 怕被锁死、要留口</w:t>
            </w:r>
          </w:p>
        </w:tc>
      </w:tr>
    </w:tbl>
    <w:p>
      <w:pPr>
        <w:spacing w:after="120" w:before="0"/>
      </w:pPr>
      <w:r>
        <w:rPr>
          <w:sz w:val="12"/>
        </w:rPr>
      </w:r>
    </w:p>
    <w:p>
      <w:pPr>
        <w:keepNext/>
        <w:spacing w:after="60" w:before="120" w:line="352" w:lineRule="exact"/>
      </w:pPr>
      <w:r>
        <w:rPr>
          <w:rFonts w:ascii="Microsoft YaHei" w:hAnsi="Microsoft YaHei" w:eastAsia="Microsoft YaHei"/>
          <w:b/>
          <w:i w:val="0"/>
          <w:color w:val="013147"/>
          <w:sz w:val="22"/>
        </w:rPr>
        <w:t>【对比】</w:t>
      </w:r>
    </w:p>
    <w:p>
      <w:pPr>
        <w:spacing w:after="60" w:before="0" w:line="352" w:lineRule="exact"/>
      </w:pPr>
      <w:r>
        <w:rPr>
          <w:rFonts w:ascii="Microsoft YaHei" w:hAnsi="Microsoft YaHei" w:eastAsia="Microsoft YaHei"/>
          <w:b w:val="0"/>
          <w:i w:val="0"/>
          <w:color w:val="C0392B"/>
          <w:sz w:val="22"/>
        </w:rPr>
        <w:t>✘ 用偏好定性：「你就是这种人」，一句话把人框死。</w:t>
      </w:r>
    </w:p>
    <w:p>
      <w:pPr>
        <w:spacing w:after="80" w:before="0" w:line="352" w:lineRule="exact"/>
      </w:pPr>
      <w:r>
        <w:rPr>
          <w:rFonts w:ascii="Microsoft YaHei" w:hAnsi="Microsoft YaHei" w:eastAsia="Microsoft YaHei"/>
          <w:b w:val="0"/>
          <w:i w:val="0"/>
          <w:color w:val="27AE60"/>
          <w:sz w:val="22"/>
        </w:rPr>
        <w:t>✔ 用偏好调整：「我这句怎么说他更容易接住」，这才是目的。</w:t>
      </w:r>
    </w:p>
    <w:p>
      <w:pPr>
        <w:spacing w:before="120" w:after="80"/>
        <w:keepLines/>
      </w:pPr>
      <w:r>
        <w:rPr>
          <w:rFonts w:ascii="Microsoft YaHei" w:hAnsi="Microsoft YaHei" w:eastAsia="Microsoft YaHei"/>
          <w:b/>
          <w:color w:val="888888"/>
          <w:sz w:val="20"/>
        </w:rPr>
        <w:t>我的笔记：</w:t>
      </w:r>
      <w:r>
        <w:br/>
      </w:r>
      <w:r>
        <w:rPr>
          <w:rFonts w:ascii="Microsoft YaHei" w:hAnsi="Microsoft YaHei" w:eastAsia="Microsoft YaHei"/>
          <w:color w:val="CCCCCC"/>
          <w:sz w:val="22"/>
        </w:rPr>
        <w:t>_____________________________________________________________________________________</w:t>
      </w:r>
      <w:r>
        <w:br/>
      </w:r>
      <w:r>
        <w:rPr>
          <w:rFonts w:ascii="Microsoft YaHei" w:hAnsi="Microsoft YaHei" w:eastAsia="Microsoft YaHei"/>
          <w:color w:val="CCCCCC"/>
          <w:sz w:val="22"/>
        </w:rPr>
        <w:t>_____________________________________________________________________________________</w:t>
      </w:r>
      <w:r>
        <w:br/>
      </w:r>
      <w:r>
        <w:rPr>
          <w:rFonts w:ascii="Microsoft YaHei" w:hAnsi="Microsoft YaHei" w:eastAsia="Microsoft YaHei"/>
          <w:color w:val="CCCCCC"/>
          <w:sz w:val="22"/>
        </w:rPr>
        <w:t>_____________________________________________________________________________________</w:t>
      </w:r>
    </w:p>
    <w:p>
      <w:r>
        <w:br w:type="page"/>
      </w:r>
    </w:p>
    <w:p>
      <w:pPr>
        <w:spacing w:after="160" w:before="0"/>
      </w:pPr>
      <w:r>
        <w:rPr>
          <w:sz w:val="12"/>
        </w:rPr>
      </w:r>
    </w:p>
    <w:p>
      <w:pPr>
        <w:keepNext/>
        <w:spacing w:after="80" w:before="160" w:line="416" w:lineRule="exact"/>
      </w:pPr>
      <w:r>
        <w:rPr>
          <w:rFonts w:ascii="Microsoft YaHei" w:hAnsi="Microsoft YaHei" w:eastAsia="Microsoft YaHei"/>
          <w:b/>
          <w:i w:val="0"/>
          <w:color w:val="013147"/>
          <w:sz w:val="26"/>
        </w:rPr>
        <w:t>练习 · 给一位同事画偏好草图</w:t>
      </w:r>
    </w:p>
    <w:p>
      <w:pPr>
        <w:spacing w:after="80" w:before="0" w:line="352" w:lineRule="exact"/>
      </w:pPr>
      <w:r>
        <w:rPr>
          <w:rFonts w:ascii="Microsoft YaHei" w:hAnsi="Microsoft YaHei" w:eastAsia="Microsoft YaHei"/>
          <w:b w:val="0"/>
          <w:i w:val="0"/>
          <w:color w:val="333333"/>
          <w:sz w:val="22"/>
        </w:rPr>
        <w:t>选一位真实同事，用行为线索在观察表上画出他的偏好草图，小组内互相验证假设。</w:t>
      </w:r>
    </w:p>
    <w:p>
      <w:pPr>
        <w:spacing w:after="60" w:before="0" w:line="352" w:lineRule="exact"/>
      </w:pPr>
      <w:r>
        <w:rPr>
          <w:rFonts w:ascii="Microsoft YaHei" w:hAnsi="Microsoft YaHei" w:eastAsia="Microsoft YaHei"/>
          <w:b w:val="0"/>
          <w:i w:val="0"/>
          <w:color w:val="333333"/>
          <w:sz w:val="22"/>
        </w:rPr>
        <w:t>1. 选一位你常合作的同事，别选最熟的那位</w:t>
      </w:r>
    </w:p>
    <w:p>
      <w:pPr>
        <w:spacing w:after="60" w:before="0" w:line="352" w:lineRule="exact"/>
      </w:pPr>
      <w:r>
        <w:rPr>
          <w:rFonts w:ascii="Microsoft YaHei" w:hAnsi="Microsoft YaHei" w:eastAsia="Microsoft YaHei"/>
          <w:b w:val="0"/>
          <w:i w:val="0"/>
          <w:color w:val="333333"/>
          <w:sz w:val="22"/>
        </w:rPr>
        <w:t>2. 按四个维度，各写下 1 条你观察到的行为（不写评价）</w:t>
      </w:r>
    </w:p>
    <w:p>
      <w:pPr>
        <w:spacing w:after="60" w:before="0" w:line="352" w:lineRule="exact"/>
      </w:pPr>
      <w:r>
        <w:rPr>
          <w:rFonts w:ascii="Microsoft YaHei" w:hAnsi="Microsoft YaHei" w:eastAsia="Microsoft YaHei"/>
          <w:b w:val="0"/>
          <w:i w:val="0"/>
          <w:color w:val="333333"/>
          <w:sz w:val="22"/>
        </w:rPr>
        <w:t>3. 给每个维度写一句「待验证的问题」</w:t>
      </w:r>
    </w:p>
    <w:p>
      <w:pPr>
        <w:spacing w:after="60" w:before="0" w:line="352" w:lineRule="exact"/>
      </w:pPr>
      <w:r>
        <w:rPr>
          <w:rFonts w:ascii="Microsoft YaHei" w:hAnsi="Microsoft YaHei" w:eastAsia="Microsoft YaHei"/>
          <w:b w:val="0"/>
          <w:i w:val="0"/>
          <w:color w:val="333333"/>
          <w:sz w:val="22"/>
        </w:rPr>
        <w:t>4. 小组互读：把「我最不确定的那一条」讲出来，请大家帮你验证</w:t>
      </w:r>
    </w:p>
    <w:p>
      <w:pPr>
        <w:spacing w:after="80" w:line="240" w:lineRule="exact"/>
      </w:pPr>
      <w:r>
        <w:rPr>
          <w:rFonts w:ascii="Microsoft YaHei" w:hAnsi="Microsoft YaHei" w:eastAsia="Microsoft YaHei"/>
          <w:color w:val="CCCCCC"/>
          <w:sz w:val="22"/>
        </w:rPr>
        <w:t>_____________________________________________________________________________________</w:t>
      </w:r>
    </w:p>
    <w:p>
      <w:pPr>
        <w:spacing w:after="80" w:line="240" w:lineRule="exact"/>
      </w:pPr>
      <w:r>
        <w:rPr>
          <w:rFonts w:ascii="Microsoft YaHei" w:hAnsi="Microsoft YaHei" w:eastAsia="Microsoft YaHei"/>
          <w:color w:val="CCCCCC"/>
          <w:sz w:val="22"/>
        </w:rPr>
        <w:t>_____________________________________________________________________________________</w:t>
      </w:r>
    </w:p>
    <w:p>
      <w:pPr>
        <w:spacing w:after="80" w:line="240" w:lineRule="exact"/>
      </w:pPr>
      <w:r>
        <w:rPr>
          <w:rFonts w:ascii="Microsoft YaHei" w:hAnsi="Microsoft YaHei" w:eastAsia="Microsoft YaHei"/>
          <w:color w:val="CCCCCC"/>
          <w:sz w:val="22"/>
        </w:rPr>
        <w:t>_____________________________________________________________________________________</w:t>
      </w:r>
    </w:p>
    <w:p>
      <w:pPr>
        <w:spacing w:before="120" w:after="80"/>
        <w:keepLines/>
      </w:pPr>
      <w:r>
        <w:rPr>
          <w:rFonts w:ascii="Microsoft YaHei" w:hAnsi="Microsoft YaHei" w:eastAsia="Microsoft YaHei"/>
          <w:b/>
          <w:color w:val="888888"/>
          <w:sz w:val="20"/>
        </w:rPr>
        <w:t>我的笔记：</w:t>
      </w:r>
      <w:r>
        <w:br/>
      </w:r>
      <w:r>
        <w:rPr>
          <w:rFonts w:ascii="Microsoft YaHei" w:hAnsi="Microsoft YaHei" w:eastAsia="Microsoft YaHei"/>
          <w:color w:val="CCCCCC"/>
          <w:sz w:val="22"/>
        </w:rPr>
        <w:t>_____________________________________________________________________________________</w:t>
      </w:r>
      <w:r>
        <w:br/>
      </w:r>
      <w:r>
        <w:rPr>
          <w:rFonts w:ascii="Microsoft YaHei" w:hAnsi="Microsoft YaHei" w:eastAsia="Microsoft YaHei"/>
          <w:color w:val="CCCCCC"/>
          <w:sz w:val="22"/>
        </w:rPr>
        <w:t>_____________________________________________________________________________________</w:t>
      </w:r>
      <w:r>
        <w:br/>
      </w:r>
      <w:r>
        <w:rPr>
          <w:rFonts w:ascii="Microsoft YaHei" w:hAnsi="Microsoft YaHei" w:eastAsia="Microsoft YaHei"/>
          <w:color w:val="CCCCCC"/>
          <w:sz w:val="22"/>
        </w:rPr>
        <w:t>_____________________________________________________________________________________</w:t>
      </w:r>
    </w:p>
    <w:p>
      <w:pPr>
        <w:spacing w:after="200" w:before="0"/>
      </w:pPr>
      <w:r>
        <w:rPr>
          <w:sz w:val="12"/>
        </w:rPr>
      </w:r>
    </w:p>
    <w:p>
      <w:pPr>
        <w:spacing w:after="120" w:before="200" w:line="448" w:lineRule="exact"/>
      </w:pPr>
      <w:r>
        <w:rPr>
          <w:rFonts w:ascii="SimHei" w:hAnsi="SimHei" w:eastAsia="SimHei"/>
          <w:b/>
          <w:i w:val="0"/>
          <w:color w:val="013147"/>
          <w:sz w:val="28"/>
        </w:rPr>
        <w:t>读懂别人：从行为读偏好 · 总结</w:t>
      </w:r>
    </w:p>
    <w:tbl>
      <w:tblPr>
        <w:tblW w:type="auto" w:w="0"/>
        <w:jc w:val="center"/>
        <w:tblLook w:firstColumn="1" w:firstRow="1" w:lastColumn="0" w:lastRow="0" w:noHBand="0" w:noVBand="1" w:val="04A0"/>
        <w:cantSplit/>
      </w:tblPr>
      <w:tblGrid>
        <w:gridCol w:w="9072"/>
      </w:tblGrid>
      <w:tr>
        <w:tc>
          <w:tcPr>
            <w:tcW w:type="dxa" w:w="9072"/>
            <w:shd w:val="clear" w:color="auto" w:fill="013147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after="160" w:before="160" w:line="360" w:lineRule="exact"/>
              <w:jc w:val="center"/>
            </w:pPr>
            <w:r>
              <w:rPr>
                <w:rFonts w:ascii="Microsoft YaHei" w:hAnsi="Microsoft YaHei" w:eastAsia="Microsoft YaHei"/>
                <w:b/>
                <w:color w:val="FFFFFF"/>
                <w:sz w:val="24"/>
              </w:rPr>
              <w:t>偏好是「倾向」不是「事实」——是假设，就要可推翻</w:t>
            </w:r>
          </w:p>
        </w:tc>
      </w:tr>
    </w:tbl>
    <w:p>
      <w:pPr>
        <w:spacing w:after="80" w:before="0"/>
      </w:pPr>
      <w:r>
        <w:rPr>
          <w:sz w:val="12"/>
        </w:rPr>
      </w:r>
    </w:p>
    <w:p>
      <w:pPr>
        <w:spacing w:after="80" w:before="0" w:line="352" w:lineRule="exact"/>
      </w:pPr>
      <w:r>
        <w:rPr>
          <w:rFonts w:ascii="Microsoft YaHei" w:hAnsi="Microsoft YaHei" w:eastAsia="Microsoft YaHei"/>
          <w:b/>
          <w:i w:val="0"/>
          <w:color w:val="333333"/>
          <w:sz w:val="22"/>
        </w:rPr>
        <w:t>我收获的 3 个关键点：</w:t>
      </w:r>
    </w:p>
    <w:p>
      <w:pPr>
        <w:spacing w:after="80" w:before="0" w:line="352" w:lineRule="exact"/>
      </w:pPr>
      <w:r>
        <w:rPr>
          <w:rFonts w:ascii="Microsoft YaHei" w:hAnsi="Microsoft YaHei" w:eastAsia="Microsoft YaHei"/>
          <w:b w:val="0"/>
          <w:i w:val="0"/>
          <w:color w:val="888888"/>
          <w:sz w:val="22"/>
        </w:rPr>
        <w:t>1. ___________________________________</w:t>
      </w:r>
    </w:p>
    <w:p>
      <w:pPr>
        <w:spacing w:after="80" w:before="0" w:line="352" w:lineRule="exact"/>
      </w:pPr>
      <w:r>
        <w:rPr>
          <w:rFonts w:ascii="Microsoft YaHei" w:hAnsi="Microsoft YaHei" w:eastAsia="Microsoft YaHei"/>
          <w:b w:val="0"/>
          <w:i w:val="0"/>
          <w:color w:val="888888"/>
          <w:sz w:val="22"/>
        </w:rPr>
        <w:t>2. ___________________________________</w:t>
      </w:r>
    </w:p>
    <w:p>
      <w:pPr>
        <w:spacing w:after="80" w:before="0" w:line="352" w:lineRule="exact"/>
      </w:pPr>
      <w:r>
        <w:rPr>
          <w:rFonts w:ascii="Microsoft YaHei" w:hAnsi="Microsoft YaHei" w:eastAsia="Microsoft YaHei"/>
          <w:b w:val="0"/>
          <w:i w:val="0"/>
          <w:color w:val="888888"/>
          <w:sz w:val="22"/>
        </w:rPr>
        <w:t>3. ___________________________________</w:t>
      </w:r>
    </w:p>
    <w:p>
      <w:pPr>
        <w:spacing w:after="160" w:before="0"/>
      </w:pPr>
      <w:r>
        <w:rPr>
          <w:sz w:val="12"/>
        </w:rPr>
      </w:r>
    </w:p>
    <w:p>
      <w:pPr>
        <w:spacing w:after="120" w:before="160" w:line="384" w:lineRule="exact"/>
      </w:pPr>
      <w:r>
        <w:rPr>
          <w:rFonts w:ascii="Microsoft YaHei" w:hAnsi="Microsoft YaHei" w:eastAsia="Microsoft YaHei"/>
          <w:b/>
          <w:i w:val="0"/>
          <w:color w:val="013147"/>
          <w:sz w:val="24"/>
        </w:rPr>
        <w:t>读懂别人：从行为读偏好 · 行动承诺</w:t>
      </w:r>
    </w:p>
    <w:p>
      <w:pPr>
        <w:spacing w:after="80"/>
        <w:ind w:left="283"/>
      </w:pPr>
      <w:r>
        <w:rPr>
          <w:rFonts w:ascii="Microsoft YaHei" w:hAnsi="Microsoft YaHei" w:eastAsia="Microsoft YaHei"/>
          <w:color w:val="333333"/>
          <w:sz w:val="22"/>
        </w:rPr>
        <w:t>☐  本周挑一位难沟通的同事，只记行为、不做评价，填一张观察表</w:t>
      </w:r>
    </w:p>
    <w:p>
      <w:pPr>
        <w:spacing w:after="80"/>
        <w:ind w:left="283"/>
      </w:pPr>
      <w:r>
        <w:rPr>
          <w:rFonts w:ascii="Microsoft YaHei" w:hAnsi="Microsoft YaHei" w:eastAsia="Microsoft YaHei"/>
          <w:color w:val="333333"/>
          <w:sz w:val="22"/>
        </w:rPr>
        <w:t>☐  找他验证一次：他说「怎么说更顺」的时候，你怎么回应</w:t>
      </w:r>
    </w:p>
    <w:p>
      <w:pPr>
        <w:spacing w:after="60" w:before="0" w:line="352" w:lineRule="exact"/>
      </w:pPr>
      <w:r>
        <w:rPr>
          <w:rFonts w:ascii="Microsoft YaHei" w:hAnsi="Microsoft YaHei" w:eastAsia="Microsoft YaHei"/>
          <w:b w:val="0"/>
          <w:i w:val="0"/>
          <w:color w:val="333333"/>
          <w:sz w:val="22"/>
        </w:rPr>
        <w:t>具体行动：___________________________________</w:t>
      </w:r>
    </w:p>
    <w:p>
      <w:pPr>
        <w:spacing w:after="60" w:before="0" w:line="352" w:lineRule="exact"/>
      </w:pPr>
      <w:r>
        <w:rPr>
          <w:rFonts w:ascii="Microsoft YaHei" w:hAnsi="Microsoft YaHei" w:eastAsia="Microsoft YaHei"/>
          <w:b w:val="0"/>
          <w:i w:val="0"/>
          <w:color w:val="333333"/>
          <w:sz w:val="22"/>
        </w:rPr>
        <w:t>我的当责伙伴：_______________</w:t>
      </w:r>
    </w:p>
    <w:p>
      <w:r>
        <w:br w:type="page"/>
      </w:r>
    </w:p>
    <w:p>
      <w:pPr>
        <w:spacing w:after="40" w:before="200" w:line="448" w:lineRule="exact"/>
      </w:pPr>
      <w:r>
        <w:rPr>
          <w:rFonts w:ascii="SimHei" w:hAnsi="SimHei" w:eastAsia="SimHei"/>
          <w:b/>
          <w:i w:val="0"/>
          <w:color w:val="8DC643"/>
          <w:sz w:val="28"/>
        </w:rPr>
        <w:t>模块三</w:t>
      </w:r>
    </w:p>
    <w:p>
      <w:pPr>
        <w:keepNext/>
        <w:spacing w:after="120" w:before="0" w:line="576" w:lineRule="exact"/>
      </w:pPr>
      <w:r>
        <w:rPr>
          <w:rFonts w:ascii="SimHei" w:hAnsi="SimHei" w:eastAsia="SimHei"/>
          <w:b/>
          <w:i w:val="0"/>
          <w:color w:val="013147"/>
          <w:sz w:val="36"/>
        </w:rPr>
        <w:t>工具：四维沟通观察表</w:t>
      </w:r>
    </w:p>
    <w:p>
      <w:pPr>
        <w:spacing w:after="120" w:before="0" w:line="352" w:lineRule="exact"/>
      </w:pPr>
      <w:r>
        <w:rPr>
          <w:rFonts w:ascii="Microsoft YaHei" w:hAnsi="Microsoft YaHei" w:eastAsia="Microsoft YaHei"/>
          <w:b w:val="0"/>
          <w:i/>
          <w:color w:val="888888"/>
          <w:sz w:val="22"/>
        </w:rPr>
        <w:t>把「我觉得他不好沟通」，变成「我观察到什么、我猜什么、我要验证什么」</w:t>
      </w:r>
    </w:p>
    <w:p>
      <w:pPr>
        <w:spacing w:after="80" w:before="0" w:line="384" w:lineRule="exact"/>
      </w:pPr>
      <w:r>
        <w:rPr>
          <w:rFonts w:ascii="Microsoft YaHei" w:hAnsi="Microsoft YaHei" w:eastAsia="Microsoft YaHei"/>
          <w:b/>
          <w:i w:val="0"/>
          <w:color w:val="013147"/>
          <w:sz w:val="24"/>
        </w:rPr>
        <w:t>【模块学习目标】</w:t>
      </w:r>
    </w:p>
    <w:p>
      <w:pPr>
        <w:spacing w:after="60"/>
        <w:ind w:left="283"/>
      </w:pPr>
      <w:r>
        <w:rPr>
          <w:rFonts w:ascii="Microsoft YaHei" w:hAnsi="Microsoft YaHei" w:eastAsia="Microsoft YaHei"/>
          <w:b w:val="0"/>
          <w:color w:val="333333"/>
          <w:sz w:val="22"/>
        </w:rPr>
        <w:t>• 掌握《四维沟通观察表》的四栏结构与使用场景</w:t>
      </w:r>
    </w:p>
    <w:p>
      <w:pPr>
        <w:spacing w:after="60"/>
        <w:ind w:left="283"/>
      </w:pPr>
      <w:r>
        <w:rPr>
          <w:rFonts w:ascii="Microsoft YaHei" w:hAnsi="Microsoft YaHei" w:eastAsia="Microsoft YaHei"/>
          <w:b w:val="0"/>
          <w:color w:val="333333"/>
          <w:sz w:val="22"/>
        </w:rPr>
        <w:t>• 用观察表完成一次真实的偏好判读练习</w:t>
      </w:r>
    </w:p>
    <w:p>
      <w:pPr>
        <w:spacing w:after="160" w:before="80" w:line="380" w:lineRule="exact"/>
        <w:jc w:val="center"/>
      </w:pPr>
      <w:r>
        <w:rPr>
          <w:rFonts w:ascii="Microsoft YaHei" w:hAnsi="Microsoft YaHei" w:eastAsia="Microsoft YaHei"/>
          <w:sz w:val="24"/>
        </w:rPr>
        <w:t xml:space="preserve">从 </w:t>
      </w:r>
      <w:r>
        <w:rPr>
          <w:rFonts w:ascii="Microsoft YaHei" w:hAnsi="Microsoft YaHei" w:eastAsia="Microsoft YaHei"/>
          <w:b/>
          <w:color w:val="888888"/>
          <w:sz w:val="24"/>
        </w:rPr>
        <w:t>「把「感觉」当结论」</w:t>
      </w:r>
      <w:r>
        <w:rPr>
          <w:rFonts w:ascii="Microsoft YaHei" w:hAnsi="Microsoft YaHei" w:eastAsia="Microsoft YaHei"/>
          <w:sz w:val="24"/>
        </w:rPr>
        <w:t xml:space="preserve"> 到 </w:t>
      </w:r>
      <w:r>
        <w:rPr>
          <w:rFonts w:ascii="Microsoft YaHei" w:hAnsi="Microsoft YaHei" w:eastAsia="Microsoft YaHei"/>
          <w:b/>
          <w:color w:val="8DC643"/>
          <w:sz w:val="24"/>
        </w:rPr>
        <w:t>「把「证据」写成可验证的假设」</w:t>
      </w:r>
    </w:p>
    <w:p>
      <w:pPr>
        <w:spacing w:after="800" w:before="0"/>
      </w:pPr>
      <w:r>
        <w:rPr>
          <w:sz w:val="12"/>
        </w:rPr>
      </w:r>
    </w:p>
    <w:p>
      <w:pPr>
        <w:spacing w:after="80" w:before="80" w:line="384" w:lineRule="exact"/>
      </w:pPr>
      <w:r>
        <w:rPr>
          <w:rFonts w:ascii="Microsoft YaHei" w:hAnsi="Microsoft YaHei" w:eastAsia="Microsoft YaHei"/>
          <w:b/>
          <w:i w:val="0"/>
          <w:color w:val="013147"/>
          <w:sz w:val="24"/>
        </w:rPr>
        <w:t>【我的课前思考】</w:t>
      </w:r>
    </w:p>
    <w:p>
      <w:pPr>
        <w:spacing w:after="60"/>
        <w:ind w:left="170"/>
      </w:pPr>
      <w:r>
        <w:rPr>
          <w:rFonts w:ascii="Microsoft YaHei" w:hAnsi="Microsoft YaHei" w:eastAsia="Microsoft YaHei"/>
          <w:b w:val="0"/>
          <w:color w:val="333333"/>
          <w:sz w:val="22"/>
        </w:rPr>
        <w:t>• 你现在判断一个人好不好沟通，靠的是什么？</w:t>
      </w:r>
    </w:p>
    <w:p>
      <w:pPr>
        <w:spacing w:after="60"/>
        <w:ind w:left="170"/>
      </w:pPr>
      <w:r>
        <w:rPr>
          <w:rFonts w:ascii="Microsoft YaHei" w:hAnsi="Microsoft YaHei" w:eastAsia="Microsoft YaHei"/>
          <w:b w:val="0"/>
          <w:color w:val="333333"/>
          <w:sz w:val="22"/>
        </w:rPr>
        <w:t>• 你的判断，有几次是后来被证明想错了的？</w:t>
      </w:r>
    </w:p>
    <w:p>
      <w:pPr>
        <w:spacing w:after="80" w:line="240" w:lineRule="exact"/>
      </w:pPr>
      <w:r>
        <w:rPr>
          <w:rFonts w:ascii="Microsoft YaHei" w:hAnsi="Microsoft YaHei" w:eastAsia="Microsoft YaHei"/>
          <w:color w:val="CCCCCC"/>
          <w:sz w:val="22"/>
        </w:rPr>
        <w:t>_____________________________________________________________________________________</w:t>
      </w:r>
    </w:p>
    <w:p>
      <w:pPr>
        <w:spacing w:after="80" w:line="240" w:lineRule="exact"/>
      </w:pPr>
      <w:r>
        <w:rPr>
          <w:rFonts w:ascii="Microsoft YaHei" w:hAnsi="Microsoft YaHei" w:eastAsia="Microsoft YaHei"/>
          <w:color w:val="CCCCCC"/>
          <w:sz w:val="22"/>
        </w:rPr>
        <w:t>_____________________________________________________________________________________</w:t>
      </w:r>
    </w:p>
    <w:p>
      <w:pPr>
        <w:spacing w:after="80" w:line="240" w:lineRule="exact"/>
      </w:pPr>
      <w:r>
        <w:rPr>
          <w:rFonts w:ascii="Microsoft YaHei" w:hAnsi="Microsoft YaHei" w:eastAsia="Microsoft YaHei"/>
          <w:color w:val="CCCCCC"/>
          <w:sz w:val="22"/>
        </w:rPr>
        <w:t>_____________________________________________________________________________________</w:t>
      </w:r>
    </w:p>
    <w:p>
      <w:r>
        <w:br w:type="page"/>
      </w:r>
    </w:p>
    <w:p>
      <w:pPr>
        <w:spacing w:after="160" w:before="0"/>
      </w:pPr>
      <w:r>
        <w:rPr>
          <w:sz w:val="12"/>
        </w:rPr>
      </w:r>
    </w:p>
    <w:p>
      <w:pPr>
        <w:keepNext/>
        <w:spacing w:after="80" w:before="160" w:line="416" w:lineRule="exact"/>
      </w:pPr>
      <w:r>
        <w:rPr>
          <w:rFonts w:ascii="Microsoft YaHei" w:hAnsi="Microsoft YaHei" w:eastAsia="Microsoft YaHei"/>
          <w:b/>
          <w:i w:val="0"/>
          <w:color w:val="013147"/>
          <w:sz w:val="26"/>
        </w:rPr>
        <w:t>四维沟通观察表：四栏结构</w:t>
      </w:r>
    </w:p>
    <w:p>
      <w:pPr>
        <w:keepNext/>
        <w:spacing w:after="60" w:before="120" w:line="352" w:lineRule="exact"/>
      </w:pPr>
      <w:r>
        <w:rPr>
          <w:rFonts w:ascii="Microsoft YaHei" w:hAnsi="Microsoft YaHei" w:eastAsia="Microsoft YaHei"/>
          <w:b/>
          <w:i w:val="0"/>
          <w:color w:val="013147"/>
          <w:sz w:val="22"/>
        </w:rPr>
        <w:t>【核心模型】</w:t>
      </w:r>
    </w:p>
    <w:tbl>
      <w:tblPr>
        <w:tblW w:type="auto" w:w="0"/>
        <w:jc w:val="center"/>
        <w:tblLook w:firstColumn="1" w:firstRow="1" w:lastColumn="0" w:lastRow="0" w:noHBand="0" w:noVBand="1" w:val="04A0"/>
        <w:cantSplit/>
      </w:tblPr>
      <w:tblGrid>
        <w:gridCol w:w="4536"/>
        <w:gridCol w:w="4536"/>
      </w:tblGrid>
      <w:tr>
        <w:tc>
          <w:tcPr>
            <w:tcW w:type="dxa" w:w="4536"/>
            <w:shd w:val="clear" w:color="auto" w:fill="013147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  <w:jc w:val="center"/>
            </w:pPr>
            <w:r>
              <w:rPr>
                <w:rFonts w:ascii="Microsoft YaHei" w:hAnsi="Microsoft YaHei" w:eastAsia="Microsoft YaHei"/>
                <w:b/>
                <w:color w:val="FFFFFF"/>
                <w:sz w:val="20"/>
              </w:rPr>
              <w:t>栏目</w:t>
            </w:r>
          </w:p>
        </w:tc>
        <w:tc>
          <w:tcPr>
            <w:tcW w:type="dxa" w:w="4536"/>
            <w:shd w:val="clear" w:color="auto" w:fill="013147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  <w:jc w:val="center"/>
            </w:pPr>
            <w:r>
              <w:rPr>
                <w:rFonts w:ascii="Microsoft YaHei" w:hAnsi="Microsoft YaHei" w:eastAsia="Microsoft YaHei"/>
                <w:b/>
                <w:color w:val="FFFFFF"/>
                <w:sz w:val="20"/>
              </w:rPr>
              <w:t>写完是什么样</w:t>
            </w:r>
          </w:p>
        </w:tc>
      </w:tr>
      <w:tr>
        <w:tc>
          <w:tcPr>
            <w:tcW w:type="dxa" w:w="4536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维度</w:t>
            </w:r>
          </w:p>
        </w:tc>
        <w:tc>
          <w:tcPr>
            <w:tcW w:type="dxa" w:w="4536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E/I、S/N、T/F、J/P 中的一个</w:t>
            </w:r>
          </w:p>
        </w:tc>
      </w:tr>
      <w:tr>
        <w:tc>
          <w:tcPr>
            <w:tcW w:type="dxa" w:w="4536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我观察到的行为</w:t>
            </w:r>
          </w:p>
        </w:tc>
        <w:tc>
          <w:tcPr>
            <w:tcW w:type="dxa" w:w="4536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可观察、可重复的事实——「被追问细节时会沉默」</w:t>
            </w:r>
          </w:p>
        </w:tc>
      </w:tr>
      <w:tr>
        <w:tc>
          <w:tcPr>
            <w:tcW w:type="dxa" w:w="4536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我的初步判读</w:t>
            </w:r>
          </w:p>
        </w:tc>
        <w:tc>
          <w:tcPr>
            <w:tcW w:type="dxa" w:w="4536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我猜他偏 S，因为……（写成假设）</w:t>
            </w:r>
          </w:p>
        </w:tc>
      </w:tr>
      <w:tr>
        <w:tc>
          <w:tcPr>
            <w:tcW w:type="dxa" w:w="4536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待验证的问题</w:t>
            </w:r>
          </w:p>
        </w:tc>
        <w:tc>
          <w:tcPr>
            <w:tcW w:type="dxa" w:w="4536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「你更想要结论还是过程？」——下次当面问</w:t>
            </w:r>
          </w:p>
        </w:tc>
      </w:tr>
    </w:tbl>
    <w:p>
      <w:pPr>
        <w:spacing w:after="120" w:before="0"/>
      </w:pPr>
      <w:r>
        <w:rPr>
          <w:sz w:val="12"/>
        </w:rPr>
      </w:r>
    </w:p>
    <w:tbl>
      <w:tblPr>
        <w:tblW w:type="auto" w:w="0"/>
        <w:jc w:val="center"/>
        <w:tblLook w:firstColumn="1" w:firstRow="1" w:lastColumn="0" w:lastRow="0" w:noHBand="0" w:noVBand="1" w:val="04A0"/>
        <w:cantSplit/>
      </w:tblPr>
      <w:tblGrid>
        <w:gridCol w:w="9072"/>
      </w:tblGrid>
      <w:tr>
        <w:tc>
          <w:tcPr>
            <w:tcW w:type="dxa" w:w="9072"/>
            <w:shd w:val="clear" w:color="auto" w:fill="013147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after="160" w:before="160" w:line="360" w:lineRule="exact"/>
              <w:jc w:val="center"/>
            </w:pPr>
            <w:r>
              <w:rPr>
                <w:rFonts w:ascii="Microsoft YaHei" w:hAnsi="Microsoft YaHei" w:eastAsia="Microsoft YaHei"/>
                <w:b/>
                <w:color w:val="FFFFFF"/>
                <w:sz w:val="24"/>
              </w:rPr>
              <w:t>观察表 = 把「感觉」升级成「证据 + 假设」</w:t>
            </w:r>
          </w:p>
        </w:tc>
      </w:tr>
    </w:tbl>
    <w:p>
      <w:pPr>
        <w:spacing w:after="80" w:before="0"/>
      </w:pPr>
      <w:r>
        <w:rPr>
          <w:sz w:val="12"/>
        </w:rPr>
      </w:r>
    </w:p>
    <w:p>
      <w:pPr>
        <w:spacing w:before="120" w:after="80"/>
        <w:keepLines/>
      </w:pPr>
      <w:r>
        <w:rPr>
          <w:rFonts w:ascii="Microsoft YaHei" w:hAnsi="Microsoft YaHei" w:eastAsia="Microsoft YaHei"/>
          <w:b/>
          <w:color w:val="888888"/>
          <w:sz w:val="20"/>
        </w:rPr>
        <w:t>我的笔记：</w:t>
      </w:r>
      <w:r>
        <w:br/>
      </w:r>
      <w:r>
        <w:rPr>
          <w:rFonts w:ascii="Microsoft YaHei" w:hAnsi="Microsoft YaHei" w:eastAsia="Microsoft YaHei"/>
          <w:color w:val="CCCCCC"/>
          <w:sz w:val="22"/>
        </w:rPr>
        <w:t>_____________________________________________________________________________________</w:t>
      </w:r>
      <w:r>
        <w:br/>
      </w:r>
      <w:r>
        <w:rPr>
          <w:rFonts w:ascii="Microsoft YaHei" w:hAnsi="Microsoft YaHei" w:eastAsia="Microsoft YaHei"/>
          <w:color w:val="CCCCCC"/>
          <w:sz w:val="22"/>
        </w:rPr>
        <w:t>_____________________________________________________________________________________</w:t>
      </w:r>
      <w:r>
        <w:br/>
      </w:r>
      <w:r>
        <w:rPr>
          <w:rFonts w:ascii="Microsoft YaHei" w:hAnsi="Microsoft YaHei" w:eastAsia="Microsoft YaHei"/>
          <w:color w:val="CCCCCC"/>
          <w:sz w:val="22"/>
        </w:rPr>
        <w:t>_____________________________________________________________________________________</w:t>
      </w:r>
    </w:p>
    <w:p>
      <w:pPr>
        <w:spacing w:after="160" w:before="0"/>
      </w:pPr>
      <w:r>
        <w:rPr>
          <w:sz w:val="12"/>
        </w:rPr>
      </w:r>
    </w:p>
    <w:p>
      <w:pPr>
        <w:keepNext/>
        <w:spacing w:after="80" w:before="160" w:line="416" w:lineRule="exact"/>
      </w:pPr>
      <w:r>
        <w:rPr>
          <w:rFonts w:ascii="Microsoft YaHei" w:hAnsi="Microsoft YaHei" w:eastAsia="Microsoft YaHei"/>
          <w:b/>
          <w:i w:val="0"/>
          <w:color w:val="013147"/>
          <w:sz w:val="26"/>
        </w:rPr>
        <w:t>观察三原则</w:t>
      </w:r>
    </w:p>
    <w:p>
      <w:pPr>
        <w:keepNext/>
        <w:spacing w:after="60" w:before="120" w:line="352" w:lineRule="exact"/>
      </w:pPr>
      <w:r>
        <w:rPr>
          <w:rFonts w:ascii="Microsoft YaHei" w:hAnsi="Microsoft YaHei" w:eastAsia="Microsoft YaHei"/>
          <w:b/>
          <w:i w:val="0"/>
          <w:color w:val="013147"/>
          <w:sz w:val="22"/>
        </w:rPr>
        <w:t>【核心模型】</w:t>
      </w:r>
    </w:p>
    <w:tbl>
      <w:tblPr>
        <w:tblW w:type="auto" w:w="0"/>
        <w:jc w:val="center"/>
        <w:tblLook w:firstColumn="1" w:firstRow="1" w:lastColumn="0" w:lastRow="0" w:noHBand="0" w:noVBand="1" w:val="04A0"/>
        <w:cantSplit/>
      </w:tblPr>
      <w:tblGrid>
        <w:gridCol w:w="3024"/>
        <w:gridCol w:w="3024"/>
        <w:gridCol w:w="3024"/>
      </w:tblGrid>
      <w:tr>
        <w:tc>
          <w:tcPr>
            <w:tcW w:type="dxa" w:w="3024"/>
            <w:shd w:val="clear" w:color="auto" w:fill="013147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  <w:jc w:val="center"/>
            </w:pPr>
            <w:r>
              <w:rPr>
                <w:rFonts w:ascii="Microsoft YaHei" w:hAnsi="Microsoft YaHei" w:eastAsia="Microsoft YaHei"/>
                <w:b/>
                <w:color w:val="FFFFFF"/>
                <w:sz w:val="20"/>
              </w:rPr>
              <w:t>原则</w:t>
            </w:r>
          </w:p>
        </w:tc>
        <w:tc>
          <w:tcPr>
            <w:tcW w:type="dxa" w:w="3024"/>
            <w:shd w:val="clear" w:color="auto" w:fill="013147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  <w:jc w:val="center"/>
            </w:pPr>
            <w:r>
              <w:rPr>
                <w:rFonts w:ascii="Microsoft YaHei" w:hAnsi="Microsoft YaHei" w:eastAsia="Microsoft YaHei"/>
                <w:b/>
                <w:color w:val="FFFFFF"/>
                <w:sz w:val="20"/>
              </w:rPr>
              <w:t>什么意思</w:t>
            </w:r>
          </w:p>
        </w:tc>
        <w:tc>
          <w:tcPr>
            <w:tcW w:type="dxa" w:w="3024"/>
            <w:shd w:val="clear" w:color="auto" w:fill="013147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  <w:jc w:val="center"/>
            </w:pPr>
            <w:r>
              <w:rPr>
                <w:rFonts w:ascii="Microsoft YaHei" w:hAnsi="Microsoft YaHei" w:eastAsia="Microsoft YaHei"/>
                <w:b/>
                <w:color w:val="FFFFFF"/>
                <w:sz w:val="20"/>
              </w:rPr>
              <w:t>反面</w:t>
            </w:r>
          </w:p>
        </w:tc>
      </w:tr>
      <w:tr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只记行为</w:t>
            </w:r>
          </w:p>
        </w:tc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记录看得见、听得到的动作</w:t>
            </w:r>
          </w:p>
        </w:tc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「他态度有问题」——这是评价</w:t>
            </w:r>
          </w:p>
        </w:tc>
      </w:tr>
      <w:tr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关注重复</w:t>
            </w:r>
          </w:p>
        </w:tc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看的是一再出现的模式</w:t>
            </w:r>
          </w:p>
        </w:tc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只凭一次表现就下判断</w:t>
            </w:r>
          </w:p>
        </w:tc>
      </w:tr>
      <w:tr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写成假设</w:t>
            </w:r>
          </w:p>
        </w:tc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判读永远配一个验证问题</w:t>
            </w:r>
          </w:p>
        </w:tc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把猜测当作结论去执行</w:t>
            </w:r>
          </w:p>
        </w:tc>
      </w:tr>
    </w:tbl>
    <w:p>
      <w:pPr>
        <w:spacing w:after="120" w:before="0"/>
      </w:pPr>
      <w:r>
        <w:rPr>
          <w:sz w:val="12"/>
        </w:rPr>
      </w:r>
    </w:p>
    <w:p>
      <w:pPr>
        <w:keepNext/>
        <w:spacing w:after="60" w:before="120" w:line="352" w:lineRule="exact"/>
      </w:pPr>
      <w:r>
        <w:rPr>
          <w:rFonts w:ascii="Microsoft YaHei" w:hAnsi="Microsoft YaHei" w:eastAsia="Microsoft YaHei"/>
          <w:b/>
          <w:i w:val="0"/>
          <w:color w:val="013147"/>
          <w:sz w:val="22"/>
        </w:rPr>
        <w:t>【案例】</w:t>
      </w:r>
    </w:p>
    <w:p>
      <w:pPr>
        <w:spacing w:after="80" w:before="0" w:line="352" w:lineRule="exact"/>
      </w:pPr>
      <w:r>
        <w:rPr>
          <w:rFonts w:ascii="Microsoft YaHei" w:hAnsi="Microsoft YaHei" w:eastAsia="Microsoft YaHei"/>
          <w:b w:val="0"/>
          <w:i w:val="0"/>
          <w:color w:val="333333"/>
          <w:sz w:val="22"/>
        </w:rPr>
        <w:t>表格的价值在于：把「我觉得他不好沟通」变成「他在被追问细节时会沉默——我猜是 S/N 差异，需要验证」。</w:t>
      </w:r>
    </w:p>
    <w:p>
      <w:pPr>
        <w:spacing w:before="120" w:after="80"/>
        <w:keepLines/>
      </w:pPr>
      <w:r>
        <w:rPr>
          <w:rFonts w:ascii="Microsoft YaHei" w:hAnsi="Microsoft YaHei" w:eastAsia="Microsoft YaHei"/>
          <w:b/>
          <w:color w:val="888888"/>
          <w:sz w:val="20"/>
        </w:rPr>
        <w:t>我的笔记：</w:t>
      </w:r>
      <w:r>
        <w:br/>
      </w:r>
      <w:r>
        <w:rPr>
          <w:rFonts w:ascii="Microsoft YaHei" w:hAnsi="Microsoft YaHei" w:eastAsia="Microsoft YaHei"/>
          <w:color w:val="CCCCCC"/>
          <w:sz w:val="22"/>
        </w:rPr>
        <w:t>_____________________________________________________________________________________</w:t>
      </w:r>
      <w:r>
        <w:br/>
      </w:r>
      <w:r>
        <w:rPr>
          <w:rFonts w:ascii="Microsoft YaHei" w:hAnsi="Microsoft YaHei" w:eastAsia="Microsoft YaHei"/>
          <w:color w:val="CCCCCC"/>
          <w:sz w:val="22"/>
        </w:rPr>
        <w:t>_____________________________________________________________________________________</w:t>
      </w:r>
      <w:r>
        <w:br/>
      </w:r>
      <w:r>
        <w:rPr>
          <w:rFonts w:ascii="Microsoft YaHei" w:hAnsi="Microsoft YaHei" w:eastAsia="Microsoft YaHei"/>
          <w:color w:val="CCCCCC"/>
          <w:sz w:val="22"/>
        </w:rPr>
        <w:t>_____________________________________________________________________________________</w:t>
      </w:r>
    </w:p>
    <w:p>
      <w:r>
        <w:br w:type="page"/>
      </w:r>
    </w:p>
    <w:p>
      <w:pPr>
        <w:spacing w:after="160" w:before="0"/>
      </w:pPr>
      <w:r>
        <w:rPr>
          <w:sz w:val="12"/>
        </w:rPr>
      </w:r>
    </w:p>
    <w:p>
      <w:pPr>
        <w:keepNext/>
        <w:spacing w:after="80" w:before="160" w:line="416" w:lineRule="exact"/>
      </w:pPr>
      <w:r>
        <w:rPr>
          <w:rFonts w:ascii="Microsoft YaHei" w:hAnsi="Microsoft YaHei" w:eastAsia="Microsoft YaHei"/>
          <w:b/>
          <w:i w:val="0"/>
          <w:color w:val="013147"/>
          <w:sz w:val="26"/>
        </w:rPr>
        <w:t>练习 · 现场互读（4-5 人组）</w:t>
      </w:r>
    </w:p>
    <w:p>
      <w:pPr>
        <w:spacing w:after="80" w:before="0" w:line="352" w:lineRule="exact"/>
      </w:pPr>
      <w:r>
        <w:rPr>
          <w:rFonts w:ascii="Microsoft YaHei" w:hAnsi="Microsoft YaHei" w:eastAsia="Microsoft YaHei"/>
          <w:b w:val="0"/>
          <w:i w:val="0"/>
          <w:color w:val="333333"/>
          <w:sz w:val="22"/>
        </w:rPr>
        <w:t>每人给一位组外的真实同事画一张完整的观察表，组内轮流互验。</w:t>
      </w:r>
    </w:p>
    <w:p>
      <w:pPr>
        <w:spacing w:after="60" w:before="0" w:line="352" w:lineRule="exact"/>
      </w:pPr>
      <w:r>
        <w:rPr>
          <w:rFonts w:ascii="Microsoft YaHei" w:hAnsi="Microsoft YaHei" w:eastAsia="Microsoft YaHei"/>
          <w:b w:val="0"/>
          <w:i w:val="0"/>
          <w:color w:val="333333"/>
          <w:sz w:val="22"/>
        </w:rPr>
        <w:t>1. 20 分钟：每人独立完成一张观察表（四个维度各一行）</w:t>
      </w:r>
    </w:p>
    <w:p>
      <w:pPr>
        <w:spacing w:after="60" w:before="0" w:line="352" w:lineRule="exact"/>
      </w:pPr>
      <w:r>
        <w:rPr>
          <w:rFonts w:ascii="Microsoft YaHei" w:hAnsi="Microsoft YaHei" w:eastAsia="Microsoft YaHei"/>
          <w:b w:val="0"/>
          <w:i w:val="0"/>
          <w:color w:val="333333"/>
          <w:sz w:val="22"/>
        </w:rPr>
        <w:t>2. 组内轮流讲：我的判读 + 我打算怎么验证</w:t>
      </w:r>
    </w:p>
    <w:p>
      <w:pPr>
        <w:spacing w:after="60" w:before="0" w:line="352" w:lineRule="exact"/>
      </w:pPr>
      <w:r>
        <w:rPr>
          <w:rFonts w:ascii="Microsoft YaHei" w:hAnsi="Microsoft YaHei" w:eastAsia="Microsoft YaHei"/>
          <w:b w:val="0"/>
          <w:i w:val="0"/>
          <w:color w:val="333333"/>
          <w:sz w:val="22"/>
        </w:rPr>
        <w:t>3. 组员帮问：「这条是行为还是评价？」「这个判读有没有别的解释？」</w:t>
      </w:r>
    </w:p>
    <w:p>
      <w:pPr>
        <w:spacing w:after="60" w:before="0" w:line="352" w:lineRule="exact"/>
      </w:pPr>
      <w:r>
        <w:rPr>
          <w:rFonts w:ascii="Microsoft YaHei" w:hAnsi="Microsoft YaHei" w:eastAsia="Microsoft YaHei"/>
          <w:b w:val="0"/>
          <w:i w:val="0"/>
          <w:color w:val="333333"/>
          <w:sz w:val="22"/>
        </w:rPr>
        <w:t>4. 回验证：请 2-3 位向全班分享最想验证的那一条</w:t>
      </w:r>
    </w:p>
    <w:p>
      <w:pPr>
        <w:spacing w:after="80" w:line="240" w:lineRule="exact"/>
      </w:pPr>
      <w:r>
        <w:rPr>
          <w:rFonts w:ascii="Microsoft YaHei" w:hAnsi="Microsoft YaHei" w:eastAsia="Microsoft YaHei"/>
          <w:color w:val="CCCCCC"/>
          <w:sz w:val="22"/>
        </w:rPr>
        <w:t>_____________________________________________________________________________________</w:t>
      </w:r>
    </w:p>
    <w:p>
      <w:pPr>
        <w:spacing w:after="80" w:line="240" w:lineRule="exact"/>
      </w:pPr>
      <w:r>
        <w:rPr>
          <w:rFonts w:ascii="Microsoft YaHei" w:hAnsi="Microsoft YaHei" w:eastAsia="Microsoft YaHei"/>
          <w:color w:val="CCCCCC"/>
          <w:sz w:val="22"/>
        </w:rPr>
        <w:t>_____________________________________________________________________________________</w:t>
      </w:r>
    </w:p>
    <w:p>
      <w:pPr>
        <w:spacing w:after="80" w:line="240" w:lineRule="exact"/>
      </w:pPr>
      <w:r>
        <w:rPr>
          <w:rFonts w:ascii="Microsoft YaHei" w:hAnsi="Microsoft YaHei" w:eastAsia="Microsoft YaHei"/>
          <w:color w:val="CCCCCC"/>
          <w:sz w:val="22"/>
        </w:rPr>
        <w:t>_____________________________________________________________________________________</w:t>
      </w:r>
    </w:p>
    <w:p>
      <w:pPr>
        <w:spacing w:before="120" w:after="80"/>
        <w:keepLines/>
      </w:pPr>
      <w:r>
        <w:rPr>
          <w:rFonts w:ascii="Microsoft YaHei" w:hAnsi="Microsoft YaHei" w:eastAsia="Microsoft YaHei"/>
          <w:b/>
          <w:color w:val="888888"/>
          <w:sz w:val="20"/>
        </w:rPr>
        <w:t>我的笔记：</w:t>
      </w:r>
      <w:r>
        <w:br/>
      </w:r>
      <w:r>
        <w:rPr>
          <w:rFonts w:ascii="Microsoft YaHei" w:hAnsi="Microsoft YaHei" w:eastAsia="Microsoft YaHei"/>
          <w:color w:val="CCCCCC"/>
          <w:sz w:val="22"/>
        </w:rPr>
        <w:t>_____________________________________________________________________________________</w:t>
      </w:r>
      <w:r>
        <w:br/>
      </w:r>
      <w:r>
        <w:rPr>
          <w:rFonts w:ascii="Microsoft YaHei" w:hAnsi="Microsoft YaHei" w:eastAsia="Microsoft YaHei"/>
          <w:color w:val="CCCCCC"/>
          <w:sz w:val="22"/>
        </w:rPr>
        <w:t>_____________________________________________________________________________________</w:t>
      </w:r>
      <w:r>
        <w:br/>
      </w:r>
      <w:r>
        <w:rPr>
          <w:rFonts w:ascii="Microsoft YaHei" w:hAnsi="Microsoft YaHei" w:eastAsia="Microsoft YaHei"/>
          <w:color w:val="CCCCCC"/>
          <w:sz w:val="22"/>
        </w:rPr>
        <w:t>_____________________________________________________________________________________</w:t>
      </w:r>
    </w:p>
    <w:p>
      <w:pPr>
        <w:spacing w:after="200" w:before="0"/>
      </w:pPr>
      <w:r>
        <w:rPr>
          <w:sz w:val="12"/>
        </w:rPr>
      </w:r>
    </w:p>
    <w:p>
      <w:pPr>
        <w:spacing w:after="120" w:before="200" w:line="448" w:lineRule="exact"/>
      </w:pPr>
      <w:r>
        <w:rPr>
          <w:rFonts w:ascii="SimHei" w:hAnsi="SimHei" w:eastAsia="SimHei"/>
          <w:b/>
          <w:i w:val="0"/>
          <w:color w:val="013147"/>
          <w:sz w:val="28"/>
        </w:rPr>
        <w:t>工具：四维沟通观察表 · 总结</w:t>
      </w:r>
    </w:p>
    <w:tbl>
      <w:tblPr>
        <w:tblW w:type="auto" w:w="0"/>
        <w:jc w:val="center"/>
        <w:tblLook w:firstColumn="1" w:firstRow="1" w:lastColumn="0" w:lastRow="0" w:noHBand="0" w:noVBand="1" w:val="04A0"/>
        <w:cantSplit/>
      </w:tblPr>
      <w:tblGrid>
        <w:gridCol w:w="9072"/>
      </w:tblGrid>
      <w:tr>
        <w:tc>
          <w:tcPr>
            <w:tcW w:type="dxa" w:w="9072"/>
            <w:shd w:val="clear" w:color="auto" w:fill="013147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after="160" w:before="160" w:line="360" w:lineRule="exact"/>
              <w:jc w:val="center"/>
            </w:pPr>
            <w:r>
              <w:rPr>
                <w:rFonts w:ascii="Microsoft YaHei" w:hAnsi="Microsoft YaHei" w:eastAsia="Microsoft YaHei"/>
                <w:b/>
                <w:color w:val="FFFFFF"/>
                <w:sz w:val="24"/>
              </w:rPr>
              <w:t>这张表是给我自己用的，不是给同事打分的</w:t>
            </w:r>
          </w:p>
        </w:tc>
      </w:tr>
    </w:tbl>
    <w:p>
      <w:pPr>
        <w:spacing w:after="80" w:before="0"/>
      </w:pPr>
      <w:r>
        <w:rPr>
          <w:sz w:val="12"/>
        </w:rPr>
      </w:r>
    </w:p>
    <w:p>
      <w:pPr>
        <w:spacing w:after="80" w:before="0" w:line="352" w:lineRule="exact"/>
      </w:pPr>
      <w:r>
        <w:rPr>
          <w:rFonts w:ascii="Microsoft YaHei" w:hAnsi="Microsoft YaHei" w:eastAsia="Microsoft YaHei"/>
          <w:b/>
          <w:i w:val="0"/>
          <w:color w:val="333333"/>
          <w:sz w:val="22"/>
        </w:rPr>
        <w:t>我收获的 3 个关键点：</w:t>
      </w:r>
    </w:p>
    <w:p>
      <w:pPr>
        <w:spacing w:after="80" w:before="0" w:line="352" w:lineRule="exact"/>
      </w:pPr>
      <w:r>
        <w:rPr>
          <w:rFonts w:ascii="Microsoft YaHei" w:hAnsi="Microsoft YaHei" w:eastAsia="Microsoft YaHei"/>
          <w:b w:val="0"/>
          <w:i w:val="0"/>
          <w:color w:val="888888"/>
          <w:sz w:val="22"/>
        </w:rPr>
        <w:t>1. ___________________________________</w:t>
      </w:r>
    </w:p>
    <w:p>
      <w:pPr>
        <w:spacing w:after="80" w:before="0" w:line="352" w:lineRule="exact"/>
      </w:pPr>
      <w:r>
        <w:rPr>
          <w:rFonts w:ascii="Microsoft YaHei" w:hAnsi="Microsoft YaHei" w:eastAsia="Microsoft YaHei"/>
          <w:b w:val="0"/>
          <w:i w:val="0"/>
          <w:color w:val="888888"/>
          <w:sz w:val="22"/>
        </w:rPr>
        <w:t>2. ___________________________________</w:t>
      </w:r>
    </w:p>
    <w:p>
      <w:pPr>
        <w:spacing w:after="80" w:before="0" w:line="352" w:lineRule="exact"/>
      </w:pPr>
      <w:r>
        <w:rPr>
          <w:rFonts w:ascii="Microsoft YaHei" w:hAnsi="Microsoft YaHei" w:eastAsia="Microsoft YaHei"/>
          <w:b w:val="0"/>
          <w:i w:val="0"/>
          <w:color w:val="888888"/>
          <w:sz w:val="22"/>
        </w:rPr>
        <w:t>3. ___________________________________</w:t>
      </w:r>
    </w:p>
    <w:p>
      <w:pPr>
        <w:spacing w:after="160" w:before="0"/>
      </w:pPr>
      <w:r>
        <w:rPr>
          <w:sz w:val="12"/>
        </w:rPr>
      </w:r>
    </w:p>
    <w:p>
      <w:pPr>
        <w:spacing w:after="120" w:before="160" w:line="384" w:lineRule="exact"/>
      </w:pPr>
      <w:r>
        <w:rPr>
          <w:rFonts w:ascii="Microsoft YaHei" w:hAnsi="Microsoft YaHei" w:eastAsia="Microsoft YaHei"/>
          <w:b/>
          <w:i w:val="0"/>
          <w:color w:val="013147"/>
          <w:sz w:val="24"/>
        </w:rPr>
        <w:t>工具：四维沟通观察表 · 行动承诺</w:t>
      </w:r>
    </w:p>
    <w:p>
      <w:pPr>
        <w:spacing w:after="80"/>
        <w:ind w:left="283"/>
      </w:pPr>
      <w:r>
        <w:rPr>
          <w:rFonts w:ascii="Microsoft YaHei" w:hAnsi="Microsoft YaHei" w:eastAsia="Microsoft YaHei"/>
          <w:color w:val="333333"/>
          <w:sz w:val="22"/>
        </w:rPr>
        <w:t>☐  把观察表用在下周的例会：至少填一家三行</w:t>
      </w:r>
    </w:p>
    <w:p>
      <w:pPr>
        <w:spacing w:after="80"/>
        <w:ind w:left="283"/>
      </w:pPr>
      <w:r>
        <w:rPr>
          <w:rFonts w:ascii="Microsoft YaHei" w:hAnsi="Microsoft YaHei" w:eastAsia="Microsoft YaHei"/>
          <w:color w:val="333333"/>
          <w:sz w:val="22"/>
        </w:rPr>
        <w:t>☐  挑一条「待验证的问题」，当面问出口一次</w:t>
      </w:r>
    </w:p>
    <w:p>
      <w:pPr>
        <w:spacing w:after="60" w:before="0" w:line="352" w:lineRule="exact"/>
      </w:pPr>
      <w:r>
        <w:rPr>
          <w:rFonts w:ascii="Microsoft YaHei" w:hAnsi="Microsoft YaHei" w:eastAsia="Microsoft YaHei"/>
          <w:b w:val="0"/>
          <w:i w:val="0"/>
          <w:color w:val="333333"/>
          <w:sz w:val="22"/>
        </w:rPr>
        <w:t>具体行动：___________________________________</w:t>
      </w:r>
    </w:p>
    <w:p>
      <w:pPr>
        <w:spacing w:after="60" w:before="0" w:line="352" w:lineRule="exact"/>
      </w:pPr>
      <w:r>
        <w:rPr>
          <w:rFonts w:ascii="Microsoft YaHei" w:hAnsi="Microsoft YaHei" w:eastAsia="Microsoft YaHei"/>
          <w:b w:val="0"/>
          <w:i w:val="0"/>
          <w:color w:val="333333"/>
          <w:sz w:val="22"/>
        </w:rPr>
        <w:t>我的当责伙伴：_______________</w:t>
      </w:r>
    </w:p>
    <w:p>
      <w:r>
        <w:br w:type="page"/>
      </w:r>
    </w:p>
    <w:p>
      <w:pPr>
        <w:spacing w:after="40" w:before="200" w:line="448" w:lineRule="exact"/>
      </w:pPr>
      <w:r>
        <w:rPr>
          <w:rFonts w:ascii="SimHei" w:hAnsi="SimHei" w:eastAsia="SimHei"/>
          <w:b/>
          <w:i w:val="0"/>
          <w:color w:val="8DC643"/>
          <w:sz w:val="28"/>
        </w:rPr>
        <w:t>模块四</w:t>
      </w:r>
    </w:p>
    <w:p>
      <w:pPr>
        <w:keepNext/>
        <w:spacing w:after="120" w:before="0" w:line="576" w:lineRule="exact"/>
      </w:pPr>
      <w:r>
        <w:rPr>
          <w:rFonts w:ascii="SimHei" w:hAnsi="SimHei" w:eastAsia="SimHei"/>
          <w:b/>
          <w:i w:val="0"/>
          <w:color w:val="013147"/>
          <w:sz w:val="36"/>
        </w:rPr>
        <w:t>换一种说法：三场景演练</w:t>
      </w:r>
    </w:p>
    <w:p>
      <w:pPr>
        <w:spacing w:after="120" w:before="0" w:line="352" w:lineRule="exact"/>
      </w:pPr>
      <w:r>
        <w:rPr>
          <w:rFonts w:ascii="Microsoft YaHei" w:hAnsi="Microsoft YaHei" w:eastAsia="Microsoft YaHei"/>
          <w:b w:val="0"/>
          <w:i/>
          <w:color w:val="888888"/>
          <w:sz w:val="22"/>
        </w:rPr>
        <w:t>SBI 说行为、倾听分层次——守目标，换路径</w:t>
      </w:r>
    </w:p>
    <w:p>
      <w:pPr>
        <w:spacing w:after="80" w:before="0" w:line="384" w:lineRule="exact"/>
      </w:pPr>
      <w:r>
        <w:rPr>
          <w:rFonts w:ascii="Microsoft YaHei" w:hAnsi="Microsoft YaHei" w:eastAsia="Microsoft YaHei"/>
          <w:b/>
          <w:i w:val="0"/>
          <w:color w:val="013147"/>
          <w:sz w:val="24"/>
        </w:rPr>
        <w:t>【模块学习目标】</w:t>
      </w:r>
    </w:p>
    <w:p>
      <w:pPr>
        <w:spacing w:after="60"/>
        <w:ind w:left="283"/>
      </w:pPr>
      <w:r>
        <w:rPr>
          <w:rFonts w:ascii="Microsoft YaHei" w:hAnsi="Microsoft YaHei" w:eastAsia="Microsoft YaHei"/>
          <w:b w:val="0"/>
          <w:color w:val="333333"/>
          <w:sz w:val="22"/>
        </w:rPr>
        <w:t>• 运用 SBI 反馈模型与倾听四层完成结构化沟通</w:t>
      </w:r>
    </w:p>
    <w:p>
      <w:pPr>
        <w:spacing w:after="60"/>
        <w:ind w:left="283"/>
      </w:pPr>
      <w:r>
        <w:rPr>
          <w:rFonts w:ascii="Microsoft YaHei" w:hAnsi="Microsoft YaHei" w:eastAsia="Microsoft YaHei"/>
          <w:b w:val="0"/>
          <w:color w:val="333333"/>
          <w:sz w:val="22"/>
        </w:rPr>
        <w:t>• 针对向下 / 向上 / 平级三类场景各完成一轮换说演练</w:t>
      </w:r>
    </w:p>
    <w:p>
      <w:pPr>
        <w:spacing w:after="160" w:before="80" w:line="380" w:lineRule="exact"/>
        <w:jc w:val="center"/>
      </w:pPr>
      <w:r>
        <w:rPr>
          <w:rFonts w:ascii="Microsoft YaHei" w:hAnsi="Microsoft YaHei" w:eastAsia="Microsoft YaHei"/>
          <w:sz w:val="24"/>
        </w:rPr>
        <w:t xml:space="preserve">从 </w:t>
      </w:r>
      <w:r>
        <w:rPr>
          <w:rFonts w:ascii="Microsoft YaHei" w:hAnsi="Microsoft YaHei" w:eastAsia="Microsoft YaHei"/>
          <w:b/>
          <w:color w:val="888888"/>
          <w:sz w:val="24"/>
        </w:rPr>
        <w:t>「话没错就行」</w:t>
      </w:r>
      <w:r>
        <w:rPr>
          <w:rFonts w:ascii="Microsoft YaHei" w:hAnsi="Microsoft YaHei" w:eastAsia="Microsoft YaHei"/>
          <w:sz w:val="24"/>
        </w:rPr>
        <w:t xml:space="preserve"> 到 </w:t>
      </w:r>
      <w:r>
        <w:rPr>
          <w:rFonts w:ascii="Microsoft YaHei" w:hAnsi="Microsoft YaHei" w:eastAsia="Microsoft YaHei"/>
          <w:b/>
          <w:color w:val="8DC643"/>
          <w:sz w:val="24"/>
        </w:rPr>
        <w:t>「话对，还要被接住」</w:t>
      </w:r>
    </w:p>
    <w:p>
      <w:pPr>
        <w:spacing w:after="800" w:before="0"/>
      </w:pPr>
      <w:r>
        <w:rPr>
          <w:sz w:val="12"/>
        </w:rPr>
      </w:r>
    </w:p>
    <w:p>
      <w:pPr>
        <w:spacing w:after="80" w:before="80" w:line="384" w:lineRule="exact"/>
      </w:pPr>
      <w:r>
        <w:rPr>
          <w:rFonts w:ascii="Microsoft YaHei" w:hAnsi="Microsoft YaHei" w:eastAsia="Microsoft YaHei"/>
          <w:b/>
          <w:i w:val="0"/>
          <w:color w:val="013147"/>
          <w:sz w:val="24"/>
        </w:rPr>
        <w:t>【我的课前思考】</w:t>
      </w:r>
    </w:p>
    <w:p>
      <w:pPr>
        <w:spacing w:after="60"/>
        <w:ind w:left="170"/>
      </w:pPr>
      <w:r>
        <w:rPr>
          <w:rFonts w:ascii="Microsoft YaHei" w:hAnsi="Microsoft YaHei" w:eastAsia="Microsoft YaHei"/>
          <w:b w:val="0"/>
          <w:color w:val="333333"/>
          <w:sz w:val="22"/>
        </w:rPr>
        <w:t>• 你说过哪句话，内容没错，对方却翻了脸？</w:t>
      </w:r>
    </w:p>
    <w:p>
      <w:pPr>
        <w:spacing w:after="60"/>
        <w:ind w:left="170"/>
      </w:pPr>
      <w:r>
        <w:rPr>
          <w:rFonts w:ascii="Microsoft YaHei" w:hAnsi="Microsoft YaHei" w:eastAsia="Microsoft YaHei"/>
          <w:b w:val="0"/>
          <w:color w:val="333333"/>
          <w:sz w:val="22"/>
        </w:rPr>
        <w:t>• 你最近一次汇报，是想让对方「知道」，还是想让他「同意」？</w:t>
      </w:r>
    </w:p>
    <w:p>
      <w:pPr>
        <w:spacing w:after="80" w:line="240" w:lineRule="exact"/>
      </w:pPr>
      <w:r>
        <w:rPr>
          <w:rFonts w:ascii="Microsoft YaHei" w:hAnsi="Microsoft YaHei" w:eastAsia="Microsoft YaHei"/>
          <w:color w:val="CCCCCC"/>
          <w:sz w:val="22"/>
        </w:rPr>
        <w:t>_____________________________________________________________________________________</w:t>
      </w:r>
    </w:p>
    <w:p>
      <w:pPr>
        <w:spacing w:after="80" w:line="240" w:lineRule="exact"/>
      </w:pPr>
      <w:r>
        <w:rPr>
          <w:rFonts w:ascii="Microsoft YaHei" w:hAnsi="Microsoft YaHei" w:eastAsia="Microsoft YaHei"/>
          <w:color w:val="CCCCCC"/>
          <w:sz w:val="22"/>
        </w:rPr>
        <w:t>_____________________________________________________________________________________</w:t>
      </w:r>
    </w:p>
    <w:p>
      <w:pPr>
        <w:spacing w:after="80" w:line="240" w:lineRule="exact"/>
      </w:pPr>
      <w:r>
        <w:rPr>
          <w:rFonts w:ascii="Microsoft YaHei" w:hAnsi="Microsoft YaHei" w:eastAsia="Microsoft YaHei"/>
          <w:color w:val="CCCCCC"/>
          <w:sz w:val="22"/>
        </w:rPr>
        <w:t>_____________________________________________________________________________________</w:t>
      </w:r>
    </w:p>
    <w:p>
      <w:r>
        <w:br w:type="page"/>
      </w:r>
    </w:p>
    <w:p>
      <w:pPr>
        <w:spacing w:after="160" w:before="0"/>
      </w:pPr>
      <w:r>
        <w:rPr>
          <w:sz w:val="12"/>
        </w:rPr>
      </w:r>
    </w:p>
    <w:p>
      <w:pPr>
        <w:keepNext/>
        <w:spacing w:after="80" w:before="160" w:line="416" w:lineRule="exact"/>
      </w:pPr>
      <w:r>
        <w:rPr>
          <w:rFonts w:ascii="Microsoft YaHei" w:hAnsi="Microsoft YaHei" w:eastAsia="Microsoft YaHei"/>
          <w:b/>
          <w:i w:val="0"/>
          <w:color w:val="013147"/>
          <w:sz w:val="26"/>
        </w:rPr>
        <w:t>SBI 反馈模型：说行为，不评价人</w:t>
      </w:r>
    </w:p>
    <w:p>
      <w:pPr>
        <w:keepNext/>
        <w:spacing w:after="60" w:before="120" w:line="352" w:lineRule="exact"/>
      </w:pPr>
      <w:r>
        <w:rPr>
          <w:rFonts w:ascii="Microsoft YaHei" w:hAnsi="Microsoft YaHei" w:eastAsia="Microsoft YaHei"/>
          <w:b/>
          <w:i w:val="0"/>
          <w:color w:val="013147"/>
          <w:sz w:val="22"/>
        </w:rPr>
        <w:t>【核心模型】</w:t>
      </w:r>
    </w:p>
    <w:tbl>
      <w:tblPr>
        <w:tblW w:type="auto" w:w="0"/>
        <w:jc w:val="center"/>
        <w:tblLook w:firstColumn="1" w:firstRow="1" w:lastColumn="0" w:lastRow="0" w:noHBand="0" w:noVBand="1" w:val="04A0"/>
        <w:cantSplit/>
      </w:tblPr>
      <w:tblGrid>
        <w:gridCol w:w="3024"/>
        <w:gridCol w:w="3024"/>
        <w:gridCol w:w="3024"/>
      </w:tblGrid>
      <w:tr>
        <w:tc>
          <w:tcPr>
            <w:tcW w:type="dxa" w:w="3024"/>
            <w:shd w:val="clear" w:color="auto" w:fill="013147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  <w:jc w:val="center"/>
            </w:pPr>
            <w:r>
              <w:rPr>
                <w:rFonts w:ascii="Microsoft YaHei" w:hAnsi="Microsoft YaHei" w:eastAsia="Microsoft YaHei"/>
                <w:b/>
                <w:color w:val="FFFFFF"/>
                <w:sz w:val="20"/>
              </w:rPr>
              <w:t>要素</w:t>
            </w:r>
          </w:p>
        </w:tc>
        <w:tc>
          <w:tcPr>
            <w:tcW w:type="dxa" w:w="3024"/>
            <w:shd w:val="clear" w:color="auto" w:fill="013147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  <w:jc w:val="center"/>
            </w:pPr>
            <w:r>
              <w:rPr>
                <w:rFonts w:ascii="Microsoft YaHei" w:hAnsi="Microsoft YaHei" w:eastAsia="Microsoft YaHei"/>
                <w:b/>
                <w:color w:val="FFFFFF"/>
                <w:sz w:val="20"/>
              </w:rPr>
              <w:t>指什么</w:t>
            </w:r>
          </w:p>
        </w:tc>
        <w:tc>
          <w:tcPr>
            <w:tcW w:type="dxa" w:w="3024"/>
            <w:shd w:val="clear" w:color="auto" w:fill="013147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  <w:jc w:val="center"/>
            </w:pPr>
            <w:r>
              <w:rPr>
                <w:rFonts w:ascii="Microsoft YaHei" w:hAnsi="Microsoft YaHei" w:eastAsia="Microsoft YaHei"/>
                <w:b/>
                <w:color w:val="FFFFFF"/>
                <w:sz w:val="20"/>
              </w:rPr>
              <w:t>例子</w:t>
            </w:r>
          </w:p>
        </w:tc>
      </w:tr>
      <w:tr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S 情境 Situation</w:t>
            </w:r>
          </w:p>
        </w:tc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什么时间、什么场合、什么事</w:t>
            </w:r>
          </w:p>
        </w:tc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「昨天下午的复盘会上」</w:t>
            </w:r>
          </w:p>
        </w:tc>
      </w:tr>
      <w:tr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B 行为 Behavior</w:t>
            </w:r>
          </w:p>
        </w:tc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他做了什么——可观察的动作</w:t>
            </w:r>
          </w:p>
        </w:tc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「你在第三页直接打断了我」</w:t>
            </w:r>
          </w:p>
        </w:tc>
      </w:tr>
      <w:tr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I 影响 Impact</w:t>
            </w:r>
          </w:p>
        </w:tc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这个行为带来了什么结果或感受</w:t>
            </w:r>
          </w:p>
        </w:tc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「我当时没机会把数据说完」</w:t>
            </w:r>
          </w:p>
        </w:tc>
      </w:tr>
    </w:tbl>
    <w:p>
      <w:pPr>
        <w:spacing w:after="120" w:before="0"/>
      </w:pPr>
      <w:r>
        <w:rPr>
          <w:sz w:val="12"/>
        </w:rPr>
      </w:r>
    </w:p>
    <w:p>
      <w:pPr>
        <w:keepNext/>
        <w:spacing w:after="60" w:before="120" w:line="352" w:lineRule="exact"/>
      </w:pPr>
      <w:r>
        <w:rPr>
          <w:rFonts w:ascii="Microsoft YaHei" w:hAnsi="Microsoft YaHei" w:eastAsia="Microsoft YaHei"/>
          <w:b/>
          <w:i w:val="0"/>
          <w:color w:val="013147"/>
          <w:sz w:val="22"/>
        </w:rPr>
        <w:t>【案例】</w:t>
      </w:r>
    </w:p>
    <w:p>
      <w:pPr>
        <w:spacing w:after="80" w:before="0" w:line="352" w:lineRule="exact"/>
      </w:pPr>
      <w:r>
        <w:rPr>
          <w:rFonts w:ascii="Microsoft YaHei" w:hAnsi="Microsoft YaHei" w:eastAsia="Microsoft YaHei"/>
          <w:b w:val="0"/>
          <w:i w:val="0"/>
          <w:color w:val="333333"/>
          <w:sz w:val="22"/>
        </w:rPr>
        <w:t>SBI 铁律：改写后绝不能出现「你这个人……」——只说行为，不说人格，是让反馈被听进去的唯一方式。</w:t>
      </w:r>
    </w:p>
    <w:p>
      <w:pPr>
        <w:spacing w:before="120" w:after="80"/>
        <w:keepLines/>
      </w:pPr>
      <w:r>
        <w:rPr>
          <w:rFonts w:ascii="Microsoft YaHei" w:hAnsi="Microsoft YaHei" w:eastAsia="Microsoft YaHei"/>
          <w:b/>
          <w:color w:val="888888"/>
          <w:sz w:val="20"/>
        </w:rPr>
        <w:t>我的笔记：</w:t>
      </w:r>
      <w:r>
        <w:br/>
      </w:r>
      <w:r>
        <w:rPr>
          <w:rFonts w:ascii="Microsoft YaHei" w:hAnsi="Microsoft YaHei" w:eastAsia="Microsoft YaHei"/>
          <w:color w:val="CCCCCC"/>
          <w:sz w:val="22"/>
        </w:rPr>
        <w:t>_____________________________________________________________________________________</w:t>
      </w:r>
      <w:r>
        <w:br/>
      </w:r>
      <w:r>
        <w:rPr>
          <w:rFonts w:ascii="Microsoft YaHei" w:hAnsi="Microsoft YaHei" w:eastAsia="Microsoft YaHei"/>
          <w:color w:val="CCCCCC"/>
          <w:sz w:val="22"/>
        </w:rPr>
        <w:t>_____________________________________________________________________________________</w:t>
      </w:r>
      <w:r>
        <w:br/>
      </w:r>
      <w:r>
        <w:rPr>
          <w:rFonts w:ascii="Microsoft YaHei" w:hAnsi="Microsoft YaHei" w:eastAsia="Microsoft YaHei"/>
          <w:color w:val="CCCCCC"/>
          <w:sz w:val="22"/>
        </w:rPr>
        <w:t>_____________________________________________________________________________________</w:t>
      </w:r>
    </w:p>
    <w:p>
      <w:pPr>
        <w:spacing w:after="160" w:before="0"/>
      </w:pPr>
      <w:r>
        <w:rPr>
          <w:sz w:val="12"/>
        </w:rPr>
      </w:r>
    </w:p>
    <w:p>
      <w:pPr>
        <w:keepNext/>
        <w:spacing w:after="80" w:before="160" w:line="416" w:lineRule="exact"/>
      </w:pPr>
      <w:r>
        <w:rPr>
          <w:rFonts w:ascii="Microsoft YaHei" w:hAnsi="Microsoft YaHei" w:eastAsia="Microsoft YaHei"/>
          <w:b/>
          <w:i w:val="0"/>
          <w:color w:val="013147"/>
          <w:sz w:val="26"/>
        </w:rPr>
        <w:t>倾听四层（Otto Scharmer，U 型理论）</w:t>
      </w:r>
    </w:p>
    <w:p>
      <w:pPr>
        <w:keepNext/>
        <w:spacing w:after="60" w:before="120" w:line="352" w:lineRule="exact"/>
      </w:pPr>
      <w:r>
        <w:rPr>
          <w:rFonts w:ascii="Microsoft YaHei" w:hAnsi="Microsoft YaHei" w:eastAsia="Microsoft YaHei"/>
          <w:b/>
          <w:i w:val="0"/>
          <w:color w:val="013147"/>
          <w:sz w:val="22"/>
        </w:rPr>
        <w:t>【核心模型】</w:t>
      </w:r>
    </w:p>
    <w:tbl>
      <w:tblPr>
        <w:tblW w:type="auto" w:w="0"/>
        <w:jc w:val="center"/>
        <w:tblLook w:firstColumn="1" w:firstRow="1" w:lastColumn="0" w:lastRow="0" w:noHBand="0" w:noVBand="1" w:val="04A0"/>
        <w:cantSplit/>
      </w:tblPr>
      <w:tblGrid>
        <w:gridCol w:w="3024"/>
        <w:gridCol w:w="3024"/>
        <w:gridCol w:w="3024"/>
      </w:tblGrid>
      <w:tr>
        <w:tc>
          <w:tcPr>
            <w:tcW w:type="dxa" w:w="3024"/>
            <w:shd w:val="clear" w:color="auto" w:fill="013147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  <w:jc w:val="center"/>
            </w:pPr>
            <w:r>
              <w:rPr>
                <w:rFonts w:ascii="Microsoft YaHei" w:hAnsi="Microsoft YaHei" w:eastAsia="Microsoft YaHei"/>
                <w:b/>
                <w:color w:val="FFFFFF"/>
                <w:sz w:val="20"/>
              </w:rPr>
              <w:t>层次</w:t>
            </w:r>
          </w:p>
        </w:tc>
        <w:tc>
          <w:tcPr>
            <w:tcW w:type="dxa" w:w="3024"/>
            <w:shd w:val="clear" w:color="auto" w:fill="013147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  <w:jc w:val="center"/>
            </w:pPr>
            <w:r>
              <w:rPr>
                <w:rFonts w:ascii="Microsoft YaHei" w:hAnsi="Microsoft YaHei" w:eastAsia="Microsoft YaHei"/>
                <w:b/>
                <w:color w:val="FFFFFF"/>
                <w:sz w:val="20"/>
              </w:rPr>
              <w:t>在听什么</w:t>
            </w:r>
          </w:p>
        </w:tc>
        <w:tc>
          <w:tcPr>
            <w:tcW w:type="dxa" w:w="3024"/>
            <w:shd w:val="clear" w:color="auto" w:fill="013147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  <w:jc w:val="center"/>
            </w:pPr>
            <w:r>
              <w:rPr>
                <w:rFonts w:ascii="Microsoft YaHei" w:hAnsi="Microsoft YaHei" w:eastAsia="Microsoft YaHei"/>
                <w:b/>
                <w:color w:val="FFFFFF"/>
                <w:sz w:val="20"/>
              </w:rPr>
              <w:t>表现</w:t>
            </w:r>
          </w:p>
        </w:tc>
      </w:tr>
      <w:tr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① 下载式</w:t>
            </w:r>
          </w:p>
        </w:tc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只听到自己脑子里已有的</w:t>
            </w:r>
          </w:p>
        </w:tc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急着反驳、急着给建议</w:t>
            </w:r>
          </w:p>
        </w:tc>
      </w:tr>
      <w:tr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② 事实式</w:t>
            </w:r>
          </w:p>
        </w:tc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听客观的信息、数据</w:t>
            </w:r>
          </w:p>
        </w:tc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注意事实，但没听出立场</w:t>
            </w:r>
          </w:p>
        </w:tc>
      </w:tr>
      <w:tr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③ 共情式</w:t>
            </w:r>
          </w:p>
        </w:tc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听对方的感受和处境</w:t>
            </w:r>
          </w:p>
        </w:tc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「听你这么说，这事挺让你为难的」</w:t>
            </w:r>
          </w:p>
        </w:tc>
      </w:tr>
      <w:tr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④ 生成式</w:t>
            </w:r>
          </w:p>
        </w:tc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听到还没说出口的</w:t>
            </w:r>
          </w:p>
        </w:tc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「你真正担心的，其实不是时间吧？」</w:t>
            </w:r>
          </w:p>
        </w:tc>
      </w:tr>
    </w:tbl>
    <w:p>
      <w:pPr>
        <w:spacing w:after="120" w:before="0"/>
      </w:pPr>
      <w:r>
        <w:rPr>
          <w:sz w:val="12"/>
        </w:rPr>
      </w:r>
    </w:p>
    <w:tbl>
      <w:tblPr>
        <w:tblW w:type="auto" w:w="0"/>
        <w:jc w:val="center"/>
        <w:tblLook w:firstColumn="1" w:firstRow="1" w:lastColumn="0" w:lastRow="0" w:noHBand="0" w:noVBand="1" w:val="04A0"/>
        <w:cantSplit/>
      </w:tblPr>
      <w:tblGrid>
        <w:gridCol w:w="9072"/>
      </w:tblGrid>
      <w:tr>
        <w:tc>
          <w:tcPr>
            <w:tcW w:type="dxa" w:w="9072"/>
            <w:shd w:val="clear" w:color="auto" w:fill="013147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after="160" w:before="160" w:line="360" w:lineRule="exact"/>
              <w:jc w:val="center"/>
            </w:pPr>
            <w:r>
              <w:rPr>
                <w:rFonts w:ascii="Microsoft YaHei" w:hAnsi="Microsoft YaHei" w:eastAsia="Microsoft YaHei"/>
                <w:b/>
                <w:color w:val="FFFFFF"/>
                <w:sz w:val="24"/>
              </w:rPr>
              <w:t>换一种说法 = 判偏好 → 排 SBI → 定倾听层 → 再说出口</w:t>
            </w:r>
          </w:p>
        </w:tc>
      </w:tr>
    </w:tbl>
    <w:p>
      <w:pPr>
        <w:spacing w:after="80" w:before="0"/>
      </w:pPr>
      <w:r>
        <w:rPr>
          <w:sz w:val="12"/>
        </w:rPr>
      </w:r>
    </w:p>
    <w:p>
      <w:pPr>
        <w:spacing w:before="120" w:after="80"/>
        <w:keepLines/>
      </w:pPr>
      <w:r>
        <w:rPr>
          <w:rFonts w:ascii="Microsoft YaHei" w:hAnsi="Microsoft YaHei" w:eastAsia="Microsoft YaHei"/>
          <w:b/>
          <w:color w:val="888888"/>
          <w:sz w:val="20"/>
        </w:rPr>
        <w:t>我的笔记：</w:t>
      </w:r>
      <w:r>
        <w:br/>
      </w:r>
      <w:r>
        <w:rPr>
          <w:rFonts w:ascii="Microsoft YaHei" w:hAnsi="Microsoft YaHei" w:eastAsia="Microsoft YaHei"/>
          <w:color w:val="CCCCCC"/>
          <w:sz w:val="22"/>
        </w:rPr>
        <w:t>_____________________________________________________________________________________</w:t>
      </w:r>
      <w:r>
        <w:br/>
      </w:r>
      <w:r>
        <w:rPr>
          <w:rFonts w:ascii="Microsoft YaHei" w:hAnsi="Microsoft YaHei" w:eastAsia="Microsoft YaHei"/>
          <w:color w:val="CCCCCC"/>
          <w:sz w:val="22"/>
        </w:rPr>
        <w:t>_____________________________________________________________________________________</w:t>
      </w:r>
      <w:r>
        <w:br/>
      </w:r>
      <w:r>
        <w:rPr>
          <w:rFonts w:ascii="Microsoft YaHei" w:hAnsi="Microsoft YaHei" w:eastAsia="Microsoft YaHei"/>
          <w:color w:val="CCCCCC"/>
          <w:sz w:val="22"/>
        </w:rPr>
        <w:t>_____________________________________________________________________________________</w:t>
      </w:r>
    </w:p>
    <w:p>
      <w:pPr>
        <w:spacing w:after="160" w:before="0"/>
      </w:pPr>
      <w:r>
        <w:rPr>
          <w:sz w:val="12"/>
        </w:rPr>
      </w:r>
    </w:p>
    <w:p>
      <w:pPr>
        <w:keepNext/>
        <w:spacing w:after="80" w:before="160" w:line="416" w:lineRule="exact"/>
      </w:pPr>
      <w:r>
        <w:rPr>
          <w:rFonts w:ascii="Microsoft YaHei" w:hAnsi="Microsoft YaHei" w:eastAsia="Microsoft YaHei"/>
          <w:b/>
          <w:i w:val="0"/>
          <w:color w:val="013147"/>
          <w:sz w:val="26"/>
        </w:rPr>
        <w:t>三场景怎么换：向下 / 向上 / 平级</w:t>
      </w:r>
    </w:p>
    <w:p>
      <w:pPr>
        <w:keepNext/>
        <w:spacing w:after="60" w:before="120" w:line="352" w:lineRule="exact"/>
      </w:pPr>
      <w:r>
        <w:rPr>
          <w:rFonts w:ascii="Microsoft YaHei" w:hAnsi="Microsoft YaHei" w:eastAsia="Microsoft YaHei"/>
          <w:b/>
          <w:i w:val="0"/>
          <w:color w:val="013147"/>
          <w:sz w:val="22"/>
        </w:rPr>
        <w:t>【核心模型】</w:t>
      </w:r>
    </w:p>
    <w:tbl>
      <w:tblPr>
        <w:tblW w:type="auto" w:w="0"/>
        <w:jc w:val="center"/>
        <w:tblLook w:firstColumn="1" w:firstRow="1" w:lastColumn="0" w:lastRow="0" w:noHBand="0" w:noVBand="1" w:val="04A0"/>
        <w:cantSplit/>
      </w:tblPr>
      <w:tblGrid>
        <w:gridCol w:w="3024"/>
        <w:gridCol w:w="3024"/>
        <w:gridCol w:w="3024"/>
      </w:tblGrid>
      <w:tr>
        <w:tc>
          <w:tcPr>
            <w:tcW w:type="dxa" w:w="3024"/>
            <w:shd w:val="clear" w:color="auto" w:fill="013147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  <w:jc w:val="center"/>
            </w:pPr>
            <w:r>
              <w:rPr>
                <w:rFonts w:ascii="Microsoft YaHei" w:hAnsi="Microsoft YaHei" w:eastAsia="Microsoft YaHei"/>
                <w:b/>
                <w:color w:val="FFFFFF"/>
                <w:sz w:val="20"/>
              </w:rPr>
              <w:t>场景</w:t>
            </w:r>
          </w:p>
        </w:tc>
        <w:tc>
          <w:tcPr>
            <w:tcW w:type="dxa" w:w="3024"/>
            <w:shd w:val="clear" w:color="auto" w:fill="013147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  <w:jc w:val="center"/>
            </w:pPr>
            <w:r>
              <w:rPr>
                <w:rFonts w:ascii="Microsoft YaHei" w:hAnsi="Microsoft YaHei" w:eastAsia="Microsoft YaHei"/>
                <w:b/>
                <w:color w:val="FFFFFF"/>
                <w:sz w:val="20"/>
              </w:rPr>
              <w:t>偏好要点</w:t>
            </w:r>
          </w:p>
        </w:tc>
        <w:tc>
          <w:tcPr>
            <w:tcW w:type="dxa" w:w="3024"/>
            <w:shd w:val="clear" w:color="auto" w:fill="013147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  <w:jc w:val="center"/>
            </w:pPr>
            <w:r>
              <w:rPr>
                <w:rFonts w:ascii="Microsoft YaHei" w:hAnsi="Microsoft YaHei" w:eastAsia="Microsoft YaHei"/>
                <w:b/>
                <w:color w:val="FFFFFF"/>
                <w:sz w:val="20"/>
              </w:rPr>
              <w:t>换法</w:t>
            </w:r>
          </w:p>
        </w:tc>
      </w:tr>
      <w:tr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A 向下 · 派活与反馈</w:t>
            </w:r>
          </w:p>
        </w:tc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J 怕失序、P 怕失控</w:t>
            </w:r>
          </w:p>
        </w:tc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对 P 给边界和目标，对 J 给节点和检查点</w:t>
            </w:r>
          </w:p>
        </w:tc>
      </w:tr>
      <w:tr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B 向上 · 汇报与要资源</w:t>
            </w:r>
          </w:p>
        </w:tc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领导要结果和判断</w:t>
            </w:r>
          </w:p>
        </w:tc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用 SBI 讲结果与影响，把「我要资源」说成「我们一起想办法」</w:t>
            </w:r>
          </w:p>
        </w:tc>
      </w:tr>
      <w:tr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C 平级 · 跨部门对接</w:t>
            </w:r>
          </w:p>
        </w:tc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抓第一句话的立场</w:t>
            </w:r>
          </w:p>
        </w:tc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S 要事实数据开场，N 要方向和意义开场</w:t>
            </w:r>
          </w:p>
        </w:tc>
      </w:tr>
    </w:tbl>
    <w:p>
      <w:pPr>
        <w:spacing w:after="120" w:before="0"/>
      </w:pPr>
      <w:r>
        <w:rPr>
          <w:sz w:val="12"/>
        </w:rPr>
      </w:r>
    </w:p>
    <w:p>
      <w:pPr>
        <w:keepNext/>
        <w:spacing w:after="60" w:before="120" w:line="352" w:lineRule="exact"/>
      </w:pPr>
      <w:r>
        <w:rPr>
          <w:rFonts w:ascii="Microsoft YaHei" w:hAnsi="Microsoft YaHei" w:eastAsia="Microsoft YaHei"/>
          <w:b/>
          <w:i w:val="0"/>
          <w:color w:val="013147"/>
          <w:sz w:val="22"/>
        </w:rPr>
        <w:t>【对比】</w:t>
      </w:r>
    </w:p>
    <w:p>
      <w:pPr>
        <w:spacing w:after="60" w:before="0" w:line="352" w:lineRule="exact"/>
      </w:pPr>
      <w:r>
        <w:rPr>
          <w:rFonts w:ascii="Microsoft YaHei" w:hAnsi="Microsoft YaHei" w:eastAsia="Microsoft YaHei"/>
          <w:b w:val="0"/>
          <w:i w:val="0"/>
          <w:color w:val="C0392B"/>
          <w:sz w:val="22"/>
        </w:rPr>
        <w:t>✘ 「这个方案我不同意」——先亮结论，对方立刻进入防御。</w:t>
      </w:r>
    </w:p>
    <w:p>
      <w:pPr>
        <w:spacing w:after="80" w:before="0" w:line="352" w:lineRule="exact"/>
      </w:pPr>
      <w:r>
        <w:rPr>
          <w:rFonts w:ascii="Microsoft YaHei" w:hAnsi="Microsoft YaHei" w:eastAsia="Microsoft YaHei"/>
          <w:b w:val="0"/>
          <w:i w:val="0"/>
          <w:color w:val="27AE60"/>
          <w:sz w:val="22"/>
        </w:rPr>
        <w:t>✔ 「这件事我有个担心，想跟你对一下」——先给对话留门，再谈分歧。</w:t>
      </w:r>
    </w:p>
    <w:p>
      <w:pPr>
        <w:spacing w:before="120" w:after="80"/>
        <w:keepLines/>
      </w:pPr>
      <w:r>
        <w:rPr>
          <w:rFonts w:ascii="Microsoft YaHei" w:hAnsi="Microsoft YaHei" w:eastAsia="Microsoft YaHei"/>
          <w:b/>
          <w:color w:val="888888"/>
          <w:sz w:val="20"/>
        </w:rPr>
        <w:t>我的笔记：</w:t>
      </w:r>
      <w:r>
        <w:br/>
      </w:r>
      <w:r>
        <w:rPr>
          <w:rFonts w:ascii="Microsoft YaHei" w:hAnsi="Microsoft YaHei" w:eastAsia="Microsoft YaHei"/>
          <w:color w:val="CCCCCC"/>
          <w:sz w:val="22"/>
        </w:rPr>
        <w:t>_____________________________________________________________________________________</w:t>
      </w:r>
      <w:r>
        <w:br/>
      </w:r>
      <w:r>
        <w:rPr>
          <w:rFonts w:ascii="Microsoft YaHei" w:hAnsi="Microsoft YaHei" w:eastAsia="Microsoft YaHei"/>
          <w:color w:val="CCCCCC"/>
          <w:sz w:val="22"/>
        </w:rPr>
        <w:t>_____________________________________________________________________________________</w:t>
      </w:r>
      <w:r>
        <w:br/>
      </w:r>
      <w:r>
        <w:rPr>
          <w:rFonts w:ascii="Microsoft YaHei" w:hAnsi="Microsoft YaHei" w:eastAsia="Microsoft YaHei"/>
          <w:color w:val="CCCCCC"/>
          <w:sz w:val="22"/>
        </w:rPr>
        <w:t>_____________________________________________________________________________________</w:t>
      </w:r>
    </w:p>
    <w:p>
      <w:r>
        <w:br w:type="page"/>
      </w:r>
    </w:p>
    <w:p>
      <w:pPr>
        <w:spacing w:after="160" w:before="0"/>
      </w:pPr>
      <w:r>
        <w:rPr>
          <w:sz w:val="12"/>
        </w:rPr>
      </w:r>
    </w:p>
    <w:p>
      <w:pPr>
        <w:keepNext/>
        <w:spacing w:after="80" w:before="160" w:line="416" w:lineRule="exact"/>
      </w:pPr>
      <w:r>
        <w:rPr>
          <w:rFonts w:ascii="Microsoft YaHei" w:hAnsi="Microsoft YaHei" w:eastAsia="Microsoft YaHei"/>
          <w:b/>
          <w:i w:val="0"/>
          <w:color w:val="013147"/>
          <w:sz w:val="26"/>
        </w:rPr>
        <w:t>练习 · 三场景换说演练（三人组）</w:t>
      </w:r>
    </w:p>
    <w:p>
      <w:pPr>
        <w:spacing w:after="80" w:before="0" w:line="352" w:lineRule="exact"/>
      </w:pPr>
      <w:r>
        <w:rPr>
          <w:rFonts w:ascii="Microsoft YaHei" w:hAnsi="Microsoft YaHei" w:eastAsia="Microsoft YaHei"/>
          <w:b w:val="0"/>
          <w:i w:val="0"/>
          <w:color w:val="333333"/>
          <w:sz w:val="22"/>
        </w:rPr>
        <w:t>每场景 22 分钟：说话方 / 对方 / 观察员，依次轮换，各完成一轮完整演练。</w:t>
      </w:r>
    </w:p>
    <w:p>
      <w:pPr>
        <w:spacing w:after="60" w:before="0" w:line="352" w:lineRule="exact"/>
      </w:pPr>
      <w:r>
        <w:rPr>
          <w:rFonts w:ascii="Microsoft YaHei" w:hAnsi="Microsoft YaHei" w:eastAsia="Microsoft YaHei"/>
          <w:b w:val="0"/>
          <w:i w:val="0"/>
          <w:color w:val="333333"/>
          <w:sz w:val="22"/>
        </w:rPr>
        <w:t>1. 场景 A 向下：把一句派活说成「对方能接住」的版本</w:t>
      </w:r>
    </w:p>
    <w:p>
      <w:pPr>
        <w:spacing w:after="60" w:before="0" w:line="352" w:lineRule="exact"/>
      </w:pPr>
      <w:r>
        <w:rPr>
          <w:rFonts w:ascii="Microsoft YaHei" w:hAnsi="Microsoft YaHei" w:eastAsia="Microsoft YaHei"/>
          <w:b w:val="0"/>
          <w:i w:val="0"/>
          <w:color w:val="333333"/>
          <w:sz w:val="22"/>
        </w:rPr>
        <w:t>2. 场景 B 向上：把一次要资源说成「一起想办法」的版本</w:t>
      </w:r>
    </w:p>
    <w:p>
      <w:pPr>
        <w:spacing w:after="60" w:before="0" w:line="352" w:lineRule="exact"/>
      </w:pPr>
      <w:r>
        <w:rPr>
          <w:rFonts w:ascii="Microsoft YaHei" w:hAnsi="Microsoft YaHei" w:eastAsia="Microsoft YaHei"/>
          <w:b w:val="0"/>
          <w:i w:val="0"/>
          <w:color w:val="333333"/>
          <w:sz w:val="22"/>
        </w:rPr>
        <w:t>3. 场景 C 平级：同一份方案，用两种立场各开场一次</w:t>
      </w:r>
    </w:p>
    <w:p>
      <w:pPr>
        <w:spacing w:after="60" w:before="0" w:line="352" w:lineRule="exact"/>
      </w:pPr>
      <w:r>
        <w:rPr>
          <w:rFonts w:ascii="Microsoft YaHei" w:hAnsi="Microsoft YaHei" w:eastAsia="Microsoft YaHei"/>
          <w:b w:val="0"/>
          <w:i w:val="0"/>
          <w:color w:val="333333"/>
          <w:sz w:val="22"/>
        </w:rPr>
        <w:t>4. 观察员照答题卡打勾：判对偏好了吗 / 说行为了吗 / 听到第几层了</w:t>
      </w:r>
    </w:p>
    <w:p>
      <w:pPr>
        <w:spacing w:after="60" w:before="0" w:line="352" w:lineRule="exact"/>
      </w:pPr>
      <w:r>
        <w:rPr>
          <w:rFonts w:ascii="Microsoft YaHei" w:hAnsi="Microsoft YaHei" w:eastAsia="Microsoft YaHei"/>
          <w:b w:val="0"/>
          <w:i w:val="0"/>
          <w:color w:val="333333"/>
          <w:sz w:val="22"/>
        </w:rPr>
        <w:t>5. 每组请 1-2 位上台，讲师现场用 SBI 逐句点评</w:t>
      </w:r>
    </w:p>
    <w:p>
      <w:pPr>
        <w:spacing w:after="80" w:line="240" w:lineRule="exact"/>
      </w:pPr>
      <w:r>
        <w:rPr>
          <w:rFonts w:ascii="Microsoft YaHei" w:hAnsi="Microsoft YaHei" w:eastAsia="Microsoft YaHei"/>
          <w:color w:val="CCCCCC"/>
          <w:sz w:val="22"/>
        </w:rPr>
        <w:t>_____________________________________________________________________________________</w:t>
      </w:r>
    </w:p>
    <w:p>
      <w:pPr>
        <w:spacing w:after="80" w:line="240" w:lineRule="exact"/>
      </w:pPr>
      <w:r>
        <w:rPr>
          <w:rFonts w:ascii="Microsoft YaHei" w:hAnsi="Microsoft YaHei" w:eastAsia="Microsoft YaHei"/>
          <w:color w:val="CCCCCC"/>
          <w:sz w:val="22"/>
        </w:rPr>
        <w:t>_____________________________________________________________________________________</w:t>
      </w:r>
    </w:p>
    <w:p>
      <w:pPr>
        <w:spacing w:after="80" w:line="240" w:lineRule="exact"/>
      </w:pPr>
      <w:r>
        <w:rPr>
          <w:rFonts w:ascii="Microsoft YaHei" w:hAnsi="Microsoft YaHei" w:eastAsia="Microsoft YaHei"/>
          <w:color w:val="CCCCCC"/>
          <w:sz w:val="22"/>
        </w:rPr>
        <w:t>_____________________________________________________________________________________</w:t>
      </w:r>
    </w:p>
    <w:p>
      <w:pPr>
        <w:spacing w:before="120" w:after="80"/>
        <w:keepLines/>
      </w:pPr>
      <w:r>
        <w:rPr>
          <w:rFonts w:ascii="Microsoft YaHei" w:hAnsi="Microsoft YaHei" w:eastAsia="Microsoft YaHei"/>
          <w:b/>
          <w:color w:val="888888"/>
          <w:sz w:val="20"/>
        </w:rPr>
        <w:t>我的笔记：</w:t>
      </w:r>
      <w:r>
        <w:br/>
      </w:r>
      <w:r>
        <w:rPr>
          <w:rFonts w:ascii="Microsoft YaHei" w:hAnsi="Microsoft YaHei" w:eastAsia="Microsoft YaHei"/>
          <w:color w:val="CCCCCC"/>
          <w:sz w:val="22"/>
        </w:rPr>
        <w:t>_____________________________________________________________________________________</w:t>
      </w:r>
      <w:r>
        <w:br/>
      </w:r>
      <w:r>
        <w:rPr>
          <w:rFonts w:ascii="Microsoft YaHei" w:hAnsi="Microsoft YaHei" w:eastAsia="Microsoft YaHei"/>
          <w:color w:val="CCCCCC"/>
          <w:sz w:val="22"/>
        </w:rPr>
        <w:t>_____________________________________________________________________________________</w:t>
      </w:r>
      <w:r>
        <w:br/>
      </w:r>
      <w:r>
        <w:rPr>
          <w:rFonts w:ascii="Microsoft YaHei" w:hAnsi="Microsoft YaHei" w:eastAsia="Microsoft YaHei"/>
          <w:color w:val="CCCCCC"/>
          <w:sz w:val="22"/>
        </w:rPr>
        <w:t>_____________________________________________________________________________________</w:t>
      </w:r>
    </w:p>
    <w:p>
      <w:pPr>
        <w:spacing w:after="200" w:before="0"/>
      </w:pPr>
      <w:r>
        <w:rPr>
          <w:sz w:val="12"/>
        </w:rPr>
      </w:r>
    </w:p>
    <w:p>
      <w:pPr>
        <w:spacing w:after="120" w:before="200" w:line="448" w:lineRule="exact"/>
      </w:pPr>
      <w:r>
        <w:rPr>
          <w:rFonts w:ascii="SimHei" w:hAnsi="SimHei" w:eastAsia="SimHei"/>
          <w:b/>
          <w:i w:val="0"/>
          <w:color w:val="013147"/>
          <w:sz w:val="28"/>
        </w:rPr>
        <w:t>换一种说法：三场景演练 · 总结</w:t>
      </w:r>
    </w:p>
    <w:tbl>
      <w:tblPr>
        <w:tblW w:type="auto" w:w="0"/>
        <w:jc w:val="center"/>
        <w:tblLook w:firstColumn="1" w:firstRow="1" w:lastColumn="0" w:lastRow="0" w:noHBand="0" w:noVBand="1" w:val="04A0"/>
        <w:cantSplit/>
      </w:tblPr>
      <w:tblGrid>
        <w:gridCol w:w="9072"/>
      </w:tblGrid>
      <w:tr>
        <w:tc>
          <w:tcPr>
            <w:tcW w:type="dxa" w:w="9072"/>
            <w:shd w:val="clear" w:color="auto" w:fill="013147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after="160" w:before="160" w:line="360" w:lineRule="exact"/>
              <w:jc w:val="center"/>
            </w:pPr>
            <w:r>
              <w:rPr>
                <w:rFonts w:ascii="Microsoft YaHei" w:hAnsi="Microsoft YaHei" w:eastAsia="Microsoft YaHei"/>
                <w:b/>
                <w:color w:val="FFFFFF"/>
                <w:sz w:val="24"/>
              </w:rPr>
              <w:t>换一种说法不是讨好，是专业——像医生按体质调药量</w:t>
            </w:r>
          </w:p>
        </w:tc>
      </w:tr>
    </w:tbl>
    <w:p>
      <w:pPr>
        <w:spacing w:after="80" w:before="0"/>
      </w:pPr>
      <w:r>
        <w:rPr>
          <w:sz w:val="12"/>
        </w:rPr>
      </w:r>
    </w:p>
    <w:p>
      <w:pPr>
        <w:spacing w:after="80" w:before="0" w:line="352" w:lineRule="exact"/>
      </w:pPr>
      <w:r>
        <w:rPr>
          <w:rFonts w:ascii="Microsoft YaHei" w:hAnsi="Microsoft YaHei" w:eastAsia="Microsoft YaHei"/>
          <w:b/>
          <w:i w:val="0"/>
          <w:color w:val="333333"/>
          <w:sz w:val="22"/>
        </w:rPr>
        <w:t>我收获的 3 个关键点：</w:t>
      </w:r>
    </w:p>
    <w:p>
      <w:pPr>
        <w:spacing w:after="80" w:before="0" w:line="352" w:lineRule="exact"/>
      </w:pPr>
      <w:r>
        <w:rPr>
          <w:rFonts w:ascii="Microsoft YaHei" w:hAnsi="Microsoft YaHei" w:eastAsia="Microsoft YaHei"/>
          <w:b w:val="0"/>
          <w:i w:val="0"/>
          <w:color w:val="888888"/>
          <w:sz w:val="22"/>
        </w:rPr>
        <w:t>1. ___________________________________</w:t>
      </w:r>
    </w:p>
    <w:p>
      <w:pPr>
        <w:spacing w:after="80" w:before="0" w:line="352" w:lineRule="exact"/>
      </w:pPr>
      <w:r>
        <w:rPr>
          <w:rFonts w:ascii="Microsoft YaHei" w:hAnsi="Microsoft YaHei" w:eastAsia="Microsoft YaHei"/>
          <w:b w:val="0"/>
          <w:i w:val="0"/>
          <w:color w:val="888888"/>
          <w:sz w:val="22"/>
        </w:rPr>
        <w:t>2. ___________________________________</w:t>
      </w:r>
    </w:p>
    <w:p>
      <w:pPr>
        <w:spacing w:after="80" w:before="0" w:line="352" w:lineRule="exact"/>
      </w:pPr>
      <w:r>
        <w:rPr>
          <w:rFonts w:ascii="Microsoft YaHei" w:hAnsi="Microsoft YaHei" w:eastAsia="Microsoft YaHei"/>
          <w:b w:val="0"/>
          <w:i w:val="0"/>
          <w:color w:val="888888"/>
          <w:sz w:val="22"/>
        </w:rPr>
        <w:t>3. ___________________________________</w:t>
      </w:r>
    </w:p>
    <w:p>
      <w:pPr>
        <w:spacing w:after="160" w:before="0"/>
      </w:pPr>
      <w:r>
        <w:rPr>
          <w:sz w:val="12"/>
        </w:rPr>
      </w:r>
    </w:p>
    <w:p>
      <w:pPr>
        <w:spacing w:after="120" w:before="160" w:line="384" w:lineRule="exact"/>
      </w:pPr>
      <w:r>
        <w:rPr>
          <w:rFonts w:ascii="Microsoft YaHei" w:hAnsi="Microsoft YaHei" w:eastAsia="Microsoft YaHei"/>
          <w:b/>
          <w:i w:val="0"/>
          <w:color w:val="013147"/>
          <w:sz w:val="24"/>
        </w:rPr>
        <w:t>换一种说法：三场景演练 · 行动承诺</w:t>
      </w:r>
    </w:p>
    <w:p>
      <w:pPr>
        <w:spacing w:after="80"/>
        <w:ind w:left="283"/>
      </w:pPr>
      <w:r>
        <w:rPr>
          <w:rFonts w:ascii="Microsoft YaHei" w:hAnsi="Microsoft YaHei" w:eastAsia="Microsoft YaHei"/>
          <w:color w:val="333333"/>
          <w:sz w:val="22"/>
        </w:rPr>
        <w:t>☐  把今天最难的那句话，改写成 SBI 版本写下来</w:t>
      </w:r>
    </w:p>
    <w:p>
      <w:pPr>
        <w:spacing w:after="80"/>
        <w:ind w:left="283"/>
      </w:pPr>
      <w:r>
        <w:rPr>
          <w:rFonts w:ascii="Microsoft YaHei" w:hAnsi="Microsoft YaHei" w:eastAsia="Microsoft YaHei"/>
          <w:color w:val="333333"/>
          <w:sz w:val="22"/>
        </w:rPr>
        <w:t>☐  下次给下属反馈，先用 SBI 骨架在纸上排一遍再说</w:t>
      </w:r>
    </w:p>
    <w:p>
      <w:pPr>
        <w:spacing w:after="60" w:before="0" w:line="352" w:lineRule="exact"/>
      </w:pPr>
      <w:r>
        <w:rPr>
          <w:rFonts w:ascii="Microsoft YaHei" w:hAnsi="Microsoft YaHei" w:eastAsia="Microsoft YaHei"/>
          <w:b w:val="0"/>
          <w:i w:val="0"/>
          <w:color w:val="333333"/>
          <w:sz w:val="22"/>
        </w:rPr>
        <w:t>具体行动：___________________________________</w:t>
      </w:r>
    </w:p>
    <w:p>
      <w:pPr>
        <w:spacing w:after="60" w:before="0" w:line="352" w:lineRule="exact"/>
      </w:pPr>
      <w:r>
        <w:rPr>
          <w:rFonts w:ascii="Microsoft YaHei" w:hAnsi="Microsoft YaHei" w:eastAsia="Microsoft YaHei"/>
          <w:b w:val="0"/>
          <w:i w:val="0"/>
          <w:color w:val="333333"/>
          <w:sz w:val="22"/>
        </w:rPr>
        <w:t>我的当责伙伴：_______________</w:t>
      </w:r>
    </w:p>
    <w:p>
      <w:r>
        <w:br w:type="page"/>
      </w:r>
    </w:p>
    <w:p>
      <w:pPr>
        <w:spacing w:after="40" w:before="200" w:line="448" w:lineRule="exact"/>
      </w:pPr>
      <w:r>
        <w:rPr>
          <w:rFonts w:ascii="SimHei" w:hAnsi="SimHei" w:eastAsia="SimHei"/>
          <w:b/>
          <w:i w:val="0"/>
          <w:color w:val="8DC643"/>
          <w:sz w:val="28"/>
        </w:rPr>
        <w:t>模块五</w:t>
      </w:r>
    </w:p>
    <w:p>
      <w:pPr>
        <w:keepNext/>
        <w:spacing w:after="120" w:before="0" w:line="576" w:lineRule="exact"/>
      </w:pPr>
      <w:r>
        <w:rPr>
          <w:rFonts w:ascii="SimHei" w:hAnsi="SimHei" w:eastAsia="SimHei"/>
          <w:b/>
          <w:i w:val="0"/>
          <w:color w:val="013147"/>
          <w:sz w:val="36"/>
        </w:rPr>
        <w:t>固化：团队沟通地图 + 话术卡</w:t>
      </w:r>
    </w:p>
    <w:p>
      <w:pPr>
        <w:spacing w:after="120" w:before="0" w:line="352" w:lineRule="exact"/>
      </w:pPr>
      <w:r>
        <w:rPr>
          <w:rFonts w:ascii="Microsoft YaHei" w:hAnsi="Microsoft YaHei" w:eastAsia="Microsoft YaHei"/>
          <w:b w:val="0"/>
          <w:i/>
          <w:color w:val="888888"/>
          <w:sz w:val="22"/>
        </w:rPr>
        <w:t>一个人会换说法只是技巧，团队会才是能力</w:t>
      </w:r>
    </w:p>
    <w:p>
      <w:pPr>
        <w:spacing w:after="80" w:before="0" w:line="384" w:lineRule="exact"/>
      </w:pPr>
      <w:r>
        <w:rPr>
          <w:rFonts w:ascii="Microsoft YaHei" w:hAnsi="Microsoft YaHei" w:eastAsia="Microsoft YaHei"/>
          <w:b/>
          <w:i w:val="0"/>
          <w:color w:val="013147"/>
          <w:sz w:val="24"/>
        </w:rPr>
        <w:t>【模块学习目标】</w:t>
      </w:r>
    </w:p>
    <w:p>
      <w:pPr>
        <w:spacing w:after="60"/>
        <w:ind w:left="283"/>
      </w:pPr>
      <w:r>
        <w:rPr>
          <w:rFonts w:ascii="Microsoft YaHei" w:hAnsi="Microsoft YaHei" w:eastAsia="Microsoft YaHei"/>
          <w:b w:val="0"/>
          <w:color w:val="333333"/>
          <w:sz w:val="22"/>
        </w:rPr>
        <w:t>• 用《我的团队沟通地图》画出团队偏好分布，找出结构缺口</w:t>
      </w:r>
    </w:p>
    <w:p>
      <w:pPr>
        <w:spacing w:after="60"/>
        <w:ind w:left="283"/>
      </w:pPr>
      <w:r>
        <w:rPr>
          <w:rFonts w:ascii="Microsoft YaHei" w:hAnsi="Microsoft YaHei" w:eastAsia="Microsoft YaHei"/>
          <w:b w:val="0"/>
          <w:color w:val="333333"/>
          <w:sz w:val="22"/>
        </w:rPr>
        <w:t>• 产出一张随身《沟通话术卡》，把方法变成可随时调用的资产</w:t>
      </w:r>
    </w:p>
    <w:p>
      <w:pPr>
        <w:spacing w:after="160" w:before="80" w:line="380" w:lineRule="exact"/>
        <w:jc w:val="center"/>
      </w:pPr>
      <w:r>
        <w:rPr>
          <w:rFonts w:ascii="Microsoft YaHei" w:hAnsi="Microsoft YaHei" w:eastAsia="Microsoft YaHei"/>
          <w:sz w:val="24"/>
        </w:rPr>
        <w:t xml:space="preserve">从 </w:t>
      </w:r>
      <w:r>
        <w:rPr>
          <w:rFonts w:ascii="Microsoft YaHei" w:hAnsi="Microsoft YaHei" w:eastAsia="Microsoft YaHei"/>
          <w:b/>
          <w:color w:val="888888"/>
          <w:sz w:val="24"/>
        </w:rPr>
        <w:t>「盯着个人怎么改」</w:t>
      </w:r>
      <w:r>
        <w:rPr>
          <w:rFonts w:ascii="Microsoft YaHei" w:hAnsi="Microsoft YaHei" w:eastAsia="Microsoft YaHei"/>
          <w:sz w:val="24"/>
        </w:rPr>
        <w:t xml:space="preserve"> 到 </w:t>
      </w:r>
      <w:r>
        <w:rPr>
          <w:rFonts w:ascii="Microsoft YaHei" w:hAnsi="Microsoft YaHei" w:eastAsia="Microsoft YaHei"/>
          <w:b/>
          <w:color w:val="8DC643"/>
          <w:sz w:val="24"/>
        </w:rPr>
        <w:t>「看清团队缺了哪一端」</w:t>
      </w:r>
    </w:p>
    <w:p>
      <w:pPr>
        <w:spacing w:after="800" w:before="0"/>
      </w:pPr>
      <w:r>
        <w:rPr>
          <w:sz w:val="12"/>
        </w:rPr>
      </w:r>
    </w:p>
    <w:p>
      <w:pPr>
        <w:spacing w:after="80" w:before="80" w:line="384" w:lineRule="exact"/>
      </w:pPr>
      <w:r>
        <w:rPr>
          <w:rFonts w:ascii="Microsoft YaHei" w:hAnsi="Microsoft YaHei" w:eastAsia="Microsoft YaHei"/>
          <w:b/>
          <w:i w:val="0"/>
          <w:color w:val="013147"/>
          <w:sz w:val="24"/>
        </w:rPr>
        <w:t>【我的课前思考】</w:t>
      </w:r>
    </w:p>
    <w:p>
      <w:pPr>
        <w:spacing w:after="60"/>
        <w:ind w:left="170"/>
      </w:pPr>
      <w:r>
        <w:rPr>
          <w:rFonts w:ascii="Microsoft YaHei" w:hAnsi="Microsoft YaHei" w:eastAsia="Microsoft YaHei"/>
          <w:b w:val="0"/>
          <w:color w:val="333333"/>
          <w:sz w:val="22"/>
        </w:rPr>
        <w:t>• 你团队里，做决定时最容易卡在哪一步？</w:t>
      </w:r>
    </w:p>
    <w:p>
      <w:pPr>
        <w:spacing w:after="60"/>
        <w:ind w:left="170"/>
      </w:pPr>
      <w:r>
        <w:rPr>
          <w:rFonts w:ascii="Microsoft YaHei" w:hAnsi="Microsoft YaHei" w:eastAsia="Microsoft YaHei"/>
          <w:b w:val="0"/>
          <w:color w:val="333333"/>
          <w:sz w:val="22"/>
        </w:rPr>
        <w:t>• 团队里最「不合群」的那个人，会不会正是团队缺的那一端？</w:t>
      </w:r>
    </w:p>
    <w:p>
      <w:pPr>
        <w:spacing w:after="80" w:line="240" w:lineRule="exact"/>
      </w:pPr>
      <w:r>
        <w:rPr>
          <w:rFonts w:ascii="Microsoft YaHei" w:hAnsi="Microsoft YaHei" w:eastAsia="Microsoft YaHei"/>
          <w:color w:val="CCCCCC"/>
          <w:sz w:val="22"/>
        </w:rPr>
        <w:t>_____________________________________________________________________________________</w:t>
      </w:r>
    </w:p>
    <w:p>
      <w:pPr>
        <w:spacing w:after="80" w:line="240" w:lineRule="exact"/>
      </w:pPr>
      <w:r>
        <w:rPr>
          <w:rFonts w:ascii="Microsoft YaHei" w:hAnsi="Microsoft YaHei" w:eastAsia="Microsoft YaHei"/>
          <w:color w:val="CCCCCC"/>
          <w:sz w:val="22"/>
        </w:rPr>
        <w:t>_____________________________________________________________________________________</w:t>
      </w:r>
    </w:p>
    <w:p>
      <w:pPr>
        <w:spacing w:after="80" w:line="240" w:lineRule="exact"/>
      </w:pPr>
      <w:r>
        <w:rPr>
          <w:rFonts w:ascii="Microsoft YaHei" w:hAnsi="Microsoft YaHei" w:eastAsia="Microsoft YaHei"/>
          <w:color w:val="CCCCCC"/>
          <w:sz w:val="22"/>
        </w:rPr>
        <w:t>_____________________________________________________________________________________</w:t>
      </w:r>
    </w:p>
    <w:p>
      <w:r>
        <w:br w:type="page"/>
      </w:r>
    </w:p>
    <w:p>
      <w:pPr>
        <w:spacing w:after="160" w:before="0"/>
      </w:pPr>
      <w:r>
        <w:rPr>
          <w:sz w:val="12"/>
        </w:rPr>
      </w:r>
    </w:p>
    <w:p>
      <w:pPr>
        <w:keepNext/>
        <w:spacing w:after="80" w:before="160" w:line="416" w:lineRule="exact"/>
      </w:pPr>
      <w:r>
        <w:rPr>
          <w:rFonts w:ascii="Microsoft YaHei" w:hAnsi="Microsoft YaHei" w:eastAsia="Microsoft YaHei"/>
          <w:b/>
          <w:i w:val="0"/>
          <w:color w:val="013147"/>
          <w:sz w:val="26"/>
        </w:rPr>
        <w:t>《我的团队沟通地图》：画四条偏好轴</w:t>
      </w:r>
    </w:p>
    <w:p>
      <w:pPr>
        <w:keepNext/>
        <w:spacing w:after="60" w:before="120" w:line="352" w:lineRule="exact"/>
      </w:pPr>
      <w:r>
        <w:rPr>
          <w:rFonts w:ascii="Microsoft YaHei" w:hAnsi="Microsoft YaHei" w:eastAsia="Microsoft YaHei"/>
          <w:b/>
          <w:i w:val="0"/>
          <w:color w:val="013147"/>
          <w:sz w:val="22"/>
        </w:rPr>
        <w:t>【核心模型】</w:t>
      </w:r>
    </w:p>
    <w:tbl>
      <w:tblPr>
        <w:tblW w:type="auto" w:w="0"/>
        <w:jc w:val="center"/>
        <w:tblLook w:firstColumn="1" w:firstRow="1" w:lastColumn="0" w:lastRow="0" w:noHBand="0" w:noVBand="1" w:val="04A0"/>
        <w:cantSplit/>
      </w:tblPr>
      <w:tblGrid>
        <w:gridCol w:w="4536"/>
        <w:gridCol w:w="4536"/>
      </w:tblGrid>
      <w:tr>
        <w:tc>
          <w:tcPr>
            <w:tcW w:type="dxa" w:w="4536"/>
            <w:shd w:val="clear" w:color="auto" w:fill="013147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  <w:jc w:val="center"/>
            </w:pPr>
            <w:r>
              <w:rPr>
                <w:rFonts w:ascii="Microsoft YaHei" w:hAnsi="Microsoft YaHei" w:eastAsia="Microsoft YaHei"/>
                <w:b/>
                <w:color w:val="FFFFFF"/>
                <w:sz w:val="20"/>
              </w:rPr>
              <w:t>步骤</w:t>
            </w:r>
          </w:p>
        </w:tc>
        <w:tc>
          <w:tcPr>
            <w:tcW w:type="dxa" w:w="4536"/>
            <w:shd w:val="clear" w:color="auto" w:fill="013147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  <w:jc w:val="center"/>
            </w:pPr>
            <w:r>
              <w:rPr>
                <w:rFonts w:ascii="Microsoft YaHei" w:hAnsi="Microsoft YaHei" w:eastAsia="Microsoft YaHei"/>
                <w:b/>
                <w:color w:val="FFFFFF"/>
                <w:sz w:val="20"/>
              </w:rPr>
              <w:t>怎么做</w:t>
            </w:r>
          </w:p>
        </w:tc>
      </w:tr>
      <w:tr>
        <w:tc>
          <w:tcPr>
            <w:tcW w:type="dxa" w:w="4536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① 画四条轴</w:t>
            </w:r>
          </w:p>
        </w:tc>
        <w:tc>
          <w:tcPr>
            <w:tcW w:type="dxa" w:w="4536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E/I、S/N、T/F、J/P 四条横轴</w:t>
            </w:r>
          </w:p>
        </w:tc>
      </w:tr>
      <w:tr>
        <w:tc>
          <w:tcPr>
            <w:tcW w:type="dxa" w:w="4536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② 标位置</w:t>
            </w:r>
          </w:p>
        </w:tc>
        <w:tc>
          <w:tcPr>
            <w:tcW w:type="dxa" w:w="4536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把每个成员大致标在轴上（不求精确，只看倾向）</w:t>
            </w:r>
          </w:p>
        </w:tc>
      </w:tr>
      <w:tr>
        <w:tc>
          <w:tcPr>
            <w:tcW w:type="dxa" w:w="4536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③ 看分布</w:t>
            </w:r>
          </w:p>
        </w:tc>
        <w:tc>
          <w:tcPr>
            <w:tcW w:type="dxa" w:w="4536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团队偏向哪一端？哪一端几乎没人？</w:t>
            </w:r>
          </w:p>
        </w:tc>
      </w:tr>
      <w:tr>
        <w:tc>
          <w:tcPr>
            <w:tcW w:type="dxa" w:w="4536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④ 找缺口</w:t>
            </w:r>
          </w:p>
        </w:tc>
        <w:tc>
          <w:tcPr>
            <w:tcW w:type="dxa" w:w="4536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缺的那一端，谁在补？是靠人补还是靠制度补？</w:t>
            </w:r>
          </w:p>
        </w:tc>
      </w:tr>
    </w:tbl>
    <w:p>
      <w:pPr>
        <w:spacing w:after="120" w:before="0"/>
      </w:pPr>
      <w:r>
        <w:rPr>
          <w:sz w:val="12"/>
        </w:rPr>
      </w:r>
    </w:p>
    <w:p>
      <w:pPr>
        <w:keepNext/>
        <w:spacing w:after="60" w:before="120" w:line="352" w:lineRule="exact"/>
      </w:pPr>
      <w:r>
        <w:rPr>
          <w:rFonts w:ascii="Microsoft YaHei" w:hAnsi="Microsoft YaHei" w:eastAsia="Microsoft YaHei"/>
          <w:b/>
          <w:i w:val="0"/>
          <w:color w:val="013147"/>
          <w:sz w:val="22"/>
        </w:rPr>
        <w:t>【案例】</w:t>
      </w:r>
    </w:p>
    <w:p>
      <w:pPr>
        <w:spacing w:after="80" w:before="0" w:line="352" w:lineRule="exact"/>
      </w:pPr>
      <w:r>
        <w:rPr>
          <w:rFonts w:ascii="Microsoft YaHei" w:hAnsi="Microsoft YaHei" w:eastAsia="Microsoft YaHei"/>
          <w:b w:val="0"/>
          <w:i w:val="0"/>
          <w:color w:val="333333"/>
          <w:sz w:val="22"/>
        </w:rPr>
        <w:t>案例：8 人团队 7 个 J 型 1 个 P 型——结构完整、执行快，但缺弹性，遇到变化容易集体僵住，那个 P 型反而是宝贵变量。</w:t>
      </w:r>
    </w:p>
    <w:p>
      <w:pPr>
        <w:spacing w:before="120" w:after="80"/>
        <w:keepLines/>
      </w:pPr>
      <w:r>
        <w:rPr>
          <w:rFonts w:ascii="Microsoft YaHei" w:hAnsi="Microsoft YaHei" w:eastAsia="Microsoft YaHei"/>
          <w:b/>
          <w:color w:val="888888"/>
          <w:sz w:val="20"/>
        </w:rPr>
        <w:t>我的笔记：</w:t>
      </w:r>
      <w:r>
        <w:br/>
      </w:r>
      <w:r>
        <w:rPr>
          <w:rFonts w:ascii="Microsoft YaHei" w:hAnsi="Microsoft YaHei" w:eastAsia="Microsoft YaHei"/>
          <w:color w:val="CCCCCC"/>
          <w:sz w:val="22"/>
        </w:rPr>
        <w:t>_____________________________________________________________________________________</w:t>
      </w:r>
      <w:r>
        <w:br/>
      </w:r>
      <w:r>
        <w:rPr>
          <w:rFonts w:ascii="Microsoft YaHei" w:hAnsi="Microsoft YaHei" w:eastAsia="Microsoft YaHei"/>
          <w:color w:val="CCCCCC"/>
          <w:sz w:val="22"/>
        </w:rPr>
        <w:t>_____________________________________________________________________________________</w:t>
      </w:r>
      <w:r>
        <w:br/>
      </w:r>
      <w:r>
        <w:rPr>
          <w:rFonts w:ascii="Microsoft YaHei" w:hAnsi="Microsoft YaHei" w:eastAsia="Microsoft YaHei"/>
          <w:color w:val="CCCCCC"/>
          <w:sz w:val="22"/>
        </w:rPr>
        <w:t>_____________________________________________________________________________________</w:t>
      </w:r>
    </w:p>
    <w:p>
      <w:pPr>
        <w:spacing w:after="160" w:before="0"/>
      </w:pPr>
      <w:r>
        <w:rPr>
          <w:sz w:val="12"/>
        </w:rPr>
      </w:r>
    </w:p>
    <w:p>
      <w:pPr>
        <w:keepNext/>
        <w:spacing w:after="80" w:before="160" w:line="416" w:lineRule="exact"/>
      </w:pPr>
      <w:r>
        <w:rPr>
          <w:rFonts w:ascii="Microsoft YaHei" w:hAnsi="Microsoft YaHei" w:eastAsia="Microsoft YaHei"/>
          <w:b/>
          <w:i w:val="0"/>
          <w:color w:val="013147"/>
          <w:sz w:val="26"/>
        </w:rPr>
        <w:t>《沟通话术卡》：随身的三句话</w:t>
      </w:r>
    </w:p>
    <w:p>
      <w:pPr>
        <w:keepNext/>
        <w:spacing w:after="60" w:before="120" w:line="352" w:lineRule="exact"/>
      </w:pPr>
      <w:r>
        <w:rPr>
          <w:rFonts w:ascii="Microsoft YaHei" w:hAnsi="Microsoft YaHei" w:eastAsia="Microsoft YaHei"/>
          <w:b/>
          <w:i w:val="0"/>
          <w:color w:val="013147"/>
          <w:sz w:val="22"/>
        </w:rPr>
        <w:t>【核心模型】</w:t>
      </w:r>
    </w:p>
    <w:tbl>
      <w:tblPr>
        <w:tblW w:type="auto" w:w="0"/>
        <w:jc w:val="center"/>
        <w:tblLook w:firstColumn="1" w:firstRow="1" w:lastColumn="0" w:lastRow="0" w:noHBand="0" w:noVBand="1" w:val="04A0"/>
        <w:cantSplit/>
      </w:tblPr>
      <w:tblGrid>
        <w:gridCol w:w="4536"/>
        <w:gridCol w:w="4536"/>
      </w:tblGrid>
      <w:tr>
        <w:tc>
          <w:tcPr>
            <w:tcW w:type="dxa" w:w="4536"/>
            <w:shd w:val="clear" w:color="auto" w:fill="013147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  <w:jc w:val="center"/>
            </w:pPr>
            <w:r>
              <w:rPr>
                <w:rFonts w:ascii="Microsoft YaHei" w:hAnsi="Microsoft YaHei" w:eastAsia="Microsoft YaHei"/>
                <w:b/>
                <w:color w:val="FFFFFF"/>
                <w:sz w:val="20"/>
              </w:rPr>
              <w:t>场景</w:t>
            </w:r>
          </w:p>
        </w:tc>
        <w:tc>
          <w:tcPr>
            <w:tcW w:type="dxa" w:w="4536"/>
            <w:shd w:val="clear" w:color="auto" w:fill="013147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  <w:jc w:val="center"/>
            </w:pPr>
            <w:r>
              <w:rPr>
                <w:rFonts w:ascii="Microsoft YaHei" w:hAnsi="Microsoft YaHei" w:eastAsia="Microsoft YaHei"/>
                <w:b/>
                <w:color w:val="FFFFFF"/>
                <w:sz w:val="20"/>
              </w:rPr>
              <w:t>起手式</w:t>
            </w:r>
          </w:p>
        </w:tc>
      </w:tr>
      <w:tr>
        <w:tc>
          <w:tcPr>
            <w:tcW w:type="dxa" w:w="4536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向上汇报开场</w:t>
            </w:r>
          </w:p>
        </w:tc>
        <w:tc>
          <w:tcPr>
            <w:tcW w:type="dxa" w:w="4536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「这次我想跟你对的是结果和一个需要你拍板的地方……」</w:t>
            </w:r>
          </w:p>
        </w:tc>
      </w:tr>
      <w:tr>
        <w:tc>
          <w:tcPr>
            <w:tcW w:type="dxa" w:w="4536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向下派活开场</w:t>
            </w:r>
          </w:p>
        </w:tc>
        <w:tc>
          <w:tcPr>
            <w:tcW w:type="dxa" w:w="4536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「这件事的目标是……我想先听听你的想法，再看怎么定节奏」</w:t>
            </w:r>
          </w:p>
        </w:tc>
      </w:tr>
      <w:tr>
        <w:tc>
          <w:tcPr>
            <w:tcW w:type="dxa" w:w="4536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平级请求开场</w:t>
            </w:r>
          </w:p>
        </w:tc>
        <w:tc>
          <w:tcPr>
            <w:tcW w:type="dxa" w:w="4536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「我这边遇到一件事，想跟你一起看看有没有更顺的做法」</w:t>
            </w:r>
          </w:p>
        </w:tc>
      </w:tr>
    </w:tbl>
    <w:p>
      <w:pPr>
        <w:spacing w:after="120" w:before="0"/>
      </w:pPr>
      <w:r>
        <w:rPr>
          <w:sz w:val="12"/>
        </w:rPr>
      </w:r>
    </w:p>
    <w:tbl>
      <w:tblPr>
        <w:tblW w:type="auto" w:w="0"/>
        <w:jc w:val="center"/>
        <w:tblLook w:firstColumn="1" w:firstRow="1" w:lastColumn="0" w:lastRow="0" w:noHBand="0" w:noVBand="1" w:val="04A0"/>
        <w:cantSplit/>
      </w:tblPr>
      <w:tblGrid>
        <w:gridCol w:w="9072"/>
      </w:tblGrid>
      <w:tr>
        <w:tc>
          <w:tcPr>
            <w:tcW w:type="dxa" w:w="9072"/>
            <w:shd w:val="clear" w:color="auto" w:fill="013147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after="160" w:before="160" w:line="360" w:lineRule="exact"/>
              <w:jc w:val="center"/>
            </w:pPr>
            <w:r>
              <w:rPr>
                <w:rFonts w:ascii="Microsoft YaHei" w:hAnsi="Microsoft YaHei" w:eastAsia="Microsoft YaHei"/>
                <w:b/>
                <w:color w:val="FFFFFF"/>
                <w:sz w:val="24"/>
              </w:rPr>
              <w:t>话术卡给的是起手式，不是台词——真正说的时候，按对方偏好微调</w:t>
            </w:r>
          </w:p>
        </w:tc>
      </w:tr>
    </w:tbl>
    <w:p>
      <w:pPr>
        <w:spacing w:after="80" w:before="0"/>
      </w:pPr>
      <w:r>
        <w:rPr>
          <w:sz w:val="12"/>
        </w:rPr>
      </w:r>
    </w:p>
    <w:p>
      <w:pPr>
        <w:spacing w:before="120" w:after="80"/>
        <w:keepLines/>
      </w:pPr>
      <w:r>
        <w:rPr>
          <w:rFonts w:ascii="Microsoft YaHei" w:hAnsi="Microsoft YaHei" w:eastAsia="Microsoft YaHei"/>
          <w:b/>
          <w:color w:val="888888"/>
          <w:sz w:val="20"/>
        </w:rPr>
        <w:t>我的笔记：</w:t>
      </w:r>
      <w:r>
        <w:br/>
      </w:r>
      <w:r>
        <w:rPr>
          <w:rFonts w:ascii="Microsoft YaHei" w:hAnsi="Microsoft YaHei" w:eastAsia="Microsoft YaHei"/>
          <w:color w:val="CCCCCC"/>
          <w:sz w:val="22"/>
        </w:rPr>
        <w:t>_____________________________________________________________________________________</w:t>
      </w:r>
      <w:r>
        <w:br/>
      </w:r>
      <w:r>
        <w:rPr>
          <w:rFonts w:ascii="Microsoft YaHei" w:hAnsi="Microsoft YaHei" w:eastAsia="Microsoft YaHei"/>
          <w:color w:val="CCCCCC"/>
          <w:sz w:val="22"/>
        </w:rPr>
        <w:t>_____________________________________________________________________________________</w:t>
      </w:r>
      <w:r>
        <w:br/>
      </w:r>
      <w:r>
        <w:rPr>
          <w:rFonts w:ascii="Microsoft YaHei" w:hAnsi="Microsoft YaHei" w:eastAsia="Microsoft YaHei"/>
          <w:color w:val="CCCCCC"/>
          <w:sz w:val="22"/>
        </w:rPr>
        <w:t>_____________________________________________________________________________________</w:t>
      </w:r>
    </w:p>
    <w:p>
      <w:r>
        <w:br w:type="page"/>
      </w:r>
    </w:p>
    <w:p>
      <w:pPr>
        <w:spacing w:after="160" w:before="0"/>
      </w:pPr>
      <w:r>
        <w:rPr>
          <w:sz w:val="12"/>
        </w:rPr>
      </w:r>
    </w:p>
    <w:p>
      <w:pPr>
        <w:keepNext/>
        <w:spacing w:after="80" w:before="160" w:line="416" w:lineRule="exact"/>
      </w:pPr>
      <w:r>
        <w:rPr>
          <w:rFonts w:ascii="Microsoft YaHei" w:hAnsi="Microsoft YaHei" w:eastAsia="Microsoft YaHei"/>
          <w:b/>
          <w:i w:val="0"/>
          <w:color w:val="013147"/>
          <w:sz w:val="26"/>
        </w:rPr>
        <w:t>练习 · 现场绘制我团队的偏好分布</w:t>
      </w:r>
    </w:p>
    <w:p>
      <w:pPr>
        <w:spacing w:after="80" w:before="0" w:line="352" w:lineRule="exact"/>
      </w:pPr>
      <w:r>
        <w:rPr>
          <w:rFonts w:ascii="Microsoft YaHei" w:hAnsi="Microsoft YaHei" w:eastAsia="Microsoft YaHei"/>
          <w:b w:val="0"/>
          <w:i w:val="0"/>
          <w:color w:val="333333"/>
          <w:sz w:val="22"/>
        </w:rPr>
        <w:t>用真实团队画一张沟通地图，找出结构缺口，并想一个补位办法。</w:t>
      </w:r>
    </w:p>
    <w:p>
      <w:pPr>
        <w:spacing w:after="60" w:before="0" w:line="352" w:lineRule="exact"/>
      </w:pPr>
      <w:r>
        <w:rPr>
          <w:rFonts w:ascii="Microsoft YaHei" w:hAnsi="Microsoft YaHei" w:eastAsia="Microsoft YaHei"/>
          <w:b w:val="0"/>
          <w:i w:val="0"/>
          <w:color w:val="333333"/>
          <w:sz w:val="22"/>
        </w:rPr>
        <w:t>1. 在空白地图上画出四条偏好轴</w:t>
      </w:r>
    </w:p>
    <w:p>
      <w:pPr>
        <w:spacing w:after="60" w:before="0" w:line="352" w:lineRule="exact"/>
      </w:pPr>
      <w:r>
        <w:rPr>
          <w:rFonts w:ascii="Microsoft YaHei" w:hAnsi="Microsoft YaHei" w:eastAsia="Microsoft YaHei"/>
          <w:b w:val="0"/>
          <w:i w:val="0"/>
          <w:color w:val="333333"/>
          <w:sz w:val="22"/>
        </w:rPr>
        <w:t>2. 把团队 5-8 位成员大致标上去（用代号即可）</w:t>
      </w:r>
    </w:p>
    <w:p>
      <w:pPr>
        <w:spacing w:after="60" w:before="0" w:line="352" w:lineRule="exact"/>
      </w:pPr>
      <w:r>
        <w:rPr>
          <w:rFonts w:ascii="Microsoft YaHei" w:hAnsi="Microsoft YaHei" w:eastAsia="Microsoft YaHei"/>
          <w:b w:val="0"/>
          <w:i w:val="0"/>
          <w:color w:val="333333"/>
          <w:sz w:val="22"/>
        </w:rPr>
        <w:t>3. 写出：最强的一端 / 最空的一端 / 谁在补空的那一端</w:t>
      </w:r>
    </w:p>
    <w:p>
      <w:pPr>
        <w:spacing w:after="60" w:before="0" w:line="352" w:lineRule="exact"/>
      </w:pPr>
      <w:r>
        <w:rPr>
          <w:rFonts w:ascii="Microsoft YaHei" w:hAnsi="Microsoft YaHei" w:eastAsia="Microsoft YaHei"/>
          <w:b w:val="0"/>
          <w:i w:val="0"/>
          <w:color w:val="333333"/>
          <w:sz w:val="22"/>
        </w:rPr>
        <w:t>4. 想一个补位办法：是人补、还是靠流程和制度补</w:t>
      </w:r>
    </w:p>
    <w:p>
      <w:pPr>
        <w:spacing w:after="80" w:line="240" w:lineRule="exact"/>
      </w:pPr>
      <w:r>
        <w:rPr>
          <w:rFonts w:ascii="Microsoft YaHei" w:hAnsi="Microsoft YaHei" w:eastAsia="Microsoft YaHei"/>
          <w:color w:val="CCCCCC"/>
          <w:sz w:val="22"/>
        </w:rPr>
        <w:t>_____________________________________________________________________________________</w:t>
      </w:r>
    </w:p>
    <w:p>
      <w:pPr>
        <w:spacing w:after="80" w:line="240" w:lineRule="exact"/>
      </w:pPr>
      <w:r>
        <w:rPr>
          <w:rFonts w:ascii="Microsoft YaHei" w:hAnsi="Microsoft YaHei" w:eastAsia="Microsoft YaHei"/>
          <w:color w:val="CCCCCC"/>
          <w:sz w:val="22"/>
        </w:rPr>
        <w:t>_____________________________________________________________________________________</w:t>
      </w:r>
    </w:p>
    <w:p>
      <w:pPr>
        <w:spacing w:after="80" w:line="240" w:lineRule="exact"/>
      </w:pPr>
      <w:r>
        <w:rPr>
          <w:rFonts w:ascii="Microsoft YaHei" w:hAnsi="Microsoft YaHei" w:eastAsia="Microsoft YaHei"/>
          <w:color w:val="CCCCCC"/>
          <w:sz w:val="22"/>
        </w:rPr>
        <w:t>_____________________________________________________________________________________</w:t>
      </w:r>
    </w:p>
    <w:p>
      <w:pPr>
        <w:spacing w:before="120" w:after="80"/>
        <w:keepLines/>
      </w:pPr>
      <w:r>
        <w:rPr>
          <w:rFonts w:ascii="Microsoft YaHei" w:hAnsi="Microsoft YaHei" w:eastAsia="Microsoft YaHei"/>
          <w:b/>
          <w:color w:val="888888"/>
          <w:sz w:val="20"/>
        </w:rPr>
        <w:t>我的笔记：</w:t>
      </w:r>
      <w:r>
        <w:br/>
      </w:r>
      <w:r>
        <w:rPr>
          <w:rFonts w:ascii="Microsoft YaHei" w:hAnsi="Microsoft YaHei" w:eastAsia="Microsoft YaHei"/>
          <w:color w:val="CCCCCC"/>
          <w:sz w:val="22"/>
        </w:rPr>
        <w:t>_____________________________________________________________________________________</w:t>
      </w:r>
      <w:r>
        <w:br/>
      </w:r>
      <w:r>
        <w:rPr>
          <w:rFonts w:ascii="Microsoft YaHei" w:hAnsi="Microsoft YaHei" w:eastAsia="Microsoft YaHei"/>
          <w:color w:val="CCCCCC"/>
          <w:sz w:val="22"/>
        </w:rPr>
        <w:t>_____________________________________________________________________________________</w:t>
      </w:r>
      <w:r>
        <w:br/>
      </w:r>
      <w:r>
        <w:rPr>
          <w:rFonts w:ascii="Microsoft YaHei" w:hAnsi="Microsoft YaHei" w:eastAsia="Microsoft YaHei"/>
          <w:color w:val="CCCCCC"/>
          <w:sz w:val="22"/>
        </w:rPr>
        <w:t>_____________________________________________________________________________________</w:t>
      </w:r>
    </w:p>
    <w:p>
      <w:pPr>
        <w:spacing w:after="200" w:before="0"/>
      </w:pPr>
      <w:r>
        <w:rPr>
          <w:sz w:val="12"/>
        </w:rPr>
      </w:r>
    </w:p>
    <w:p>
      <w:pPr>
        <w:spacing w:after="120" w:before="200" w:line="448" w:lineRule="exact"/>
      </w:pPr>
      <w:r>
        <w:rPr>
          <w:rFonts w:ascii="SimHei" w:hAnsi="SimHei" w:eastAsia="SimHei"/>
          <w:b/>
          <w:i w:val="0"/>
          <w:color w:val="013147"/>
          <w:sz w:val="28"/>
        </w:rPr>
        <w:t>固化：团队沟通地图 + 话术卡 · 总结</w:t>
      </w:r>
    </w:p>
    <w:tbl>
      <w:tblPr>
        <w:tblW w:type="auto" w:w="0"/>
        <w:jc w:val="center"/>
        <w:tblLook w:firstColumn="1" w:firstRow="1" w:lastColumn="0" w:lastRow="0" w:noHBand="0" w:noVBand="1" w:val="04A0"/>
        <w:cantSplit/>
      </w:tblPr>
      <w:tblGrid>
        <w:gridCol w:w="9072"/>
      </w:tblGrid>
      <w:tr>
        <w:tc>
          <w:tcPr>
            <w:tcW w:type="dxa" w:w="9072"/>
            <w:shd w:val="clear" w:color="auto" w:fill="013147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after="160" w:before="160" w:line="360" w:lineRule="exact"/>
              <w:jc w:val="center"/>
            </w:pPr>
            <w:r>
              <w:rPr>
                <w:rFonts w:ascii="Microsoft YaHei" w:hAnsi="Microsoft YaHei" w:eastAsia="Microsoft YaHei"/>
                <w:b/>
                <w:color w:val="FFFFFF"/>
                <w:sz w:val="24"/>
              </w:rPr>
              <w:t>偏好的分布不是个人问题，是团队结构问题</w:t>
            </w:r>
          </w:p>
        </w:tc>
      </w:tr>
    </w:tbl>
    <w:p>
      <w:pPr>
        <w:spacing w:after="80" w:before="0"/>
      </w:pPr>
      <w:r>
        <w:rPr>
          <w:sz w:val="12"/>
        </w:rPr>
      </w:r>
    </w:p>
    <w:p>
      <w:pPr>
        <w:spacing w:after="80" w:before="0" w:line="352" w:lineRule="exact"/>
      </w:pPr>
      <w:r>
        <w:rPr>
          <w:rFonts w:ascii="Microsoft YaHei" w:hAnsi="Microsoft YaHei" w:eastAsia="Microsoft YaHei"/>
          <w:b/>
          <w:i w:val="0"/>
          <w:color w:val="333333"/>
          <w:sz w:val="22"/>
        </w:rPr>
        <w:t>我收获的 3 个关键点：</w:t>
      </w:r>
    </w:p>
    <w:p>
      <w:pPr>
        <w:spacing w:after="80" w:before="0" w:line="352" w:lineRule="exact"/>
      </w:pPr>
      <w:r>
        <w:rPr>
          <w:rFonts w:ascii="Microsoft YaHei" w:hAnsi="Microsoft YaHei" w:eastAsia="Microsoft YaHei"/>
          <w:b w:val="0"/>
          <w:i w:val="0"/>
          <w:color w:val="888888"/>
          <w:sz w:val="22"/>
        </w:rPr>
        <w:t>1. ___________________________________</w:t>
      </w:r>
    </w:p>
    <w:p>
      <w:pPr>
        <w:spacing w:after="80" w:before="0" w:line="352" w:lineRule="exact"/>
      </w:pPr>
      <w:r>
        <w:rPr>
          <w:rFonts w:ascii="Microsoft YaHei" w:hAnsi="Microsoft YaHei" w:eastAsia="Microsoft YaHei"/>
          <w:b w:val="0"/>
          <w:i w:val="0"/>
          <w:color w:val="888888"/>
          <w:sz w:val="22"/>
        </w:rPr>
        <w:t>2. ___________________________________</w:t>
      </w:r>
    </w:p>
    <w:p>
      <w:pPr>
        <w:spacing w:after="80" w:before="0" w:line="352" w:lineRule="exact"/>
      </w:pPr>
      <w:r>
        <w:rPr>
          <w:rFonts w:ascii="Microsoft YaHei" w:hAnsi="Microsoft YaHei" w:eastAsia="Microsoft YaHei"/>
          <w:b w:val="0"/>
          <w:i w:val="0"/>
          <w:color w:val="888888"/>
          <w:sz w:val="22"/>
        </w:rPr>
        <w:t>3. ___________________________________</w:t>
      </w:r>
    </w:p>
    <w:p>
      <w:pPr>
        <w:spacing w:after="160" w:before="0"/>
      </w:pPr>
      <w:r>
        <w:rPr>
          <w:sz w:val="12"/>
        </w:rPr>
      </w:r>
    </w:p>
    <w:p>
      <w:pPr>
        <w:spacing w:after="120" w:before="160" w:line="384" w:lineRule="exact"/>
      </w:pPr>
      <w:r>
        <w:rPr>
          <w:rFonts w:ascii="Microsoft YaHei" w:hAnsi="Microsoft YaHei" w:eastAsia="Microsoft YaHei"/>
          <w:b/>
          <w:i w:val="0"/>
          <w:color w:val="013147"/>
          <w:sz w:val="24"/>
        </w:rPr>
        <w:t>固化：团队沟通地图 + 话术卡 · 行动承诺</w:t>
      </w:r>
    </w:p>
    <w:p>
      <w:pPr>
        <w:spacing w:after="80"/>
        <w:ind w:left="283"/>
      </w:pPr>
      <w:r>
        <w:rPr>
          <w:rFonts w:ascii="Microsoft YaHei" w:hAnsi="Microsoft YaHei" w:eastAsia="Microsoft YaHei"/>
          <w:color w:val="333333"/>
          <w:sz w:val="22"/>
        </w:rPr>
        <w:t>☐  把团队沟通地图贴在团队看板上，让团队自己认位置</w:t>
      </w:r>
    </w:p>
    <w:p>
      <w:pPr>
        <w:spacing w:after="80"/>
        <w:ind w:left="283"/>
      </w:pPr>
      <w:r>
        <w:rPr>
          <w:rFonts w:ascii="Microsoft YaHei" w:hAnsi="Microsoft YaHei" w:eastAsia="Microsoft YaHei"/>
          <w:color w:val="333333"/>
          <w:sz w:val="22"/>
        </w:rPr>
        <w:t>☐  下次开会，主动扮演团队缺的那一端的角色说一句话</w:t>
      </w:r>
    </w:p>
    <w:p>
      <w:pPr>
        <w:spacing w:after="60" w:before="0" w:line="352" w:lineRule="exact"/>
      </w:pPr>
      <w:r>
        <w:rPr>
          <w:rFonts w:ascii="Microsoft YaHei" w:hAnsi="Microsoft YaHei" w:eastAsia="Microsoft YaHei"/>
          <w:b w:val="0"/>
          <w:i w:val="0"/>
          <w:color w:val="333333"/>
          <w:sz w:val="22"/>
        </w:rPr>
        <w:t>具体行动：___________________________________</w:t>
      </w:r>
    </w:p>
    <w:p>
      <w:pPr>
        <w:spacing w:after="60" w:before="0" w:line="352" w:lineRule="exact"/>
      </w:pPr>
      <w:r>
        <w:rPr>
          <w:rFonts w:ascii="Microsoft YaHei" w:hAnsi="Microsoft YaHei" w:eastAsia="Microsoft YaHei"/>
          <w:b w:val="0"/>
          <w:i w:val="0"/>
          <w:color w:val="333333"/>
          <w:sz w:val="22"/>
        </w:rPr>
        <w:t>我的当责伙伴：_______________</w:t>
      </w:r>
    </w:p>
    <w:p>
      <w:r>
        <w:br w:type="page"/>
      </w:r>
    </w:p>
    <w:p>
      <w:pPr>
        <w:spacing w:after="40" w:before="200" w:line="448" w:lineRule="exact"/>
      </w:pPr>
      <w:r>
        <w:rPr>
          <w:rFonts w:ascii="SimHei" w:hAnsi="SimHei" w:eastAsia="SimHei"/>
          <w:b/>
          <w:i w:val="0"/>
          <w:color w:val="8DC643"/>
          <w:sz w:val="28"/>
        </w:rPr>
        <w:t>模块六</w:t>
      </w:r>
    </w:p>
    <w:p>
      <w:pPr>
        <w:keepNext/>
        <w:spacing w:after="120" w:before="0" w:line="576" w:lineRule="exact"/>
      </w:pPr>
      <w:r>
        <w:rPr>
          <w:rFonts w:ascii="SimHei" w:hAnsi="SimHei" w:eastAsia="SimHei"/>
          <w:b/>
          <w:i w:val="0"/>
          <w:color w:val="013147"/>
          <w:sz w:val="36"/>
        </w:rPr>
        <w:t>边界与行动：带着地图回岗</w:t>
      </w:r>
    </w:p>
    <w:p>
      <w:pPr>
        <w:spacing w:after="120" w:before="0" w:line="352" w:lineRule="exact"/>
      </w:pPr>
      <w:r>
        <w:rPr>
          <w:rFonts w:ascii="Microsoft YaHei" w:hAnsi="Microsoft YaHei" w:eastAsia="Microsoft YaHei"/>
          <w:b w:val="0"/>
          <w:i/>
          <w:color w:val="888888"/>
          <w:sz w:val="22"/>
        </w:rPr>
        <w:t>说清 MBTI 能用到哪、不能用到哪，再带走一句要换的说法</w:t>
      </w:r>
    </w:p>
    <w:p>
      <w:pPr>
        <w:spacing w:after="80" w:before="0" w:line="384" w:lineRule="exact"/>
      </w:pPr>
      <w:r>
        <w:rPr>
          <w:rFonts w:ascii="Microsoft YaHei" w:hAnsi="Microsoft YaHei" w:eastAsia="Microsoft YaHei"/>
          <w:b/>
          <w:i w:val="0"/>
          <w:color w:val="013147"/>
          <w:sz w:val="24"/>
        </w:rPr>
        <w:t>【模块学习目标】</w:t>
      </w:r>
    </w:p>
    <w:p>
      <w:pPr>
        <w:spacing w:after="60"/>
        <w:ind w:left="283"/>
      </w:pPr>
      <w:r>
        <w:rPr>
          <w:rFonts w:ascii="Microsoft YaHei" w:hAnsi="Microsoft YaHei" w:eastAsia="Microsoft YaHei"/>
          <w:b w:val="0"/>
          <w:color w:val="333333"/>
          <w:sz w:val="22"/>
        </w:rPr>
        <w:t>• 说清 MBTI 的伦理使用边界（三条守则）</w:t>
      </w:r>
    </w:p>
    <w:p>
      <w:pPr>
        <w:spacing w:after="60"/>
        <w:ind w:left="283"/>
      </w:pPr>
      <w:r>
        <w:rPr>
          <w:rFonts w:ascii="Microsoft YaHei" w:hAnsi="Microsoft YaHei" w:eastAsia="Microsoft YaHei"/>
          <w:b w:val="0"/>
          <w:color w:val="333333"/>
          <w:sz w:val="22"/>
        </w:rPr>
        <w:t>• 完成一句可执行的「回团队要换的说法」并配对互锁</w:t>
      </w:r>
    </w:p>
    <w:p>
      <w:pPr>
        <w:spacing w:after="160" w:before="80" w:line="380" w:lineRule="exact"/>
        <w:jc w:val="center"/>
      </w:pPr>
      <w:r>
        <w:rPr>
          <w:rFonts w:ascii="Microsoft YaHei" w:hAnsi="Microsoft YaHei" w:eastAsia="Microsoft YaHei"/>
          <w:sz w:val="24"/>
        </w:rPr>
        <w:t xml:space="preserve">从 </w:t>
      </w:r>
      <w:r>
        <w:rPr>
          <w:rFonts w:ascii="Microsoft YaHei" w:hAnsi="Microsoft YaHei" w:eastAsia="Microsoft YaHei"/>
          <w:b/>
          <w:color w:val="888888"/>
          <w:sz w:val="24"/>
        </w:rPr>
        <w:t>「把类型当结论」</w:t>
      </w:r>
      <w:r>
        <w:rPr>
          <w:rFonts w:ascii="Microsoft YaHei" w:hAnsi="Microsoft YaHei" w:eastAsia="Microsoft YaHei"/>
          <w:sz w:val="24"/>
        </w:rPr>
        <w:t xml:space="preserve"> 到 </w:t>
      </w:r>
      <w:r>
        <w:rPr>
          <w:rFonts w:ascii="Microsoft YaHei" w:hAnsi="Microsoft YaHei" w:eastAsia="Microsoft YaHei"/>
          <w:b/>
          <w:color w:val="8DC643"/>
          <w:sz w:val="24"/>
        </w:rPr>
        <w:t>「把类型当参考、把行动当结论」</w:t>
      </w:r>
    </w:p>
    <w:p>
      <w:pPr>
        <w:spacing w:after="800" w:before="0"/>
      </w:pPr>
      <w:r>
        <w:rPr>
          <w:sz w:val="12"/>
        </w:rPr>
      </w:r>
    </w:p>
    <w:p>
      <w:pPr>
        <w:spacing w:after="80" w:before="80" w:line="384" w:lineRule="exact"/>
      </w:pPr>
      <w:r>
        <w:rPr>
          <w:rFonts w:ascii="Microsoft YaHei" w:hAnsi="Microsoft YaHei" w:eastAsia="Microsoft YaHei"/>
          <w:b/>
          <w:i w:val="0"/>
          <w:color w:val="013147"/>
          <w:sz w:val="24"/>
        </w:rPr>
        <w:t>【我的课前思考】</w:t>
      </w:r>
    </w:p>
    <w:p>
      <w:pPr>
        <w:spacing w:after="60"/>
        <w:ind w:left="170"/>
      </w:pPr>
      <w:r>
        <w:rPr>
          <w:rFonts w:ascii="Microsoft YaHei" w:hAnsi="Microsoft YaHei" w:eastAsia="Microsoft YaHei"/>
          <w:b w:val="0"/>
          <w:color w:val="333333"/>
          <w:sz w:val="22"/>
        </w:rPr>
        <w:t>• 如果有人说「你就是这种人，所以不行」，你会怎么想？</w:t>
      </w:r>
    </w:p>
    <w:p>
      <w:pPr>
        <w:spacing w:after="60"/>
        <w:ind w:left="170"/>
      </w:pPr>
      <w:r>
        <w:rPr>
          <w:rFonts w:ascii="Microsoft YaHei" w:hAnsi="Microsoft YaHei" w:eastAsia="Microsoft YaHei"/>
          <w:b w:val="0"/>
          <w:color w:val="333333"/>
          <w:sz w:val="22"/>
        </w:rPr>
        <w:t>• 30 天后，你希望自己的沟通有什么不一样？</w:t>
      </w:r>
    </w:p>
    <w:p>
      <w:pPr>
        <w:spacing w:after="80" w:line="240" w:lineRule="exact"/>
      </w:pPr>
      <w:r>
        <w:rPr>
          <w:rFonts w:ascii="Microsoft YaHei" w:hAnsi="Microsoft YaHei" w:eastAsia="Microsoft YaHei"/>
          <w:color w:val="CCCCCC"/>
          <w:sz w:val="22"/>
        </w:rPr>
        <w:t>_____________________________________________________________________________________</w:t>
      </w:r>
    </w:p>
    <w:p>
      <w:pPr>
        <w:spacing w:after="80" w:line="240" w:lineRule="exact"/>
      </w:pPr>
      <w:r>
        <w:rPr>
          <w:rFonts w:ascii="Microsoft YaHei" w:hAnsi="Microsoft YaHei" w:eastAsia="Microsoft YaHei"/>
          <w:color w:val="CCCCCC"/>
          <w:sz w:val="22"/>
        </w:rPr>
        <w:t>_____________________________________________________________________________________</w:t>
      </w:r>
    </w:p>
    <w:p>
      <w:pPr>
        <w:spacing w:after="80" w:line="240" w:lineRule="exact"/>
      </w:pPr>
      <w:r>
        <w:rPr>
          <w:rFonts w:ascii="Microsoft YaHei" w:hAnsi="Microsoft YaHei" w:eastAsia="Microsoft YaHei"/>
          <w:color w:val="CCCCCC"/>
          <w:sz w:val="22"/>
        </w:rPr>
        <w:t>_____________________________________________________________________________________</w:t>
      </w:r>
    </w:p>
    <w:p>
      <w:r>
        <w:br w:type="page"/>
      </w:r>
    </w:p>
    <w:p>
      <w:pPr>
        <w:spacing w:after="160" w:before="0"/>
      </w:pPr>
      <w:r>
        <w:rPr>
          <w:sz w:val="12"/>
        </w:rPr>
      </w:r>
    </w:p>
    <w:p>
      <w:pPr>
        <w:keepNext/>
        <w:spacing w:after="80" w:before="160" w:line="416" w:lineRule="exact"/>
      </w:pPr>
      <w:r>
        <w:rPr>
          <w:rFonts w:ascii="Microsoft YaHei" w:hAnsi="Microsoft YaHei" w:eastAsia="Microsoft YaHei"/>
          <w:b/>
          <w:i w:val="0"/>
          <w:color w:val="013147"/>
          <w:sz w:val="26"/>
        </w:rPr>
        <w:t>MBTI 伦理使用守则三条（官方）</w:t>
      </w:r>
    </w:p>
    <w:p>
      <w:pPr>
        <w:keepNext/>
        <w:spacing w:after="60" w:before="120" w:line="352" w:lineRule="exact"/>
      </w:pPr>
      <w:r>
        <w:rPr>
          <w:rFonts w:ascii="Microsoft YaHei" w:hAnsi="Microsoft YaHei" w:eastAsia="Microsoft YaHei"/>
          <w:b/>
          <w:i w:val="0"/>
          <w:color w:val="013147"/>
          <w:sz w:val="22"/>
        </w:rPr>
        <w:t>【核心模型】</w:t>
      </w:r>
    </w:p>
    <w:tbl>
      <w:tblPr>
        <w:tblW w:type="auto" w:w="0"/>
        <w:jc w:val="center"/>
        <w:tblLook w:firstColumn="1" w:firstRow="1" w:lastColumn="0" w:lastRow="0" w:noHBand="0" w:noVBand="1" w:val="04A0"/>
        <w:cantSplit/>
      </w:tblPr>
      <w:tblGrid>
        <w:gridCol w:w="4536"/>
        <w:gridCol w:w="4536"/>
      </w:tblGrid>
      <w:tr>
        <w:tc>
          <w:tcPr>
            <w:tcW w:type="dxa" w:w="4536"/>
            <w:shd w:val="clear" w:color="auto" w:fill="013147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  <w:jc w:val="center"/>
            </w:pPr>
            <w:r>
              <w:rPr>
                <w:rFonts w:ascii="Microsoft YaHei" w:hAnsi="Microsoft YaHei" w:eastAsia="Microsoft YaHei"/>
                <w:b/>
                <w:color w:val="FFFFFF"/>
                <w:sz w:val="20"/>
              </w:rPr>
              <w:t>守则</w:t>
            </w:r>
          </w:p>
        </w:tc>
        <w:tc>
          <w:tcPr>
            <w:tcW w:type="dxa" w:w="4536"/>
            <w:shd w:val="clear" w:color="auto" w:fill="013147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  <w:jc w:val="center"/>
            </w:pPr>
            <w:r>
              <w:rPr>
                <w:rFonts w:ascii="Microsoft YaHei" w:hAnsi="Microsoft YaHei" w:eastAsia="Microsoft YaHei"/>
                <w:b/>
                <w:color w:val="FFFFFF"/>
                <w:sz w:val="20"/>
              </w:rPr>
              <w:t>具体含义</w:t>
            </w:r>
          </w:p>
        </w:tc>
      </w:tr>
      <w:tr>
        <w:tc>
          <w:tcPr>
            <w:tcW w:type="dxa" w:w="4536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① 类型是偏好，不是能力</w:t>
            </w:r>
          </w:p>
        </w:tc>
        <w:tc>
          <w:tcPr>
            <w:tcW w:type="dxa" w:w="4536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没有好坏、没有优劣、没有聪明笨</w:t>
            </w:r>
          </w:p>
        </w:tc>
      </w:tr>
      <w:tr>
        <w:tc>
          <w:tcPr>
            <w:tcW w:type="dxa" w:w="4536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② 不预测绩效</w:t>
            </w:r>
          </w:p>
        </w:tc>
        <w:tc>
          <w:tcPr>
            <w:tcW w:type="dxa" w:w="4536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跟业绩、能力、能不能当管理无关</w:t>
            </w:r>
          </w:p>
        </w:tc>
      </w:tr>
      <w:tr>
        <w:tc>
          <w:tcPr>
            <w:tcW w:type="dxa" w:w="4536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③ 不用于人事决策</w:t>
            </w:r>
          </w:p>
        </w:tc>
        <w:tc>
          <w:tcPr>
            <w:tcW w:type="dxa" w:w="4536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招聘、晋升、淘汰——官方明确禁止的用法</w:t>
            </w:r>
          </w:p>
        </w:tc>
      </w:tr>
    </w:tbl>
    <w:p>
      <w:pPr>
        <w:spacing w:after="120" w:before="0"/>
      </w:pPr>
      <w:r>
        <w:rPr>
          <w:sz w:val="12"/>
        </w:rPr>
      </w:r>
    </w:p>
    <w:p>
      <w:pPr>
        <w:keepNext/>
        <w:spacing w:after="60" w:before="120" w:line="352" w:lineRule="exact"/>
      </w:pPr>
      <w:r>
        <w:rPr>
          <w:rFonts w:ascii="Microsoft YaHei" w:hAnsi="Microsoft YaHei" w:eastAsia="Microsoft YaHei"/>
          <w:b/>
          <w:i w:val="0"/>
          <w:color w:val="013147"/>
          <w:sz w:val="22"/>
        </w:rPr>
        <w:t>【案例】</w:t>
      </w:r>
    </w:p>
    <w:p>
      <w:pPr>
        <w:spacing w:after="80" w:before="0" w:line="352" w:lineRule="exact"/>
      </w:pPr>
      <w:r>
        <w:rPr>
          <w:rFonts w:ascii="Microsoft YaHei" w:hAnsi="Microsoft YaHei" w:eastAsia="Microsoft YaHei"/>
          <w:b w:val="0"/>
          <w:i w:val="0"/>
          <w:color w:val="333333"/>
          <w:sz w:val="22"/>
        </w:rPr>
        <w:t>我们用的是说明书，不是判决书。敢说清边界，才是这门课和「娱乐化 MBTI」的分水岭。</w:t>
      </w:r>
    </w:p>
    <w:p>
      <w:pPr>
        <w:spacing w:before="120" w:after="80"/>
        <w:keepLines/>
      </w:pPr>
      <w:r>
        <w:rPr>
          <w:rFonts w:ascii="Microsoft YaHei" w:hAnsi="Microsoft YaHei" w:eastAsia="Microsoft YaHei"/>
          <w:b/>
          <w:color w:val="888888"/>
          <w:sz w:val="20"/>
        </w:rPr>
        <w:t>我的笔记：</w:t>
      </w:r>
      <w:r>
        <w:br/>
      </w:r>
      <w:r>
        <w:rPr>
          <w:rFonts w:ascii="Microsoft YaHei" w:hAnsi="Microsoft YaHei" w:eastAsia="Microsoft YaHei"/>
          <w:color w:val="CCCCCC"/>
          <w:sz w:val="22"/>
        </w:rPr>
        <w:t>_____________________________________________________________________________________</w:t>
      </w:r>
      <w:r>
        <w:br/>
      </w:r>
      <w:r>
        <w:rPr>
          <w:rFonts w:ascii="Microsoft YaHei" w:hAnsi="Microsoft YaHei" w:eastAsia="Microsoft YaHei"/>
          <w:color w:val="CCCCCC"/>
          <w:sz w:val="22"/>
        </w:rPr>
        <w:t>_____________________________________________________________________________________</w:t>
      </w:r>
      <w:r>
        <w:br/>
      </w:r>
      <w:r>
        <w:rPr>
          <w:rFonts w:ascii="Microsoft YaHei" w:hAnsi="Microsoft YaHei" w:eastAsia="Microsoft YaHei"/>
          <w:color w:val="CCCCCC"/>
          <w:sz w:val="22"/>
        </w:rPr>
        <w:t>_____________________________________________________________________________________</w:t>
      </w:r>
    </w:p>
    <w:p>
      <w:pPr>
        <w:spacing w:after="160" w:before="0"/>
      </w:pPr>
      <w:r>
        <w:rPr>
          <w:sz w:val="12"/>
        </w:rPr>
      </w:r>
    </w:p>
    <w:p>
      <w:pPr>
        <w:keepNext/>
        <w:spacing w:after="80" w:before="160" w:line="416" w:lineRule="exact"/>
      </w:pPr>
      <w:r>
        <w:rPr>
          <w:rFonts w:ascii="Microsoft YaHei" w:hAnsi="Microsoft YaHei" w:eastAsia="Microsoft YaHei"/>
          <w:b/>
          <w:i w:val="0"/>
          <w:color w:val="013147"/>
          <w:sz w:val="26"/>
        </w:rPr>
        <w:t>学术谦逊提醒</w:t>
      </w:r>
    </w:p>
    <w:p>
      <w:pPr>
        <w:keepNext/>
        <w:spacing w:after="60" w:before="120" w:line="352" w:lineRule="exact"/>
      </w:pPr>
      <w:r>
        <w:rPr>
          <w:rFonts w:ascii="Microsoft YaHei" w:hAnsi="Microsoft YaHei" w:eastAsia="Microsoft YaHei"/>
          <w:b/>
          <w:i w:val="0"/>
          <w:color w:val="013147"/>
          <w:sz w:val="22"/>
        </w:rPr>
        <w:t>【核心模型】</w:t>
      </w:r>
    </w:p>
    <w:tbl>
      <w:tblPr>
        <w:tblW w:type="auto" w:w="0"/>
        <w:jc w:val="center"/>
        <w:tblLook w:firstColumn="1" w:firstRow="1" w:lastColumn="0" w:lastRow="0" w:noHBand="0" w:noVBand="1" w:val="04A0"/>
        <w:cantSplit/>
      </w:tblPr>
      <w:tblGrid>
        <w:gridCol w:w="4536"/>
        <w:gridCol w:w="4536"/>
      </w:tblGrid>
      <w:tr>
        <w:tc>
          <w:tcPr>
            <w:tcW w:type="dxa" w:w="4536"/>
            <w:shd w:val="clear" w:color="auto" w:fill="013147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  <w:jc w:val="center"/>
            </w:pPr>
            <w:r>
              <w:rPr>
                <w:rFonts w:ascii="Microsoft YaHei" w:hAnsi="Microsoft YaHei" w:eastAsia="Microsoft YaHei"/>
                <w:b/>
                <w:color w:val="FFFFFF"/>
                <w:sz w:val="20"/>
              </w:rPr>
              <w:t>来源</w:t>
            </w:r>
          </w:p>
        </w:tc>
        <w:tc>
          <w:tcPr>
            <w:tcW w:type="dxa" w:w="4536"/>
            <w:shd w:val="clear" w:color="auto" w:fill="013147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  <w:jc w:val="center"/>
            </w:pPr>
            <w:r>
              <w:rPr>
                <w:rFonts w:ascii="Microsoft YaHei" w:hAnsi="Microsoft YaHei" w:eastAsia="Microsoft YaHei"/>
                <w:b/>
                <w:color w:val="FFFFFF"/>
                <w:sz w:val="20"/>
              </w:rPr>
              <w:t>提醒</w:t>
            </w:r>
          </w:p>
        </w:tc>
      </w:tr>
      <w:tr>
        <w:tc>
          <w:tcPr>
            <w:tcW w:type="dxa" w:w="4536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Frontiers in Psychology（2023）</w:t>
            </w:r>
          </w:p>
        </w:tc>
        <w:tc>
          <w:tcPr>
            <w:tcW w:type="dxa" w:w="4536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MBTI 的信效度在学界有争议，不宜当作科学定论</w:t>
            </w:r>
          </w:p>
        </w:tc>
      </w:tr>
      <w:tr>
        <w:tc>
          <w:tcPr>
            <w:tcW w:type="dxa" w:w="4536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本课立场</w:t>
            </w:r>
          </w:p>
        </w:tc>
        <w:tc>
          <w:tcPr>
            <w:tcW w:type="dxa" w:w="4536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把它当成理解差异、改善沟通的语言，而非给人定性的结论</w:t>
            </w:r>
          </w:p>
        </w:tc>
      </w:tr>
    </w:tbl>
    <w:p>
      <w:pPr>
        <w:spacing w:after="120" w:before="0"/>
      </w:pPr>
      <w:r>
        <w:rPr>
          <w:sz w:val="12"/>
        </w:rPr>
      </w:r>
    </w:p>
    <w:tbl>
      <w:tblPr>
        <w:tblW w:type="auto" w:w="0"/>
        <w:jc w:val="center"/>
        <w:tblLook w:firstColumn="1" w:firstRow="1" w:lastColumn="0" w:lastRow="0" w:noHBand="0" w:noVBand="1" w:val="04A0"/>
        <w:cantSplit/>
      </w:tblPr>
      <w:tblGrid>
        <w:gridCol w:w="9072"/>
      </w:tblGrid>
      <w:tr>
        <w:tc>
          <w:tcPr>
            <w:tcW w:type="dxa" w:w="9072"/>
            <w:shd w:val="clear" w:color="auto" w:fill="013147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after="160" w:before="160" w:line="360" w:lineRule="exact"/>
              <w:jc w:val="center"/>
            </w:pPr>
            <w:r>
              <w:rPr>
                <w:rFonts w:ascii="Microsoft YaHei" w:hAnsi="Microsoft YaHei" w:eastAsia="Microsoft YaHei"/>
                <w:b/>
                <w:color w:val="FFFFFF"/>
                <w:sz w:val="24"/>
              </w:rPr>
              <w:t>把它当语言用，别当结论用</w:t>
            </w:r>
          </w:p>
        </w:tc>
      </w:tr>
    </w:tbl>
    <w:p>
      <w:pPr>
        <w:spacing w:after="80" w:before="0"/>
      </w:pPr>
      <w:r>
        <w:rPr>
          <w:sz w:val="12"/>
        </w:rPr>
      </w:r>
    </w:p>
    <w:p>
      <w:pPr>
        <w:spacing w:before="120" w:after="80"/>
        <w:keepLines/>
      </w:pPr>
      <w:r>
        <w:rPr>
          <w:rFonts w:ascii="Microsoft YaHei" w:hAnsi="Microsoft YaHei" w:eastAsia="Microsoft YaHei"/>
          <w:b/>
          <w:color w:val="888888"/>
          <w:sz w:val="20"/>
        </w:rPr>
        <w:t>我的笔记：</w:t>
      </w:r>
      <w:r>
        <w:br/>
      </w:r>
      <w:r>
        <w:rPr>
          <w:rFonts w:ascii="Microsoft YaHei" w:hAnsi="Microsoft YaHei" w:eastAsia="Microsoft YaHei"/>
          <w:color w:val="CCCCCC"/>
          <w:sz w:val="22"/>
        </w:rPr>
        <w:t>_____________________________________________________________________________________</w:t>
      </w:r>
      <w:r>
        <w:br/>
      </w:r>
      <w:r>
        <w:rPr>
          <w:rFonts w:ascii="Microsoft YaHei" w:hAnsi="Microsoft YaHei" w:eastAsia="Microsoft YaHei"/>
          <w:color w:val="CCCCCC"/>
          <w:sz w:val="22"/>
        </w:rPr>
        <w:t>_____________________________________________________________________________________</w:t>
      </w:r>
      <w:r>
        <w:br/>
      </w:r>
      <w:r>
        <w:rPr>
          <w:rFonts w:ascii="Microsoft YaHei" w:hAnsi="Microsoft YaHei" w:eastAsia="Microsoft YaHei"/>
          <w:color w:val="CCCCCC"/>
          <w:sz w:val="22"/>
        </w:rPr>
        <w:t>_____________________________________________________________________________________</w:t>
      </w:r>
    </w:p>
    <w:p>
      <w:pPr>
        <w:spacing w:after="160" w:before="0"/>
      </w:pPr>
      <w:r>
        <w:rPr>
          <w:sz w:val="12"/>
        </w:rPr>
      </w:r>
    </w:p>
    <w:p>
      <w:pPr>
        <w:keepNext/>
        <w:spacing w:after="80" w:before="160" w:line="416" w:lineRule="exact"/>
      </w:pPr>
      <w:r>
        <w:rPr>
          <w:rFonts w:ascii="Microsoft YaHei" w:hAnsi="Microsoft YaHei" w:eastAsia="Microsoft YaHei"/>
          <w:b/>
          <w:i w:val="0"/>
          <w:color w:val="013147"/>
          <w:sz w:val="26"/>
        </w:rPr>
        <w:t>承诺三要求</w:t>
      </w:r>
    </w:p>
    <w:p>
      <w:pPr>
        <w:keepNext/>
        <w:spacing w:after="60" w:before="120" w:line="352" w:lineRule="exact"/>
      </w:pPr>
      <w:r>
        <w:rPr>
          <w:rFonts w:ascii="Microsoft YaHei" w:hAnsi="Microsoft YaHei" w:eastAsia="Microsoft YaHei"/>
          <w:b/>
          <w:i w:val="0"/>
          <w:color w:val="013147"/>
          <w:sz w:val="22"/>
        </w:rPr>
        <w:t>【核心模型】</w:t>
      </w:r>
    </w:p>
    <w:tbl>
      <w:tblPr>
        <w:tblW w:type="auto" w:w="0"/>
        <w:jc w:val="center"/>
        <w:tblLook w:firstColumn="1" w:firstRow="1" w:lastColumn="0" w:lastRow="0" w:noHBand="0" w:noVBand="1" w:val="04A0"/>
        <w:cantSplit/>
      </w:tblPr>
      <w:tblGrid>
        <w:gridCol w:w="4536"/>
        <w:gridCol w:w="4536"/>
      </w:tblGrid>
      <w:tr>
        <w:tc>
          <w:tcPr>
            <w:tcW w:type="dxa" w:w="4536"/>
            <w:shd w:val="clear" w:color="auto" w:fill="013147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  <w:jc w:val="center"/>
            </w:pPr>
            <w:r>
              <w:rPr>
                <w:rFonts w:ascii="Microsoft YaHei" w:hAnsi="Microsoft YaHei" w:eastAsia="Microsoft YaHei"/>
                <w:b/>
                <w:color w:val="FFFFFF"/>
                <w:sz w:val="20"/>
              </w:rPr>
              <w:t>要求</w:t>
            </w:r>
          </w:p>
        </w:tc>
        <w:tc>
          <w:tcPr>
            <w:tcW w:type="dxa" w:w="4536"/>
            <w:shd w:val="clear" w:color="auto" w:fill="013147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  <w:jc w:val="center"/>
            </w:pPr>
            <w:r>
              <w:rPr>
                <w:rFonts w:ascii="Microsoft YaHei" w:hAnsi="Microsoft YaHei" w:eastAsia="Microsoft YaHei"/>
                <w:b/>
                <w:color w:val="FFFFFF"/>
                <w:sz w:val="20"/>
              </w:rPr>
              <w:t>自检问题</w:t>
            </w:r>
          </w:p>
        </w:tc>
      </w:tr>
      <w:tr>
        <w:tc>
          <w:tcPr>
            <w:tcW w:type="dxa" w:w="4536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具体</w:t>
            </w:r>
          </w:p>
        </w:tc>
        <w:tc>
          <w:tcPr>
            <w:tcW w:type="dxa" w:w="4536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我说清「做什么」了吗？</w:t>
            </w:r>
          </w:p>
        </w:tc>
      </w:tr>
      <w:tr>
        <w:tc>
          <w:tcPr>
            <w:tcW w:type="dxa" w:w="4536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可听</w:t>
            </w:r>
          </w:p>
        </w:tc>
        <w:tc>
          <w:tcPr>
            <w:tcW w:type="dxa" w:w="4536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对方能听到、能接住吗？</w:t>
            </w:r>
          </w:p>
        </w:tc>
      </w:tr>
      <w:tr>
        <w:tc>
          <w:tcPr>
            <w:tcW w:type="dxa" w:w="4536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可查</w:t>
            </w:r>
          </w:p>
        </w:tc>
        <w:tc>
          <w:tcPr>
            <w:tcW w:type="dxa" w:w="4536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30 天后，我怎么知道做没做到？</w:t>
            </w:r>
          </w:p>
        </w:tc>
      </w:tr>
    </w:tbl>
    <w:p>
      <w:pPr>
        <w:spacing w:after="120" w:before="0"/>
      </w:pPr>
      <w:r>
        <w:rPr>
          <w:sz w:val="12"/>
        </w:rPr>
      </w:r>
    </w:p>
    <w:p>
      <w:pPr>
        <w:keepNext/>
        <w:spacing w:after="60" w:before="120" w:line="352" w:lineRule="exact"/>
      </w:pPr>
      <w:r>
        <w:rPr>
          <w:rFonts w:ascii="Microsoft YaHei" w:hAnsi="Microsoft YaHei" w:eastAsia="Microsoft YaHei"/>
          <w:b/>
          <w:i w:val="0"/>
          <w:color w:val="013147"/>
          <w:sz w:val="22"/>
        </w:rPr>
        <w:t>【案例】</w:t>
      </w:r>
    </w:p>
    <w:p>
      <w:pPr>
        <w:spacing w:after="80" w:before="0" w:line="352" w:lineRule="exact"/>
      </w:pPr>
      <w:r>
        <w:rPr>
          <w:rFonts w:ascii="Microsoft YaHei" w:hAnsi="Microsoft YaHei" w:eastAsia="Microsoft YaHei"/>
          <w:b w:val="0"/>
          <w:i w:val="0"/>
          <w:color w:val="333333"/>
          <w:sz w:val="22"/>
        </w:rPr>
        <w:t>「我要好好沟通」不是承诺——改到能验证为止，才算数。</w:t>
      </w:r>
    </w:p>
    <w:p>
      <w:pPr>
        <w:spacing w:before="120" w:after="80"/>
        <w:keepLines/>
      </w:pPr>
      <w:r>
        <w:rPr>
          <w:rFonts w:ascii="Microsoft YaHei" w:hAnsi="Microsoft YaHei" w:eastAsia="Microsoft YaHei"/>
          <w:b/>
          <w:color w:val="888888"/>
          <w:sz w:val="20"/>
        </w:rPr>
        <w:t>我的笔记：</w:t>
      </w:r>
      <w:r>
        <w:br/>
      </w:r>
      <w:r>
        <w:rPr>
          <w:rFonts w:ascii="Microsoft YaHei" w:hAnsi="Microsoft YaHei" w:eastAsia="Microsoft YaHei"/>
          <w:color w:val="CCCCCC"/>
          <w:sz w:val="22"/>
        </w:rPr>
        <w:t>_____________________________________________________________________________________</w:t>
      </w:r>
      <w:r>
        <w:br/>
      </w:r>
      <w:r>
        <w:rPr>
          <w:rFonts w:ascii="Microsoft YaHei" w:hAnsi="Microsoft YaHei" w:eastAsia="Microsoft YaHei"/>
          <w:color w:val="CCCCCC"/>
          <w:sz w:val="22"/>
        </w:rPr>
        <w:t>_____________________________________________________________________________________</w:t>
      </w:r>
      <w:r>
        <w:br/>
      </w:r>
      <w:r>
        <w:rPr>
          <w:rFonts w:ascii="Microsoft YaHei" w:hAnsi="Microsoft YaHei" w:eastAsia="Microsoft YaHei"/>
          <w:color w:val="CCCCCC"/>
          <w:sz w:val="22"/>
        </w:rPr>
        <w:t>_____________________________________________________________________________________</w:t>
      </w:r>
    </w:p>
    <w:p>
      <w:r>
        <w:br w:type="page"/>
      </w:r>
    </w:p>
    <w:p>
      <w:pPr>
        <w:spacing w:after="160" w:before="0"/>
      </w:pPr>
      <w:r>
        <w:rPr>
          <w:sz w:val="12"/>
        </w:rPr>
      </w:r>
    </w:p>
    <w:p>
      <w:pPr>
        <w:keepNext/>
        <w:spacing w:after="80" w:before="160" w:line="416" w:lineRule="exact"/>
      </w:pPr>
      <w:r>
        <w:rPr>
          <w:rFonts w:ascii="Microsoft YaHei" w:hAnsi="Microsoft YaHei" w:eastAsia="Microsoft YaHei"/>
          <w:b/>
          <w:i w:val="0"/>
          <w:color w:val="013147"/>
          <w:sz w:val="26"/>
        </w:rPr>
        <w:t>练习 · 一句承诺 + 30 天行动</w:t>
      </w:r>
    </w:p>
    <w:p>
      <w:pPr>
        <w:spacing w:after="80" w:before="0" w:line="352" w:lineRule="exact"/>
      </w:pPr>
      <w:r>
        <w:rPr>
          <w:rFonts w:ascii="Microsoft YaHei" w:hAnsi="Microsoft YaHei" w:eastAsia="Microsoft YaHei"/>
          <w:b w:val="0"/>
          <w:i w:val="0"/>
          <w:color w:val="333333"/>
          <w:sz w:val="22"/>
        </w:rPr>
        <w:t>当场写下一句「我回团队要换的说法」，两人一组互相说、互为见证，并约定回查日期。</w:t>
      </w:r>
    </w:p>
    <w:p>
      <w:pPr>
        <w:spacing w:after="60" w:before="0" w:line="352" w:lineRule="exact"/>
      </w:pPr>
      <w:r>
        <w:rPr>
          <w:rFonts w:ascii="Microsoft YaHei" w:hAnsi="Microsoft YaHei" w:eastAsia="Microsoft YaHei"/>
          <w:b w:val="0"/>
          <w:i w:val="0"/>
          <w:color w:val="333333"/>
          <w:sz w:val="22"/>
        </w:rPr>
        <w:t>1. 写下一句：回团队后，我要把哪句话换一种说法？</w:t>
      </w:r>
    </w:p>
    <w:p>
      <w:pPr>
        <w:spacing w:after="60" w:before="0" w:line="352" w:lineRule="exact"/>
      </w:pPr>
      <w:r>
        <w:rPr>
          <w:rFonts w:ascii="Microsoft YaHei" w:hAnsi="Microsoft YaHei" w:eastAsia="Microsoft YaHei"/>
          <w:b w:val="0"/>
          <w:i w:val="0"/>
          <w:color w:val="333333"/>
          <w:sz w:val="22"/>
        </w:rPr>
        <w:t>2. 按承诺三要求自检：具体、可听、可查</w:t>
      </w:r>
    </w:p>
    <w:p>
      <w:pPr>
        <w:spacing w:after="60" w:before="0" w:line="352" w:lineRule="exact"/>
      </w:pPr>
      <w:r>
        <w:rPr>
          <w:rFonts w:ascii="Microsoft YaHei" w:hAnsi="Microsoft YaHei" w:eastAsia="Microsoft YaHei"/>
          <w:b w:val="0"/>
          <w:i w:val="0"/>
          <w:color w:val="333333"/>
          <w:sz w:val="22"/>
        </w:rPr>
        <w:t>3. 两人一组，互相说一遍，对方当见证人</w:t>
      </w:r>
    </w:p>
    <w:p>
      <w:pPr>
        <w:spacing w:after="60" w:before="0" w:line="352" w:lineRule="exact"/>
      </w:pPr>
      <w:r>
        <w:rPr>
          <w:rFonts w:ascii="Microsoft YaHei" w:hAnsi="Microsoft YaHei" w:eastAsia="Microsoft YaHei"/>
          <w:b w:val="0"/>
          <w:i w:val="0"/>
          <w:color w:val="333333"/>
          <w:sz w:val="22"/>
        </w:rPr>
        <w:t>4. 写下互锁伙伴与 30 天回查日期</w:t>
      </w:r>
    </w:p>
    <w:p>
      <w:pPr>
        <w:spacing w:after="80" w:line="240" w:lineRule="exact"/>
      </w:pPr>
      <w:r>
        <w:rPr>
          <w:rFonts w:ascii="Microsoft YaHei" w:hAnsi="Microsoft YaHei" w:eastAsia="Microsoft YaHei"/>
          <w:color w:val="CCCCCC"/>
          <w:sz w:val="22"/>
        </w:rPr>
        <w:t>_____________________________________________________________________________________</w:t>
      </w:r>
    </w:p>
    <w:p>
      <w:pPr>
        <w:spacing w:after="80" w:line="240" w:lineRule="exact"/>
      </w:pPr>
      <w:r>
        <w:rPr>
          <w:rFonts w:ascii="Microsoft YaHei" w:hAnsi="Microsoft YaHei" w:eastAsia="Microsoft YaHei"/>
          <w:color w:val="CCCCCC"/>
          <w:sz w:val="22"/>
        </w:rPr>
        <w:t>_____________________________________________________________________________________</w:t>
      </w:r>
    </w:p>
    <w:p>
      <w:pPr>
        <w:spacing w:after="80" w:line="240" w:lineRule="exact"/>
      </w:pPr>
      <w:r>
        <w:rPr>
          <w:rFonts w:ascii="Microsoft YaHei" w:hAnsi="Microsoft YaHei" w:eastAsia="Microsoft YaHei"/>
          <w:color w:val="CCCCCC"/>
          <w:sz w:val="22"/>
        </w:rPr>
        <w:t>_____________________________________________________________________________________</w:t>
      </w:r>
    </w:p>
    <w:p>
      <w:pPr>
        <w:spacing w:before="120" w:after="80"/>
        <w:keepLines/>
      </w:pPr>
      <w:r>
        <w:rPr>
          <w:rFonts w:ascii="Microsoft YaHei" w:hAnsi="Microsoft YaHei" w:eastAsia="Microsoft YaHei"/>
          <w:b/>
          <w:color w:val="888888"/>
          <w:sz w:val="20"/>
        </w:rPr>
        <w:t>我的笔记：</w:t>
      </w:r>
      <w:r>
        <w:br/>
      </w:r>
      <w:r>
        <w:rPr>
          <w:rFonts w:ascii="Microsoft YaHei" w:hAnsi="Microsoft YaHei" w:eastAsia="Microsoft YaHei"/>
          <w:color w:val="CCCCCC"/>
          <w:sz w:val="22"/>
        </w:rPr>
        <w:t>_____________________________________________________________________________________</w:t>
      </w:r>
      <w:r>
        <w:br/>
      </w:r>
      <w:r>
        <w:rPr>
          <w:rFonts w:ascii="Microsoft YaHei" w:hAnsi="Microsoft YaHei" w:eastAsia="Microsoft YaHei"/>
          <w:color w:val="CCCCCC"/>
          <w:sz w:val="22"/>
        </w:rPr>
        <w:t>_____________________________________________________________________________________</w:t>
      </w:r>
      <w:r>
        <w:br/>
      </w:r>
      <w:r>
        <w:rPr>
          <w:rFonts w:ascii="Microsoft YaHei" w:hAnsi="Microsoft YaHei" w:eastAsia="Microsoft YaHei"/>
          <w:color w:val="CCCCCC"/>
          <w:sz w:val="22"/>
        </w:rPr>
        <w:t>_____________________________________________________________________________________</w:t>
      </w:r>
    </w:p>
    <w:p>
      <w:pPr>
        <w:spacing w:after="200" w:before="0"/>
      </w:pPr>
      <w:r>
        <w:rPr>
          <w:sz w:val="12"/>
        </w:rPr>
      </w:r>
    </w:p>
    <w:p>
      <w:pPr>
        <w:spacing w:after="120" w:before="200" w:line="448" w:lineRule="exact"/>
      </w:pPr>
      <w:r>
        <w:rPr>
          <w:rFonts w:ascii="SimHei" w:hAnsi="SimHei" w:eastAsia="SimHei"/>
          <w:b/>
          <w:i w:val="0"/>
          <w:color w:val="013147"/>
          <w:sz w:val="28"/>
        </w:rPr>
        <w:t>边界与行动：带着地图回岗 · 总结</w:t>
      </w:r>
    </w:p>
    <w:tbl>
      <w:tblPr>
        <w:tblW w:type="auto" w:w="0"/>
        <w:jc w:val="center"/>
        <w:tblLook w:firstColumn="1" w:firstRow="1" w:lastColumn="0" w:lastRow="0" w:noHBand="0" w:noVBand="1" w:val="04A0"/>
        <w:cantSplit/>
      </w:tblPr>
      <w:tblGrid>
        <w:gridCol w:w="9072"/>
      </w:tblGrid>
      <w:tr>
        <w:tc>
          <w:tcPr>
            <w:tcW w:type="dxa" w:w="9072"/>
            <w:shd w:val="clear" w:color="auto" w:fill="013147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after="160" w:before="160" w:line="360" w:lineRule="exact"/>
              <w:jc w:val="center"/>
            </w:pPr>
            <w:r>
              <w:rPr>
                <w:rFonts w:ascii="Microsoft YaHei" w:hAnsi="Microsoft YaHei" w:eastAsia="Microsoft YaHei"/>
                <w:b/>
                <w:color w:val="FFFFFF"/>
                <w:sz w:val="24"/>
              </w:rPr>
              <w:t>承诺 + 见证 + 回查，才有 30 天后的变化</w:t>
            </w:r>
          </w:p>
        </w:tc>
      </w:tr>
    </w:tbl>
    <w:p>
      <w:pPr>
        <w:spacing w:after="80" w:before="0"/>
      </w:pPr>
      <w:r>
        <w:rPr>
          <w:sz w:val="12"/>
        </w:rPr>
      </w:r>
    </w:p>
    <w:p>
      <w:pPr>
        <w:spacing w:after="80" w:before="0" w:line="352" w:lineRule="exact"/>
      </w:pPr>
      <w:r>
        <w:rPr>
          <w:rFonts w:ascii="Microsoft YaHei" w:hAnsi="Microsoft YaHei" w:eastAsia="Microsoft YaHei"/>
          <w:b/>
          <w:i w:val="0"/>
          <w:color w:val="333333"/>
          <w:sz w:val="22"/>
        </w:rPr>
        <w:t>我收获的 3 个关键点：</w:t>
      </w:r>
    </w:p>
    <w:p>
      <w:pPr>
        <w:spacing w:after="80" w:before="0" w:line="352" w:lineRule="exact"/>
      </w:pPr>
      <w:r>
        <w:rPr>
          <w:rFonts w:ascii="Microsoft YaHei" w:hAnsi="Microsoft YaHei" w:eastAsia="Microsoft YaHei"/>
          <w:b w:val="0"/>
          <w:i w:val="0"/>
          <w:color w:val="888888"/>
          <w:sz w:val="22"/>
        </w:rPr>
        <w:t>1. ___________________________________</w:t>
      </w:r>
    </w:p>
    <w:p>
      <w:pPr>
        <w:spacing w:after="80" w:before="0" w:line="352" w:lineRule="exact"/>
      </w:pPr>
      <w:r>
        <w:rPr>
          <w:rFonts w:ascii="Microsoft YaHei" w:hAnsi="Microsoft YaHei" w:eastAsia="Microsoft YaHei"/>
          <w:b w:val="0"/>
          <w:i w:val="0"/>
          <w:color w:val="888888"/>
          <w:sz w:val="22"/>
        </w:rPr>
        <w:t>2. ___________________________________</w:t>
      </w:r>
    </w:p>
    <w:p>
      <w:pPr>
        <w:spacing w:after="80" w:before="0" w:line="352" w:lineRule="exact"/>
      </w:pPr>
      <w:r>
        <w:rPr>
          <w:rFonts w:ascii="Microsoft YaHei" w:hAnsi="Microsoft YaHei" w:eastAsia="Microsoft YaHei"/>
          <w:b w:val="0"/>
          <w:i w:val="0"/>
          <w:color w:val="888888"/>
          <w:sz w:val="22"/>
        </w:rPr>
        <w:t>3. ___________________________________</w:t>
      </w:r>
    </w:p>
    <w:p>
      <w:pPr>
        <w:spacing w:after="160" w:before="0"/>
      </w:pPr>
      <w:r>
        <w:rPr>
          <w:sz w:val="12"/>
        </w:rPr>
      </w:r>
    </w:p>
    <w:p>
      <w:pPr>
        <w:spacing w:after="120" w:before="160" w:line="384" w:lineRule="exact"/>
      </w:pPr>
      <w:r>
        <w:rPr>
          <w:rFonts w:ascii="Microsoft YaHei" w:hAnsi="Microsoft YaHei" w:eastAsia="Microsoft YaHei"/>
          <w:b/>
          <w:i w:val="0"/>
          <w:color w:val="013147"/>
          <w:sz w:val="24"/>
        </w:rPr>
        <w:t>边界与行动：带着地图回岗 · 行动承诺</w:t>
      </w:r>
    </w:p>
    <w:p>
      <w:pPr>
        <w:spacing w:after="80"/>
        <w:ind w:left="283"/>
      </w:pPr>
      <w:r>
        <w:rPr>
          <w:rFonts w:ascii="Microsoft YaHei" w:hAnsi="Microsoft YaHei" w:eastAsia="Microsoft YaHei"/>
          <w:color w:val="333333"/>
          <w:sz w:val="22"/>
        </w:rPr>
        <w:t>☐  把「要换的说法」写进《30 天换一种说法计划表》，回岗第一周试一次</w:t>
      </w:r>
    </w:p>
    <w:p>
      <w:pPr>
        <w:spacing w:after="80"/>
        <w:ind w:left="283"/>
      </w:pPr>
      <w:r>
        <w:rPr>
          <w:rFonts w:ascii="Microsoft YaHei" w:hAnsi="Microsoft YaHei" w:eastAsia="Microsoft YaHei"/>
          <w:color w:val="333333"/>
          <w:sz w:val="22"/>
        </w:rPr>
        <w:t>☐  和见证伙伴约定 30 天后互查：那句换过的话，用出去了吗</w:t>
      </w:r>
    </w:p>
    <w:p>
      <w:pPr>
        <w:spacing w:after="60" w:before="0" w:line="352" w:lineRule="exact"/>
      </w:pPr>
      <w:r>
        <w:rPr>
          <w:rFonts w:ascii="Microsoft YaHei" w:hAnsi="Microsoft YaHei" w:eastAsia="Microsoft YaHei"/>
          <w:b w:val="0"/>
          <w:i w:val="0"/>
          <w:color w:val="333333"/>
          <w:sz w:val="22"/>
        </w:rPr>
        <w:t>具体行动：___________________________________</w:t>
      </w:r>
    </w:p>
    <w:p>
      <w:pPr>
        <w:spacing w:after="60" w:before="0" w:line="352" w:lineRule="exact"/>
      </w:pPr>
      <w:r>
        <w:rPr>
          <w:rFonts w:ascii="Microsoft YaHei" w:hAnsi="Microsoft YaHei" w:eastAsia="Microsoft YaHei"/>
          <w:b w:val="0"/>
          <w:i w:val="0"/>
          <w:color w:val="333333"/>
          <w:sz w:val="22"/>
        </w:rPr>
        <w:t>我的当责伙伴：_______________</w:t>
      </w:r>
    </w:p>
    <w:p>
      <w:r>
        <w:br w:type="page"/>
      </w:r>
    </w:p>
    <w:p>
      <w:pPr>
        <w:spacing w:after="160" w:before="280" w:line="640" w:lineRule="exact"/>
      </w:pPr>
      <w:r>
        <w:rPr>
          <w:rFonts w:ascii="SimHei" w:hAnsi="SimHei" w:eastAsia="SimHei"/>
          <w:b/>
          <w:i w:val="0"/>
          <w:color w:val="013147"/>
          <w:sz w:val="40"/>
        </w:rPr>
        <w:t>全课程总结</w:t>
      </w:r>
    </w:p>
    <w:tbl>
      <w:tblPr>
        <w:tblW w:type="auto" w:w="0"/>
        <w:jc w:val="center"/>
        <w:tblLook w:firstColumn="1" w:firstRow="1" w:lastColumn="0" w:lastRow="0" w:noHBand="0" w:noVBand="1" w:val="04A0"/>
        <w:cantSplit/>
      </w:tblPr>
      <w:tblGrid>
        <w:gridCol w:w="3024"/>
        <w:gridCol w:w="3024"/>
        <w:gridCol w:w="3024"/>
      </w:tblGrid>
      <w:tr>
        <w:tc>
          <w:tcPr>
            <w:tcW w:type="dxa" w:w="3024"/>
            <w:shd w:val="clear" w:color="auto" w:fill="013147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  <w:jc w:val="center"/>
            </w:pPr>
            <w:r>
              <w:rPr>
                <w:rFonts w:ascii="Microsoft YaHei" w:hAnsi="Microsoft YaHei" w:eastAsia="Microsoft YaHei"/>
                <w:b/>
                <w:color w:val="FFFFFF"/>
                <w:sz w:val="20"/>
              </w:rPr>
              <w:t>模块</w:t>
            </w:r>
          </w:p>
        </w:tc>
        <w:tc>
          <w:tcPr>
            <w:tcW w:type="dxa" w:w="3024"/>
            <w:shd w:val="clear" w:color="auto" w:fill="013147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  <w:jc w:val="center"/>
            </w:pPr>
            <w:r>
              <w:rPr>
                <w:rFonts w:ascii="Microsoft YaHei" w:hAnsi="Microsoft YaHei" w:eastAsia="Microsoft YaHei"/>
                <w:b/>
                <w:color w:val="FFFFFF"/>
                <w:sz w:val="20"/>
              </w:rPr>
              <w:t>你走过了什么</w:t>
            </w:r>
          </w:p>
        </w:tc>
        <w:tc>
          <w:tcPr>
            <w:tcW w:type="dxa" w:w="3024"/>
            <w:shd w:val="clear" w:color="auto" w:fill="013147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  <w:jc w:val="center"/>
            </w:pPr>
            <w:r>
              <w:rPr>
                <w:rFonts w:ascii="Microsoft YaHei" w:hAnsi="Microsoft YaHei" w:eastAsia="Microsoft YaHei"/>
                <w:b/>
                <w:color w:val="FFFFFF"/>
                <w:sz w:val="20"/>
              </w:rPr>
              <w:t>带走的东西</w:t>
            </w:r>
          </w:p>
        </w:tc>
      </w:tr>
      <w:tr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零</w:t>
            </w:r>
          </w:p>
        </w:tc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从困惑到边界：为什么同一句话有人听懂有人炸</w:t>
            </w:r>
          </w:p>
        </w:tc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三个误解 + 伦理守则三条</w:t>
            </w:r>
          </w:p>
        </w:tc>
      </w:tr>
      <w:tr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一</w:t>
            </w:r>
          </w:p>
        </w:tc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读懂自己：四把尺子与沟通偏好</w:t>
            </w:r>
          </w:p>
        </w:tc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四条沟通默认动作</w:t>
            </w:r>
          </w:p>
        </w:tc>
      </w:tr>
      <w:tr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二</w:t>
            </w:r>
          </w:p>
        </w:tc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读懂别人：从行为读偏好</w:t>
            </w:r>
          </w:p>
        </w:tc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行为线索表 + 可验证假设</w:t>
            </w:r>
          </w:p>
        </w:tc>
      </w:tr>
      <w:tr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三</w:t>
            </w:r>
          </w:p>
        </w:tc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工具：四维沟通观察表</w:t>
            </w:r>
          </w:p>
        </w:tc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一张能填的观察表</w:t>
            </w:r>
          </w:p>
        </w:tc>
      </w:tr>
      <w:tr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四</w:t>
            </w:r>
          </w:p>
        </w:tc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换一种说法：三场景演练</w:t>
            </w:r>
          </w:p>
        </w:tc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SBI 骨架 + 倾听四层 + 换说公式</w:t>
            </w:r>
          </w:p>
        </w:tc>
      </w:tr>
      <w:tr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五</w:t>
            </w:r>
          </w:p>
        </w:tc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固化：团队沟通地图 + 话术卡</w:t>
            </w:r>
          </w:p>
        </w:tc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团队地图 + 随身话术卡</w:t>
            </w:r>
          </w:p>
        </w:tc>
      </w:tr>
      <w:tr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六</w:t>
            </w:r>
          </w:p>
        </w:tc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边界与行动：带着地图回岗</w:t>
            </w:r>
          </w:p>
        </w:tc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一句承诺 + 30 天计划</w:t>
            </w:r>
          </w:p>
        </w:tc>
      </w:tr>
    </w:tbl>
    <w:p>
      <w:pPr>
        <w:spacing w:after="120" w:before="0"/>
      </w:pPr>
      <w:r>
        <w:rPr>
          <w:sz w:val="12"/>
        </w:rPr>
      </w:r>
    </w:p>
    <w:tbl>
      <w:tblPr>
        <w:tblW w:type="auto" w:w="0"/>
        <w:jc w:val="center"/>
        <w:tblLook w:firstColumn="1" w:firstRow="1" w:lastColumn="0" w:lastRow="0" w:noHBand="0" w:noVBand="1" w:val="04A0"/>
        <w:cantSplit/>
      </w:tblPr>
      <w:tblGrid>
        <w:gridCol w:w="9072"/>
      </w:tblGrid>
      <w:tr>
        <w:tc>
          <w:tcPr>
            <w:tcW w:type="dxa" w:w="9072"/>
            <w:shd w:val="clear" w:color="auto" w:fill="013147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after="160" w:before="160" w:line="360" w:lineRule="exact"/>
              <w:jc w:val="center"/>
            </w:pPr>
            <w:r>
              <w:rPr>
                <w:rFonts w:ascii="Microsoft YaHei" w:hAnsi="Microsoft YaHei" w:eastAsia="Microsoft YaHei"/>
                <w:b/>
                <w:color w:val="FFFFFF"/>
                <w:sz w:val="24"/>
              </w:rPr>
              <w:t>读懂偏好 → 换一种说法 → 团队一起会用</w:t>
            </w:r>
          </w:p>
        </w:tc>
      </w:tr>
    </w:tbl>
    <w:p>
      <w:pPr>
        <w:spacing w:after="80" w:before="0"/>
      </w:pPr>
      <w:r>
        <w:rPr>
          <w:sz w:val="12"/>
        </w:rPr>
      </w:r>
    </w:p>
    <w:p>
      <w:pPr>
        <w:spacing w:after="80" w:before="0" w:line="352" w:lineRule="exact"/>
      </w:pPr>
      <w:r>
        <w:rPr>
          <w:rFonts w:ascii="Microsoft YaHei" w:hAnsi="Microsoft YaHei" w:eastAsia="Microsoft YaHei"/>
          <w:b/>
          <w:i w:val="0"/>
          <w:color w:val="333333"/>
          <w:sz w:val="22"/>
        </w:rPr>
        <w:t>全课程 3 个核心收获：</w:t>
      </w:r>
    </w:p>
    <w:p>
      <w:pPr>
        <w:spacing w:after="80" w:before="0" w:line="352" w:lineRule="exact"/>
      </w:pPr>
      <w:r>
        <w:rPr>
          <w:rFonts w:ascii="Microsoft YaHei" w:hAnsi="Microsoft YaHei" w:eastAsia="Microsoft YaHei"/>
          <w:b w:val="0"/>
          <w:i w:val="0"/>
          <w:color w:val="888888"/>
          <w:sz w:val="22"/>
        </w:rPr>
        <w:t>1. ___________________________________</w:t>
      </w:r>
    </w:p>
    <w:p>
      <w:pPr>
        <w:spacing w:after="80" w:before="0" w:line="352" w:lineRule="exact"/>
      </w:pPr>
      <w:r>
        <w:rPr>
          <w:rFonts w:ascii="Microsoft YaHei" w:hAnsi="Microsoft YaHei" w:eastAsia="Microsoft YaHei"/>
          <w:b w:val="0"/>
          <w:i w:val="0"/>
          <w:color w:val="888888"/>
          <w:sz w:val="22"/>
        </w:rPr>
        <w:t>2. ___________________________________</w:t>
      </w:r>
    </w:p>
    <w:p>
      <w:pPr>
        <w:spacing w:after="80" w:before="0" w:line="352" w:lineRule="exact"/>
      </w:pPr>
      <w:r>
        <w:rPr>
          <w:rFonts w:ascii="Microsoft YaHei" w:hAnsi="Microsoft YaHei" w:eastAsia="Microsoft YaHei"/>
          <w:b w:val="0"/>
          <w:i w:val="0"/>
          <w:color w:val="888888"/>
          <w:sz w:val="22"/>
        </w:rPr>
        <w:t>3. ___________________________________</w:t>
      </w:r>
    </w:p>
    <w:p>
      <w:pPr>
        <w:spacing w:after="80" w:line="240" w:lineRule="exact"/>
      </w:pPr>
      <w:r>
        <w:rPr>
          <w:rFonts w:ascii="Microsoft YaHei" w:hAnsi="Microsoft YaHei" w:eastAsia="Microsoft YaHei"/>
          <w:color w:val="CCCCCC"/>
          <w:sz w:val="22"/>
        </w:rPr>
        <w:t>_____________________________________________________________________________________</w:t>
      </w:r>
    </w:p>
    <w:p>
      <w:pPr>
        <w:spacing w:after="80" w:line="240" w:lineRule="exact"/>
      </w:pPr>
      <w:r>
        <w:rPr>
          <w:rFonts w:ascii="Microsoft YaHei" w:hAnsi="Microsoft YaHei" w:eastAsia="Microsoft YaHei"/>
          <w:color w:val="CCCCCC"/>
          <w:sz w:val="22"/>
        </w:rPr>
        <w:t>_____________________________________________________________________________________</w:t>
      </w:r>
    </w:p>
    <w:p>
      <w:pPr>
        <w:spacing w:after="80" w:line="240" w:lineRule="exact"/>
      </w:pPr>
      <w:r>
        <w:rPr>
          <w:rFonts w:ascii="Microsoft YaHei" w:hAnsi="Microsoft YaHei" w:eastAsia="Microsoft YaHei"/>
          <w:color w:val="CCCCCC"/>
          <w:sz w:val="22"/>
        </w:rPr>
        <w:t>_____________________________________________________________________________________</w:t>
      </w:r>
    </w:p>
    <w:p>
      <w:pPr>
        <w:spacing w:after="120" w:before="160" w:line="384" w:lineRule="exact"/>
      </w:pPr>
      <w:r>
        <w:rPr>
          <w:rFonts w:ascii="Microsoft YaHei" w:hAnsi="Microsoft YaHei" w:eastAsia="Microsoft YaHei"/>
          <w:b/>
          <w:i w:val="0"/>
          <w:color w:val="013147"/>
          <w:sz w:val="24"/>
        </w:rPr>
        <w:t>我的终极行动承诺：</w:t>
      </w:r>
    </w:p>
    <w:p>
      <w:pPr>
        <w:spacing w:after="80" w:line="240" w:lineRule="exact"/>
      </w:pPr>
      <w:r>
        <w:rPr>
          <w:rFonts w:ascii="Microsoft YaHei" w:hAnsi="Microsoft YaHei" w:eastAsia="Microsoft YaHei"/>
          <w:color w:val="CCCCCC"/>
          <w:sz w:val="22"/>
        </w:rPr>
        <w:t>_____________________________________________________________________________________</w:t>
      </w:r>
    </w:p>
    <w:p>
      <w:pPr>
        <w:spacing w:after="80" w:line="240" w:lineRule="exact"/>
      </w:pPr>
      <w:r>
        <w:rPr>
          <w:rFonts w:ascii="Microsoft YaHei" w:hAnsi="Microsoft YaHei" w:eastAsia="Microsoft YaHei"/>
          <w:color w:val="CCCCCC"/>
          <w:sz w:val="22"/>
        </w:rPr>
        <w:t>_____________________________________________________________________________________</w:t>
      </w:r>
    </w:p>
    <w:p>
      <w:pPr>
        <w:spacing w:after="80" w:line="240" w:lineRule="exact"/>
      </w:pPr>
      <w:r>
        <w:rPr>
          <w:rFonts w:ascii="Microsoft YaHei" w:hAnsi="Microsoft YaHei" w:eastAsia="Microsoft YaHei"/>
          <w:color w:val="CCCCCC"/>
          <w:sz w:val="22"/>
        </w:rPr>
        <w:t>_____________________________________________________________________________________</w:t>
      </w:r>
    </w:p>
    <w:p>
      <w:pPr>
        <w:spacing w:after="80" w:line="240" w:lineRule="exact"/>
      </w:pPr>
      <w:r>
        <w:rPr>
          <w:rFonts w:ascii="Microsoft YaHei" w:hAnsi="Microsoft YaHei" w:eastAsia="Microsoft YaHei"/>
          <w:color w:val="CCCCCC"/>
          <w:sz w:val="22"/>
        </w:rPr>
        <w:t>_____________________________________________________________________________________</w:t>
      </w:r>
    </w:p>
    <w:p>
      <w:r>
        <w:br w:type="page"/>
      </w:r>
    </w:p>
    <w:p>
      <w:pPr>
        <w:spacing w:after="160" w:before="280" w:line="640" w:lineRule="exact"/>
      </w:pPr>
      <w:r>
        <w:rPr>
          <w:rFonts w:ascii="SimHei" w:hAnsi="SimHei" w:eastAsia="SimHei"/>
          <w:b/>
          <w:i w:val="0"/>
          <w:color w:val="013147"/>
          <w:sz w:val="40"/>
        </w:rPr>
        <w:t>附件</w:t>
      </w:r>
    </w:p>
    <w:p>
      <w:r>
        <w:br w:type="page"/>
      </w:r>
    </w:p>
    <w:p>
      <w:pPr>
        <w:spacing w:after="120" w:before="200" w:line="448" w:lineRule="exact"/>
      </w:pPr>
      <w:r>
        <w:rPr>
          <w:rFonts w:ascii="SimHei" w:hAnsi="SimHei" w:eastAsia="SimHei"/>
          <w:b/>
          <w:i w:val="0"/>
          <w:color w:val="013147"/>
          <w:sz w:val="28"/>
        </w:rPr>
        <w:t>附件一：行动承诺卡汇总</w:t>
      </w:r>
    </w:p>
    <w:tbl>
      <w:tblPr>
        <w:tblW w:type="auto" w:w="0"/>
        <w:jc w:val="center"/>
        <w:tblLook w:firstColumn="1" w:firstRow="1" w:lastColumn="0" w:lastRow="0" w:noHBand="0" w:noVBand="1" w:val="04A0"/>
        <w:cantSplit/>
      </w:tblPr>
      <w:tblGrid>
        <w:gridCol w:w="2268"/>
        <w:gridCol w:w="2268"/>
        <w:gridCol w:w="2268"/>
        <w:gridCol w:w="2268"/>
      </w:tblGrid>
      <w:tr>
        <w:tc>
          <w:tcPr>
            <w:tcW w:type="dxa" w:w="2268"/>
            <w:shd w:val="clear" w:color="auto" w:fill="013147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  <w:jc w:val="center"/>
            </w:pPr>
            <w:r>
              <w:rPr>
                <w:rFonts w:ascii="Microsoft YaHei" w:hAnsi="Microsoft YaHei" w:eastAsia="Microsoft YaHei"/>
                <w:b/>
                <w:color w:val="FFFFFF"/>
                <w:sz w:val="20"/>
              </w:rPr>
              <w:t>模块</w:t>
            </w:r>
          </w:p>
        </w:tc>
        <w:tc>
          <w:tcPr>
            <w:tcW w:type="dxa" w:w="2268"/>
            <w:shd w:val="clear" w:color="auto" w:fill="013147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  <w:jc w:val="center"/>
            </w:pPr>
            <w:r>
              <w:rPr>
                <w:rFonts w:ascii="Microsoft YaHei" w:hAnsi="Microsoft YaHei" w:eastAsia="Microsoft YaHei"/>
                <w:b/>
                <w:color w:val="FFFFFF"/>
                <w:sz w:val="20"/>
              </w:rPr>
              <w:t>我的承诺</w:t>
            </w:r>
          </w:p>
        </w:tc>
        <w:tc>
          <w:tcPr>
            <w:tcW w:type="dxa" w:w="2268"/>
            <w:shd w:val="clear" w:color="auto" w:fill="013147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  <w:jc w:val="center"/>
            </w:pPr>
            <w:r>
              <w:rPr>
                <w:rFonts w:ascii="Microsoft YaHei" w:hAnsi="Microsoft YaHei" w:eastAsia="Microsoft YaHei"/>
                <w:b/>
                <w:color w:val="FFFFFF"/>
                <w:sz w:val="20"/>
              </w:rPr>
              <w:t>完成日期</w:t>
            </w:r>
          </w:p>
        </w:tc>
        <w:tc>
          <w:tcPr>
            <w:tcW w:type="dxa" w:w="2268"/>
            <w:shd w:val="clear" w:color="auto" w:fill="013147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  <w:jc w:val="center"/>
            </w:pPr>
            <w:r>
              <w:rPr>
                <w:rFonts w:ascii="Microsoft YaHei" w:hAnsi="Microsoft YaHei" w:eastAsia="Microsoft YaHei"/>
                <w:b/>
                <w:color w:val="FFFFFF"/>
                <w:sz w:val="20"/>
              </w:rPr>
              <w:t>完成 ☑</w:t>
            </w:r>
          </w:p>
        </w:tc>
      </w:tr>
      <w:tr>
        <w:tc>
          <w:tcPr>
            <w:tcW w:type="dxa" w:w="2268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读懂自己：四把尺子与沟通偏好</w:t>
            </w:r>
          </w:p>
        </w:tc>
        <w:tc>
          <w:tcPr>
            <w:tcW w:type="dxa" w:w="2268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___________________________________</w:t>
            </w:r>
          </w:p>
        </w:tc>
        <w:tc>
          <w:tcPr>
            <w:tcW w:type="dxa" w:w="2268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__________</w:t>
            </w:r>
          </w:p>
        </w:tc>
        <w:tc>
          <w:tcPr>
            <w:tcW w:type="dxa" w:w="2268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☐</w:t>
            </w:r>
          </w:p>
        </w:tc>
      </w:tr>
      <w:tr>
        <w:tc>
          <w:tcPr>
            <w:tcW w:type="dxa" w:w="2268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读懂别人：从行为读偏好</w:t>
            </w:r>
          </w:p>
        </w:tc>
        <w:tc>
          <w:tcPr>
            <w:tcW w:type="dxa" w:w="2268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___________________________________</w:t>
            </w:r>
          </w:p>
        </w:tc>
        <w:tc>
          <w:tcPr>
            <w:tcW w:type="dxa" w:w="2268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__________</w:t>
            </w:r>
          </w:p>
        </w:tc>
        <w:tc>
          <w:tcPr>
            <w:tcW w:type="dxa" w:w="2268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☐</w:t>
            </w:r>
          </w:p>
        </w:tc>
      </w:tr>
      <w:tr>
        <w:tc>
          <w:tcPr>
            <w:tcW w:type="dxa" w:w="2268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工具：四维沟通观察表</w:t>
            </w:r>
          </w:p>
        </w:tc>
        <w:tc>
          <w:tcPr>
            <w:tcW w:type="dxa" w:w="2268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___________________________________</w:t>
            </w:r>
          </w:p>
        </w:tc>
        <w:tc>
          <w:tcPr>
            <w:tcW w:type="dxa" w:w="2268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__________</w:t>
            </w:r>
          </w:p>
        </w:tc>
        <w:tc>
          <w:tcPr>
            <w:tcW w:type="dxa" w:w="2268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☐</w:t>
            </w:r>
          </w:p>
        </w:tc>
      </w:tr>
      <w:tr>
        <w:tc>
          <w:tcPr>
            <w:tcW w:type="dxa" w:w="2268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换一种说法：三场景演练</w:t>
            </w:r>
          </w:p>
        </w:tc>
        <w:tc>
          <w:tcPr>
            <w:tcW w:type="dxa" w:w="2268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___________________________________</w:t>
            </w:r>
          </w:p>
        </w:tc>
        <w:tc>
          <w:tcPr>
            <w:tcW w:type="dxa" w:w="2268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__________</w:t>
            </w:r>
          </w:p>
        </w:tc>
        <w:tc>
          <w:tcPr>
            <w:tcW w:type="dxa" w:w="2268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☐</w:t>
            </w:r>
          </w:p>
        </w:tc>
      </w:tr>
      <w:tr>
        <w:tc>
          <w:tcPr>
            <w:tcW w:type="dxa" w:w="2268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固化：团队沟通地图 + 话术卡</w:t>
            </w:r>
          </w:p>
        </w:tc>
        <w:tc>
          <w:tcPr>
            <w:tcW w:type="dxa" w:w="2268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___________________________________</w:t>
            </w:r>
          </w:p>
        </w:tc>
        <w:tc>
          <w:tcPr>
            <w:tcW w:type="dxa" w:w="2268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__________</w:t>
            </w:r>
          </w:p>
        </w:tc>
        <w:tc>
          <w:tcPr>
            <w:tcW w:type="dxa" w:w="2268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☐</w:t>
            </w:r>
          </w:p>
        </w:tc>
      </w:tr>
      <w:tr>
        <w:tc>
          <w:tcPr>
            <w:tcW w:type="dxa" w:w="2268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边界与行动：带着地图回岗</w:t>
            </w:r>
          </w:p>
        </w:tc>
        <w:tc>
          <w:tcPr>
            <w:tcW w:type="dxa" w:w="2268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___________________________________</w:t>
            </w:r>
          </w:p>
        </w:tc>
        <w:tc>
          <w:tcPr>
            <w:tcW w:type="dxa" w:w="2268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__________</w:t>
            </w:r>
          </w:p>
        </w:tc>
        <w:tc>
          <w:tcPr>
            <w:tcW w:type="dxa" w:w="2268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☐</w:t>
            </w:r>
          </w:p>
        </w:tc>
      </w:tr>
    </w:tbl>
    <w:p>
      <w:pPr>
        <w:spacing w:after="120" w:before="0"/>
      </w:pPr>
      <w:r>
        <w:rPr>
          <w:sz w:val="12"/>
        </w:rPr>
      </w:r>
    </w:p>
    <w:p>
      <w:pPr>
        <w:spacing w:after="800" w:before="0"/>
      </w:pPr>
      <w:r>
        <w:rPr>
          <w:sz w:val="12"/>
        </w:rPr>
      </w:r>
    </w:p>
    <w:p>
      <w:r>
        <w:br w:type="page"/>
      </w:r>
    </w:p>
    <w:p>
      <w:pPr>
        <w:spacing w:after="120" w:before="200" w:line="448" w:lineRule="exact"/>
      </w:pPr>
      <w:r>
        <w:rPr>
          <w:rFonts w:ascii="SimHei" w:hAnsi="SimHei" w:eastAsia="SimHei"/>
          <w:b/>
          <w:i w:val="0"/>
          <w:color w:val="013147"/>
          <w:sz w:val="28"/>
        </w:rPr>
        <w:t>附件二：核心工具练习页</w:t>
      </w:r>
    </w:p>
    <w:p>
      <w:pPr>
        <w:spacing w:after="160" w:before="0"/>
      </w:pPr>
      <w:r>
        <w:rPr>
          <w:sz w:val="12"/>
        </w:rPr>
      </w:r>
    </w:p>
    <w:p>
      <w:pPr>
        <w:keepNext/>
        <w:spacing w:after="80" w:before="160" w:line="416" w:lineRule="exact"/>
      </w:pPr>
      <w:r>
        <w:rPr>
          <w:rFonts w:ascii="Microsoft YaHei" w:hAnsi="Microsoft YaHei" w:eastAsia="Microsoft YaHei"/>
          <w:b/>
          <w:i w:val="0"/>
          <w:color w:val="013147"/>
          <w:sz w:val="26"/>
        </w:rPr>
        <w:t>四维沟通观察表</w:t>
      </w:r>
    </w:p>
    <w:p>
      <w:pPr>
        <w:spacing w:after="80" w:before="0" w:line="352" w:lineRule="exact"/>
      </w:pPr>
      <w:r>
        <w:rPr>
          <w:rFonts w:ascii="Microsoft YaHei" w:hAnsi="Microsoft YaHei" w:eastAsia="Microsoft YaHei"/>
          <w:b w:val="0"/>
          <w:i w:val="0"/>
          <w:color w:val="333333"/>
          <w:sz w:val="22"/>
        </w:rPr>
        <w:t>用在例会、一对一、复盘、跨部门对接——任何一次真实沟通都可以填一行。</w:t>
      </w:r>
    </w:p>
    <w:p>
      <w:pPr>
        <w:keepNext/>
        <w:spacing w:after="60" w:before="120" w:line="352" w:lineRule="exact"/>
      </w:pPr>
      <w:r>
        <w:rPr>
          <w:rFonts w:ascii="Microsoft YaHei" w:hAnsi="Microsoft YaHei" w:eastAsia="Microsoft YaHei"/>
          <w:b/>
          <w:i w:val="0"/>
          <w:color w:val="013147"/>
          <w:sz w:val="22"/>
        </w:rPr>
        <w:t>【练习模板】</w:t>
      </w:r>
    </w:p>
    <w:tbl>
      <w:tblPr>
        <w:tblW w:type="auto" w:w="0"/>
        <w:jc w:val="center"/>
        <w:tblLook w:firstColumn="1" w:firstRow="1" w:lastColumn="0" w:lastRow="0" w:noHBand="0" w:noVBand="1" w:val="04A0"/>
        <w:cantSplit/>
      </w:tblPr>
      <w:tblGrid>
        <w:gridCol w:w="2268"/>
        <w:gridCol w:w="2268"/>
        <w:gridCol w:w="2268"/>
        <w:gridCol w:w="2268"/>
      </w:tblGrid>
      <w:tr>
        <w:tc>
          <w:tcPr>
            <w:tcW w:type="dxa" w:w="2268"/>
            <w:shd w:val="clear" w:color="auto" w:fill="013147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  <w:jc w:val="center"/>
            </w:pPr>
            <w:r>
              <w:rPr>
                <w:rFonts w:ascii="Microsoft YaHei" w:hAnsi="Microsoft YaHei" w:eastAsia="Microsoft YaHei"/>
                <w:b/>
                <w:color w:val="FFFFFF"/>
                <w:sz w:val="20"/>
              </w:rPr>
              <w:t>维度</w:t>
            </w:r>
          </w:p>
        </w:tc>
        <w:tc>
          <w:tcPr>
            <w:tcW w:type="dxa" w:w="2268"/>
            <w:shd w:val="clear" w:color="auto" w:fill="013147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  <w:jc w:val="center"/>
            </w:pPr>
            <w:r>
              <w:rPr>
                <w:rFonts w:ascii="Microsoft YaHei" w:hAnsi="Microsoft YaHei" w:eastAsia="Microsoft YaHei"/>
                <w:b/>
                <w:color w:val="FFFFFF"/>
                <w:sz w:val="20"/>
              </w:rPr>
              <w:t>我观察到的行为</w:t>
            </w:r>
          </w:p>
        </w:tc>
        <w:tc>
          <w:tcPr>
            <w:tcW w:type="dxa" w:w="2268"/>
            <w:shd w:val="clear" w:color="auto" w:fill="013147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  <w:jc w:val="center"/>
            </w:pPr>
            <w:r>
              <w:rPr>
                <w:rFonts w:ascii="Microsoft YaHei" w:hAnsi="Microsoft YaHei" w:eastAsia="Microsoft YaHei"/>
                <w:b/>
                <w:color w:val="FFFFFF"/>
                <w:sz w:val="20"/>
              </w:rPr>
              <w:t>我的初步判读</w:t>
            </w:r>
          </w:p>
        </w:tc>
        <w:tc>
          <w:tcPr>
            <w:tcW w:type="dxa" w:w="2268"/>
            <w:shd w:val="clear" w:color="auto" w:fill="013147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  <w:jc w:val="center"/>
            </w:pPr>
            <w:r>
              <w:rPr>
                <w:rFonts w:ascii="Microsoft YaHei" w:hAnsi="Microsoft YaHei" w:eastAsia="Microsoft YaHei"/>
                <w:b/>
                <w:color w:val="FFFFFF"/>
                <w:sz w:val="20"/>
              </w:rPr>
              <w:t>待验证的问题</w:t>
            </w:r>
          </w:p>
        </w:tc>
      </w:tr>
      <w:tr>
        <w:tc>
          <w:tcPr>
            <w:tcW w:type="dxa" w:w="2268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E / I</w:t>
            </w:r>
          </w:p>
        </w:tc>
        <w:tc>
          <w:tcPr>
            <w:tcW w:type="dxa" w:w="2268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</w:r>
          </w:p>
        </w:tc>
        <w:tc>
          <w:tcPr>
            <w:tcW w:type="dxa" w:w="2268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</w:r>
          </w:p>
        </w:tc>
        <w:tc>
          <w:tcPr>
            <w:tcW w:type="dxa" w:w="2268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</w:r>
          </w:p>
        </w:tc>
      </w:tr>
      <w:tr>
        <w:tc>
          <w:tcPr>
            <w:tcW w:type="dxa" w:w="2268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S / N</w:t>
            </w:r>
          </w:p>
        </w:tc>
        <w:tc>
          <w:tcPr>
            <w:tcW w:type="dxa" w:w="2268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</w:r>
          </w:p>
        </w:tc>
        <w:tc>
          <w:tcPr>
            <w:tcW w:type="dxa" w:w="2268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</w:r>
          </w:p>
        </w:tc>
        <w:tc>
          <w:tcPr>
            <w:tcW w:type="dxa" w:w="2268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</w:r>
          </w:p>
        </w:tc>
      </w:tr>
      <w:tr>
        <w:tc>
          <w:tcPr>
            <w:tcW w:type="dxa" w:w="2268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T / F</w:t>
            </w:r>
          </w:p>
        </w:tc>
        <w:tc>
          <w:tcPr>
            <w:tcW w:type="dxa" w:w="2268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</w:r>
          </w:p>
        </w:tc>
        <w:tc>
          <w:tcPr>
            <w:tcW w:type="dxa" w:w="2268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</w:r>
          </w:p>
        </w:tc>
        <w:tc>
          <w:tcPr>
            <w:tcW w:type="dxa" w:w="2268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</w:r>
          </w:p>
        </w:tc>
      </w:tr>
      <w:tr>
        <w:tc>
          <w:tcPr>
            <w:tcW w:type="dxa" w:w="2268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J / P</w:t>
            </w:r>
          </w:p>
        </w:tc>
        <w:tc>
          <w:tcPr>
            <w:tcW w:type="dxa" w:w="2268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</w:r>
          </w:p>
        </w:tc>
        <w:tc>
          <w:tcPr>
            <w:tcW w:type="dxa" w:w="2268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</w:r>
          </w:p>
        </w:tc>
        <w:tc>
          <w:tcPr>
            <w:tcW w:type="dxa" w:w="2268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</w:r>
          </w:p>
        </w:tc>
      </w:tr>
    </w:tbl>
    <w:p>
      <w:pPr>
        <w:spacing w:after="120" w:before="0"/>
      </w:pPr>
      <w:r>
        <w:rPr>
          <w:sz w:val="12"/>
        </w:rPr>
      </w:r>
    </w:p>
    <w:p>
      <w:pPr>
        <w:keepNext/>
        <w:spacing w:after="60" w:before="120" w:line="352" w:lineRule="exact"/>
      </w:pPr>
      <w:r>
        <w:rPr>
          <w:rFonts w:ascii="Microsoft YaHei" w:hAnsi="Microsoft YaHei" w:eastAsia="Microsoft YaHei"/>
          <w:b/>
          <w:i w:val="0"/>
          <w:color w:val="013147"/>
          <w:sz w:val="22"/>
        </w:rPr>
        <w:t>【参考示例】</w:t>
      </w:r>
    </w:p>
    <w:tbl>
      <w:tblPr>
        <w:tblW w:type="auto" w:w="0"/>
        <w:jc w:val="center"/>
        <w:tblLook w:firstColumn="1" w:firstRow="1" w:lastColumn="0" w:lastRow="0" w:noHBand="0" w:noVBand="1" w:val="04A0"/>
        <w:cantSplit/>
      </w:tblPr>
      <w:tblGrid>
        <w:gridCol w:w="2268"/>
        <w:gridCol w:w="2268"/>
        <w:gridCol w:w="2268"/>
        <w:gridCol w:w="2268"/>
      </w:tblGrid>
      <w:tr>
        <w:tc>
          <w:tcPr>
            <w:tcW w:type="dxa" w:w="2268"/>
            <w:shd w:val="clear" w:color="auto" w:fill="013147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  <w:jc w:val="center"/>
            </w:pPr>
            <w:r>
              <w:rPr>
                <w:rFonts w:ascii="Microsoft YaHei" w:hAnsi="Microsoft YaHei" w:eastAsia="Microsoft YaHei"/>
                <w:b/>
                <w:color w:val="FFFFFF"/>
                <w:sz w:val="20"/>
              </w:rPr>
              <w:t>维度</w:t>
            </w:r>
          </w:p>
        </w:tc>
        <w:tc>
          <w:tcPr>
            <w:tcW w:type="dxa" w:w="2268"/>
            <w:shd w:val="clear" w:color="auto" w:fill="013147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  <w:jc w:val="center"/>
            </w:pPr>
            <w:r>
              <w:rPr>
                <w:rFonts w:ascii="Microsoft YaHei" w:hAnsi="Microsoft YaHei" w:eastAsia="Microsoft YaHei"/>
                <w:b/>
                <w:color w:val="FFFFFF"/>
                <w:sz w:val="20"/>
              </w:rPr>
              <w:t>行为（示例）</w:t>
            </w:r>
          </w:p>
        </w:tc>
        <w:tc>
          <w:tcPr>
            <w:tcW w:type="dxa" w:w="2268"/>
            <w:shd w:val="clear" w:color="auto" w:fill="013147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  <w:jc w:val="center"/>
            </w:pPr>
            <w:r>
              <w:rPr>
                <w:rFonts w:ascii="Microsoft YaHei" w:hAnsi="Microsoft YaHei" w:eastAsia="Microsoft YaHei"/>
                <w:b/>
                <w:color w:val="FFFFFF"/>
                <w:sz w:val="20"/>
              </w:rPr>
              <w:t>判读（假设）</w:t>
            </w:r>
          </w:p>
        </w:tc>
        <w:tc>
          <w:tcPr>
            <w:tcW w:type="dxa" w:w="2268"/>
            <w:shd w:val="clear" w:color="auto" w:fill="013147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  <w:jc w:val="center"/>
            </w:pPr>
            <w:r>
              <w:rPr>
                <w:rFonts w:ascii="Microsoft YaHei" w:hAnsi="Microsoft YaHei" w:eastAsia="Microsoft YaHei"/>
                <w:b/>
                <w:color w:val="FFFFFF"/>
                <w:sz w:val="20"/>
              </w:rPr>
              <w:t>验证问题</w:t>
            </w:r>
          </w:p>
        </w:tc>
      </w:tr>
      <w:tr>
        <w:tc>
          <w:tcPr>
            <w:tcW w:type="dxa" w:w="2268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S / N</w:t>
            </w:r>
          </w:p>
        </w:tc>
        <w:tc>
          <w:tcPr>
            <w:tcW w:type="dxa" w:w="2268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被追问细节时会沉默</w:t>
            </w:r>
          </w:p>
        </w:tc>
        <w:tc>
          <w:tcPr>
            <w:tcW w:type="dxa" w:w="2268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可能偏 N，需要先给大图</w:t>
            </w:r>
          </w:p>
        </w:tc>
        <w:tc>
          <w:tcPr>
            <w:tcW w:type="dxa" w:w="2268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「你想先看结论还是先看过程？」</w:t>
            </w:r>
          </w:p>
        </w:tc>
      </w:tr>
    </w:tbl>
    <w:p>
      <w:pPr>
        <w:spacing w:after="120" w:before="0"/>
      </w:pPr>
      <w:r>
        <w:rPr>
          <w:sz w:val="12"/>
        </w:rPr>
      </w:r>
    </w:p>
    <w:p>
      <w:pPr>
        <w:spacing w:before="120" w:after="80"/>
        <w:keepLines/>
      </w:pPr>
      <w:r>
        <w:rPr>
          <w:rFonts w:ascii="Microsoft YaHei" w:hAnsi="Microsoft YaHei" w:eastAsia="Microsoft YaHei"/>
          <w:b/>
          <w:color w:val="888888"/>
          <w:sz w:val="20"/>
        </w:rPr>
        <w:t>我的笔记：</w:t>
      </w:r>
      <w:r>
        <w:br/>
      </w:r>
      <w:r>
        <w:rPr>
          <w:rFonts w:ascii="Microsoft YaHei" w:hAnsi="Microsoft YaHei" w:eastAsia="Microsoft YaHei"/>
          <w:color w:val="CCCCCC"/>
          <w:sz w:val="22"/>
        </w:rPr>
        <w:t>_____________________________________________________________________________________</w:t>
      </w:r>
      <w:r>
        <w:br/>
      </w:r>
      <w:r>
        <w:rPr>
          <w:rFonts w:ascii="Microsoft YaHei" w:hAnsi="Microsoft YaHei" w:eastAsia="Microsoft YaHei"/>
          <w:color w:val="CCCCCC"/>
          <w:sz w:val="22"/>
        </w:rPr>
        <w:t>_____________________________________________________________________________________</w:t>
      </w:r>
      <w:r>
        <w:br/>
      </w:r>
      <w:r>
        <w:rPr>
          <w:rFonts w:ascii="Microsoft YaHei" w:hAnsi="Microsoft YaHei" w:eastAsia="Microsoft YaHei"/>
          <w:color w:val="CCCCCC"/>
          <w:sz w:val="22"/>
        </w:rPr>
        <w:t>_____________________________________________________________________________________</w:t>
      </w:r>
    </w:p>
    <w:p>
      <w:pPr>
        <w:spacing w:after="400" w:before="0"/>
      </w:pPr>
      <w:r>
        <w:rPr>
          <w:sz w:val="12"/>
        </w:rPr>
      </w:r>
    </w:p>
    <w:p>
      <w:pPr>
        <w:spacing w:after="160" w:before="0"/>
      </w:pPr>
      <w:r>
        <w:rPr>
          <w:sz w:val="12"/>
        </w:rPr>
      </w:r>
    </w:p>
    <w:p>
      <w:pPr>
        <w:keepNext/>
        <w:spacing w:after="80" w:before="160" w:line="416" w:lineRule="exact"/>
      </w:pPr>
      <w:r>
        <w:rPr>
          <w:rFonts w:ascii="Microsoft YaHei" w:hAnsi="Microsoft YaHei" w:eastAsia="Microsoft YaHei"/>
          <w:b/>
          <w:i w:val="0"/>
          <w:color w:val="013147"/>
          <w:sz w:val="26"/>
        </w:rPr>
        <w:t>SBI 反馈改写页</w:t>
      </w:r>
    </w:p>
    <w:p>
      <w:pPr>
        <w:spacing w:after="80" w:before="0" w:line="352" w:lineRule="exact"/>
      </w:pPr>
      <w:r>
        <w:rPr>
          <w:rFonts w:ascii="Microsoft YaHei" w:hAnsi="Microsoft YaHei" w:eastAsia="Microsoft YaHei"/>
          <w:b w:val="0"/>
          <w:i w:val="0"/>
          <w:color w:val="333333"/>
          <w:sz w:val="22"/>
        </w:rPr>
        <w:t>把你最想说却最难说的那句话，按 SBI 骨架改写一遍。</w:t>
      </w:r>
    </w:p>
    <w:p>
      <w:pPr>
        <w:keepNext/>
        <w:spacing w:after="60" w:before="120" w:line="352" w:lineRule="exact"/>
      </w:pPr>
      <w:r>
        <w:rPr>
          <w:rFonts w:ascii="Microsoft YaHei" w:hAnsi="Microsoft YaHei" w:eastAsia="Microsoft YaHei"/>
          <w:b/>
          <w:i w:val="0"/>
          <w:color w:val="013147"/>
          <w:sz w:val="22"/>
        </w:rPr>
        <w:t>【练习模板】</w:t>
      </w:r>
    </w:p>
    <w:tbl>
      <w:tblPr>
        <w:tblW w:type="auto" w:w="0"/>
        <w:jc w:val="center"/>
        <w:tblLook w:firstColumn="1" w:firstRow="1" w:lastColumn="0" w:lastRow="0" w:noHBand="0" w:noVBand="1" w:val="04A0"/>
        <w:cantSplit/>
      </w:tblPr>
      <w:tblGrid>
        <w:gridCol w:w="4536"/>
        <w:gridCol w:w="4536"/>
      </w:tblGrid>
      <w:tr>
        <w:tc>
          <w:tcPr>
            <w:tcW w:type="dxa" w:w="4536"/>
            <w:shd w:val="clear" w:color="auto" w:fill="013147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  <w:jc w:val="center"/>
            </w:pPr>
            <w:r>
              <w:rPr>
                <w:rFonts w:ascii="Microsoft YaHei" w:hAnsi="Microsoft YaHei" w:eastAsia="Microsoft YaHei"/>
                <w:b/>
                <w:color w:val="FFFFFF"/>
                <w:sz w:val="20"/>
              </w:rPr>
              <w:t>要素</w:t>
            </w:r>
          </w:p>
        </w:tc>
        <w:tc>
          <w:tcPr>
            <w:tcW w:type="dxa" w:w="4536"/>
            <w:shd w:val="clear" w:color="auto" w:fill="013147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  <w:jc w:val="center"/>
            </w:pPr>
            <w:r>
              <w:rPr>
                <w:rFonts w:ascii="Microsoft YaHei" w:hAnsi="Microsoft YaHei" w:eastAsia="Microsoft YaHei"/>
                <w:b/>
                <w:color w:val="FFFFFF"/>
                <w:sz w:val="20"/>
              </w:rPr>
              <w:t>我要写的内容</w:t>
            </w:r>
          </w:p>
        </w:tc>
      </w:tr>
      <w:tr>
        <w:tc>
          <w:tcPr>
            <w:tcW w:type="dxa" w:w="4536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S 情境（何时何地何事）</w:t>
            </w:r>
          </w:p>
        </w:tc>
        <w:tc>
          <w:tcPr>
            <w:tcW w:type="dxa" w:w="4536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</w:r>
          </w:p>
        </w:tc>
      </w:tr>
      <w:tr>
        <w:tc>
          <w:tcPr>
            <w:tcW w:type="dxa" w:w="4536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B 行为（他做了什么）</w:t>
            </w:r>
          </w:p>
        </w:tc>
        <w:tc>
          <w:tcPr>
            <w:tcW w:type="dxa" w:w="4536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</w:r>
          </w:p>
        </w:tc>
      </w:tr>
      <w:tr>
        <w:tc>
          <w:tcPr>
            <w:tcW w:type="dxa" w:w="4536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I 影响（带来什么结果或感受）</w:t>
            </w:r>
          </w:p>
        </w:tc>
        <w:tc>
          <w:tcPr>
            <w:tcW w:type="dxa" w:w="4536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</w:r>
          </w:p>
        </w:tc>
      </w:tr>
    </w:tbl>
    <w:p>
      <w:pPr>
        <w:spacing w:after="120" w:before="0"/>
      </w:pPr>
      <w:r>
        <w:rPr>
          <w:sz w:val="12"/>
        </w:rPr>
      </w:r>
    </w:p>
    <w:p>
      <w:pPr>
        <w:keepNext/>
        <w:spacing w:after="60" w:before="120" w:line="352" w:lineRule="exact"/>
      </w:pPr>
      <w:r>
        <w:rPr>
          <w:rFonts w:ascii="Microsoft YaHei" w:hAnsi="Microsoft YaHei" w:eastAsia="Microsoft YaHei"/>
          <w:b/>
          <w:i w:val="0"/>
          <w:color w:val="013147"/>
          <w:sz w:val="22"/>
        </w:rPr>
        <w:t>【参考示例】</w:t>
      </w:r>
    </w:p>
    <w:tbl>
      <w:tblPr>
        <w:tblW w:type="auto" w:w="0"/>
        <w:jc w:val="center"/>
        <w:tblLook w:firstColumn="1" w:firstRow="1" w:lastColumn="0" w:lastRow="0" w:noHBand="0" w:noVBand="1" w:val="04A0"/>
        <w:cantSplit/>
      </w:tblPr>
      <w:tblGrid>
        <w:gridCol w:w="4536"/>
        <w:gridCol w:w="4536"/>
      </w:tblGrid>
      <w:tr>
        <w:tc>
          <w:tcPr>
            <w:tcW w:type="dxa" w:w="4536"/>
            <w:shd w:val="clear" w:color="auto" w:fill="013147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  <w:jc w:val="center"/>
            </w:pPr>
            <w:r>
              <w:rPr>
                <w:rFonts w:ascii="Microsoft YaHei" w:hAnsi="Microsoft YaHei" w:eastAsia="Microsoft YaHei"/>
                <w:b/>
                <w:color w:val="FFFFFF"/>
                <w:sz w:val="20"/>
              </w:rPr>
              <w:t>要素</w:t>
            </w:r>
          </w:p>
        </w:tc>
        <w:tc>
          <w:tcPr>
            <w:tcW w:type="dxa" w:w="4536"/>
            <w:shd w:val="clear" w:color="auto" w:fill="013147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  <w:jc w:val="center"/>
            </w:pPr>
            <w:r>
              <w:rPr>
                <w:rFonts w:ascii="Microsoft YaHei" w:hAnsi="Microsoft YaHei" w:eastAsia="Microsoft YaHei"/>
                <w:b/>
                <w:color w:val="FFFFFF"/>
                <w:sz w:val="20"/>
              </w:rPr>
              <w:t>示例</w:t>
            </w:r>
          </w:p>
        </w:tc>
      </w:tr>
      <w:tr>
        <w:tc>
          <w:tcPr>
            <w:tcW w:type="dxa" w:w="4536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S</w:t>
            </w:r>
          </w:p>
        </w:tc>
        <w:tc>
          <w:tcPr>
            <w:tcW w:type="dxa" w:w="4536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昨天下午的复盘会上</w:t>
            </w:r>
          </w:p>
        </w:tc>
      </w:tr>
      <w:tr>
        <w:tc>
          <w:tcPr>
            <w:tcW w:type="dxa" w:w="4536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B</w:t>
            </w:r>
          </w:p>
        </w:tc>
        <w:tc>
          <w:tcPr>
            <w:tcW w:type="dxa" w:w="4536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你在第三页直接打断了我</w:t>
            </w:r>
          </w:p>
        </w:tc>
      </w:tr>
      <w:tr>
        <w:tc>
          <w:tcPr>
            <w:tcW w:type="dxa" w:w="4536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I</w:t>
            </w:r>
          </w:p>
        </w:tc>
        <w:tc>
          <w:tcPr>
            <w:tcW w:type="dxa" w:w="4536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我当时没机会把数据说完</w:t>
            </w:r>
          </w:p>
        </w:tc>
      </w:tr>
    </w:tbl>
    <w:p>
      <w:pPr>
        <w:spacing w:after="120" w:before="0"/>
      </w:pPr>
      <w:r>
        <w:rPr>
          <w:sz w:val="12"/>
        </w:rPr>
      </w:r>
    </w:p>
    <w:p>
      <w:pPr>
        <w:spacing w:before="120" w:after="80"/>
        <w:keepLines/>
      </w:pPr>
      <w:r>
        <w:rPr>
          <w:rFonts w:ascii="Microsoft YaHei" w:hAnsi="Microsoft YaHei" w:eastAsia="Microsoft YaHei"/>
          <w:b/>
          <w:color w:val="888888"/>
          <w:sz w:val="20"/>
        </w:rPr>
        <w:t>我的笔记：</w:t>
      </w:r>
      <w:r>
        <w:br/>
      </w:r>
      <w:r>
        <w:rPr>
          <w:rFonts w:ascii="Microsoft YaHei" w:hAnsi="Microsoft YaHei" w:eastAsia="Microsoft YaHei"/>
          <w:color w:val="CCCCCC"/>
          <w:sz w:val="22"/>
        </w:rPr>
        <w:t>_____________________________________________________________________________________</w:t>
      </w:r>
      <w:r>
        <w:br/>
      </w:r>
      <w:r>
        <w:rPr>
          <w:rFonts w:ascii="Microsoft YaHei" w:hAnsi="Microsoft YaHei" w:eastAsia="Microsoft YaHei"/>
          <w:color w:val="CCCCCC"/>
          <w:sz w:val="22"/>
        </w:rPr>
        <w:t>_____________________________________________________________________________________</w:t>
      </w:r>
      <w:r>
        <w:br/>
      </w:r>
      <w:r>
        <w:rPr>
          <w:rFonts w:ascii="Microsoft YaHei" w:hAnsi="Microsoft YaHei" w:eastAsia="Microsoft YaHei"/>
          <w:color w:val="CCCCCC"/>
          <w:sz w:val="22"/>
        </w:rPr>
        <w:t>_____________________________________________________________________________________</w:t>
      </w:r>
    </w:p>
    <w:p>
      <w:r>
        <w:br w:type="page"/>
      </w:r>
    </w:p>
    <w:p>
      <w:pPr>
        <w:spacing w:after="160" w:before="0"/>
      </w:pPr>
      <w:r>
        <w:rPr>
          <w:sz w:val="12"/>
        </w:rPr>
      </w:r>
    </w:p>
    <w:p>
      <w:pPr>
        <w:keepNext/>
        <w:spacing w:after="80" w:before="160" w:line="416" w:lineRule="exact"/>
      </w:pPr>
      <w:r>
        <w:rPr>
          <w:rFonts w:ascii="Microsoft YaHei" w:hAnsi="Microsoft YaHei" w:eastAsia="Microsoft YaHei"/>
          <w:b/>
          <w:i w:val="0"/>
          <w:color w:val="013147"/>
          <w:sz w:val="26"/>
        </w:rPr>
        <w:t>我的团队沟通地图</w:t>
      </w:r>
    </w:p>
    <w:p>
      <w:pPr>
        <w:spacing w:after="80" w:before="0" w:line="352" w:lineRule="exact"/>
      </w:pPr>
      <w:r>
        <w:rPr>
          <w:rFonts w:ascii="Microsoft YaHei" w:hAnsi="Microsoft YaHei" w:eastAsia="Microsoft YaHei"/>
          <w:b w:val="0"/>
          <w:i w:val="0"/>
          <w:color w:val="333333"/>
          <w:sz w:val="22"/>
        </w:rPr>
        <w:t>画出团队偏好分布，找出结构缺口与补位办法。</w:t>
      </w:r>
    </w:p>
    <w:p>
      <w:pPr>
        <w:keepNext/>
        <w:spacing w:after="60" w:before="120" w:line="352" w:lineRule="exact"/>
      </w:pPr>
      <w:r>
        <w:rPr>
          <w:rFonts w:ascii="Microsoft YaHei" w:hAnsi="Microsoft YaHei" w:eastAsia="Microsoft YaHei"/>
          <w:b/>
          <w:i w:val="0"/>
          <w:color w:val="013147"/>
          <w:sz w:val="22"/>
        </w:rPr>
        <w:t>【练习模板】</w:t>
      </w:r>
    </w:p>
    <w:tbl>
      <w:tblPr>
        <w:tblW w:type="auto" w:w="0"/>
        <w:jc w:val="center"/>
        <w:tblLook w:firstColumn="1" w:firstRow="1" w:lastColumn="0" w:lastRow="0" w:noHBand="0" w:noVBand="1" w:val="04A0"/>
        <w:cantSplit/>
      </w:tblPr>
      <w:tblGrid>
        <w:gridCol w:w="2268"/>
        <w:gridCol w:w="2268"/>
        <w:gridCol w:w="2268"/>
        <w:gridCol w:w="2268"/>
      </w:tblGrid>
      <w:tr>
        <w:tc>
          <w:tcPr>
            <w:tcW w:type="dxa" w:w="2268"/>
            <w:shd w:val="clear" w:color="auto" w:fill="013147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  <w:jc w:val="center"/>
            </w:pPr>
            <w:r>
              <w:rPr>
                <w:rFonts w:ascii="Microsoft YaHei" w:hAnsi="Microsoft YaHei" w:eastAsia="Microsoft YaHei"/>
                <w:b/>
                <w:color w:val="FFFFFF"/>
                <w:sz w:val="20"/>
              </w:rPr>
              <w:t>偏好轴</w:t>
            </w:r>
          </w:p>
        </w:tc>
        <w:tc>
          <w:tcPr>
            <w:tcW w:type="dxa" w:w="2268"/>
            <w:shd w:val="clear" w:color="auto" w:fill="013147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  <w:jc w:val="center"/>
            </w:pPr>
            <w:r>
              <w:rPr>
                <w:rFonts w:ascii="Microsoft YaHei" w:hAnsi="Microsoft YaHei" w:eastAsia="Microsoft YaHei"/>
                <w:b/>
                <w:color w:val="FFFFFF"/>
                <w:sz w:val="20"/>
              </w:rPr>
              <w:t>偏左端的人</w:t>
            </w:r>
          </w:p>
        </w:tc>
        <w:tc>
          <w:tcPr>
            <w:tcW w:type="dxa" w:w="2268"/>
            <w:shd w:val="clear" w:color="auto" w:fill="013147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  <w:jc w:val="center"/>
            </w:pPr>
            <w:r>
              <w:rPr>
                <w:rFonts w:ascii="Microsoft YaHei" w:hAnsi="Microsoft YaHei" w:eastAsia="Microsoft YaHei"/>
                <w:b/>
                <w:color w:val="FFFFFF"/>
                <w:sz w:val="20"/>
              </w:rPr>
              <w:t>偏右端的人</w:t>
            </w:r>
          </w:p>
        </w:tc>
        <w:tc>
          <w:tcPr>
            <w:tcW w:type="dxa" w:w="2268"/>
            <w:shd w:val="clear" w:color="auto" w:fill="013147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  <w:jc w:val="center"/>
            </w:pPr>
            <w:r>
              <w:rPr>
                <w:rFonts w:ascii="Microsoft YaHei" w:hAnsi="Microsoft YaHei" w:eastAsia="Microsoft YaHei"/>
                <w:b/>
                <w:color w:val="FFFFFF"/>
                <w:sz w:val="20"/>
              </w:rPr>
              <w:t>缺口</w:t>
            </w:r>
          </w:p>
        </w:tc>
      </w:tr>
      <w:tr>
        <w:tc>
          <w:tcPr>
            <w:tcW w:type="dxa" w:w="2268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E / I</w:t>
            </w:r>
          </w:p>
        </w:tc>
        <w:tc>
          <w:tcPr>
            <w:tcW w:type="dxa" w:w="2268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</w:r>
          </w:p>
        </w:tc>
        <w:tc>
          <w:tcPr>
            <w:tcW w:type="dxa" w:w="2268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</w:r>
          </w:p>
        </w:tc>
        <w:tc>
          <w:tcPr>
            <w:tcW w:type="dxa" w:w="2268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</w:r>
          </w:p>
        </w:tc>
      </w:tr>
      <w:tr>
        <w:tc>
          <w:tcPr>
            <w:tcW w:type="dxa" w:w="2268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S / N</w:t>
            </w:r>
          </w:p>
        </w:tc>
        <w:tc>
          <w:tcPr>
            <w:tcW w:type="dxa" w:w="2268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</w:r>
          </w:p>
        </w:tc>
        <w:tc>
          <w:tcPr>
            <w:tcW w:type="dxa" w:w="2268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</w:r>
          </w:p>
        </w:tc>
        <w:tc>
          <w:tcPr>
            <w:tcW w:type="dxa" w:w="2268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</w:r>
          </w:p>
        </w:tc>
      </w:tr>
      <w:tr>
        <w:tc>
          <w:tcPr>
            <w:tcW w:type="dxa" w:w="2268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T / F</w:t>
            </w:r>
          </w:p>
        </w:tc>
        <w:tc>
          <w:tcPr>
            <w:tcW w:type="dxa" w:w="2268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</w:r>
          </w:p>
        </w:tc>
        <w:tc>
          <w:tcPr>
            <w:tcW w:type="dxa" w:w="2268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</w:r>
          </w:p>
        </w:tc>
        <w:tc>
          <w:tcPr>
            <w:tcW w:type="dxa" w:w="2268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</w:r>
          </w:p>
        </w:tc>
      </w:tr>
      <w:tr>
        <w:tc>
          <w:tcPr>
            <w:tcW w:type="dxa" w:w="2268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J / P</w:t>
            </w:r>
          </w:p>
        </w:tc>
        <w:tc>
          <w:tcPr>
            <w:tcW w:type="dxa" w:w="2268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</w:r>
          </w:p>
        </w:tc>
        <w:tc>
          <w:tcPr>
            <w:tcW w:type="dxa" w:w="2268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</w:r>
          </w:p>
        </w:tc>
        <w:tc>
          <w:tcPr>
            <w:tcW w:type="dxa" w:w="2268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</w:r>
          </w:p>
        </w:tc>
      </w:tr>
    </w:tbl>
    <w:p>
      <w:pPr>
        <w:spacing w:after="120" w:before="0"/>
      </w:pPr>
      <w:r>
        <w:rPr>
          <w:sz w:val="12"/>
        </w:rPr>
      </w:r>
    </w:p>
    <w:p>
      <w:pPr>
        <w:spacing w:before="120" w:after="80"/>
        <w:keepLines/>
      </w:pPr>
      <w:r>
        <w:rPr>
          <w:rFonts w:ascii="Microsoft YaHei" w:hAnsi="Microsoft YaHei" w:eastAsia="Microsoft YaHei"/>
          <w:b/>
          <w:color w:val="888888"/>
          <w:sz w:val="20"/>
        </w:rPr>
        <w:t>我的笔记：</w:t>
      </w:r>
      <w:r>
        <w:br/>
      </w:r>
      <w:r>
        <w:rPr>
          <w:rFonts w:ascii="Microsoft YaHei" w:hAnsi="Microsoft YaHei" w:eastAsia="Microsoft YaHei"/>
          <w:color w:val="CCCCCC"/>
          <w:sz w:val="22"/>
        </w:rPr>
        <w:t>_____________________________________________________________________________________</w:t>
      </w:r>
      <w:r>
        <w:br/>
      </w:r>
      <w:r>
        <w:rPr>
          <w:rFonts w:ascii="Microsoft YaHei" w:hAnsi="Microsoft YaHei" w:eastAsia="Microsoft YaHei"/>
          <w:color w:val="CCCCCC"/>
          <w:sz w:val="22"/>
        </w:rPr>
        <w:t>_____________________________________________________________________________________</w:t>
      </w:r>
      <w:r>
        <w:br/>
      </w:r>
      <w:r>
        <w:rPr>
          <w:rFonts w:ascii="Microsoft YaHei" w:hAnsi="Microsoft YaHei" w:eastAsia="Microsoft YaHei"/>
          <w:color w:val="CCCCCC"/>
          <w:sz w:val="22"/>
        </w:rPr>
        <w:t>_____________________________________________________________________________________</w:t>
      </w:r>
    </w:p>
    <w:p>
      <w:pPr>
        <w:spacing w:after="400" w:before="0"/>
      </w:pPr>
      <w:r>
        <w:rPr>
          <w:sz w:val="12"/>
        </w:rPr>
      </w:r>
    </w:p>
    <w:p>
      <w:pPr>
        <w:spacing w:after="160" w:before="0"/>
      </w:pPr>
      <w:r>
        <w:rPr>
          <w:sz w:val="12"/>
        </w:rPr>
      </w:r>
    </w:p>
    <w:p>
      <w:pPr>
        <w:keepNext/>
        <w:spacing w:after="80" w:before="160" w:line="416" w:lineRule="exact"/>
      </w:pPr>
      <w:r>
        <w:rPr>
          <w:rFonts w:ascii="Microsoft YaHei" w:hAnsi="Microsoft YaHei" w:eastAsia="Microsoft YaHei"/>
          <w:b/>
          <w:i w:val="0"/>
          <w:color w:val="013147"/>
          <w:sz w:val="26"/>
        </w:rPr>
        <w:t>沟通话术卡（随身）</w:t>
      </w:r>
    </w:p>
    <w:p>
      <w:pPr>
        <w:spacing w:after="80" w:before="0" w:line="352" w:lineRule="exact"/>
      </w:pPr>
      <w:r>
        <w:rPr>
          <w:rFonts w:ascii="Microsoft YaHei" w:hAnsi="Microsoft YaHei" w:eastAsia="Microsoft YaHei"/>
          <w:b w:val="0"/>
          <w:i w:val="0"/>
          <w:color w:val="333333"/>
          <w:sz w:val="22"/>
        </w:rPr>
        <w:t>把最常用的三句话固化，按对方偏好切换。</w:t>
      </w:r>
    </w:p>
    <w:p>
      <w:pPr>
        <w:keepNext/>
        <w:spacing w:after="60" w:before="120" w:line="352" w:lineRule="exact"/>
      </w:pPr>
      <w:r>
        <w:rPr>
          <w:rFonts w:ascii="Microsoft YaHei" w:hAnsi="Microsoft YaHei" w:eastAsia="Microsoft YaHei"/>
          <w:b/>
          <w:i w:val="0"/>
          <w:color w:val="013147"/>
          <w:sz w:val="22"/>
        </w:rPr>
        <w:t>【练习模板】</w:t>
      </w:r>
    </w:p>
    <w:tbl>
      <w:tblPr>
        <w:tblW w:type="auto" w:w="0"/>
        <w:jc w:val="center"/>
        <w:tblLook w:firstColumn="1" w:firstRow="1" w:lastColumn="0" w:lastRow="0" w:noHBand="0" w:noVBand="1" w:val="04A0"/>
        <w:cantSplit/>
      </w:tblPr>
      <w:tblGrid>
        <w:gridCol w:w="4536"/>
        <w:gridCol w:w="4536"/>
      </w:tblGrid>
      <w:tr>
        <w:tc>
          <w:tcPr>
            <w:tcW w:type="dxa" w:w="4536"/>
            <w:shd w:val="clear" w:color="auto" w:fill="013147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  <w:jc w:val="center"/>
            </w:pPr>
            <w:r>
              <w:rPr>
                <w:rFonts w:ascii="Microsoft YaHei" w:hAnsi="Microsoft YaHei" w:eastAsia="Microsoft YaHei"/>
                <w:b/>
                <w:color w:val="FFFFFF"/>
                <w:sz w:val="20"/>
              </w:rPr>
              <w:t>场景</w:t>
            </w:r>
          </w:p>
        </w:tc>
        <w:tc>
          <w:tcPr>
            <w:tcW w:type="dxa" w:w="4536"/>
            <w:shd w:val="clear" w:color="auto" w:fill="013147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  <w:jc w:val="center"/>
            </w:pPr>
            <w:r>
              <w:rPr>
                <w:rFonts w:ascii="Microsoft YaHei" w:hAnsi="Microsoft YaHei" w:eastAsia="Microsoft YaHei"/>
                <w:b/>
                <w:color w:val="FFFFFF"/>
                <w:sz w:val="20"/>
              </w:rPr>
              <w:t>我的起手式（填写）</w:t>
            </w:r>
          </w:p>
        </w:tc>
      </w:tr>
      <w:tr>
        <w:tc>
          <w:tcPr>
            <w:tcW w:type="dxa" w:w="4536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向上汇报开场</w:t>
            </w:r>
          </w:p>
        </w:tc>
        <w:tc>
          <w:tcPr>
            <w:tcW w:type="dxa" w:w="4536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</w:r>
          </w:p>
        </w:tc>
      </w:tr>
      <w:tr>
        <w:tc>
          <w:tcPr>
            <w:tcW w:type="dxa" w:w="4536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向下派活开场</w:t>
            </w:r>
          </w:p>
        </w:tc>
        <w:tc>
          <w:tcPr>
            <w:tcW w:type="dxa" w:w="4536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</w:r>
          </w:p>
        </w:tc>
      </w:tr>
      <w:tr>
        <w:tc>
          <w:tcPr>
            <w:tcW w:type="dxa" w:w="4536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平级请求开场</w:t>
            </w:r>
          </w:p>
        </w:tc>
        <w:tc>
          <w:tcPr>
            <w:tcW w:type="dxa" w:w="4536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</w:r>
          </w:p>
        </w:tc>
      </w:tr>
    </w:tbl>
    <w:p>
      <w:pPr>
        <w:spacing w:after="120" w:before="0"/>
      </w:pPr>
      <w:r>
        <w:rPr>
          <w:sz w:val="12"/>
        </w:rPr>
      </w:r>
    </w:p>
    <w:p>
      <w:pPr>
        <w:keepNext/>
        <w:spacing w:after="60" w:before="120" w:line="352" w:lineRule="exact"/>
      </w:pPr>
      <w:r>
        <w:rPr>
          <w:rFonts w:ascii="Microsoft YaHei" w:hAnsi="Microsoft YaHei" w:eastAsia="Microsoft YaHei"/>
          <w:b/>
          <w:i w:val="0"/>
          <w:color w:val="013147"/>
          <w:sz w:val="22"/>
        </w:rPr>
        <w:t>【参考示例】</w:t>
      </w:r>
    </w:p>
    <w:tbl>
      <w:tblPr>
        <w:tblW w:type="auto" w:w="0"/>
        <w:jc w:val="center"/>
        <w:tblLook w:firstColumn="1" w:firstRow="1" w:lastColumn="0" w:lastRow="0" w:noHBand="0" w:noVBand="1" w:val="04A0"/>
        <w:cantSplit/>
      </w:tblPr>
      <w:tblGrid>
        <w:gridCol w:w="4536"/>
        <w:gridCol w:w="4536"/>
      </w:tblGrid>
      <w:tr>
        <w:tc>
          <w:tcPr>
            <w:tcW w:type="dxa" w:w="4536"/>
            <w:shd w:val="clear" w:color="auto" w:fill="013147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  <w:jc w:val="center"/>
            </w:pPr>
            <w:r>
              <w:rPr>
                <w:rFonts w:ascii="Microsoft YaHei" w:hAnsi="Microsoft YaHei" w:eastAsia="Microsoft YaHei"/>
                <w:b/>
                <w:color w:val="FFFFFF"/>
                <w:sz w:val="20"/>
              </w:rPr>
              <w:t>场景</w:t>
            </w:r>
          </w:p>
        </w:tc>
        <w:tc>
          <w:tcPr>
            <w:tcW w:type="dxa" w:w="4536"/>
            <w:shd w:val="clear" w:color="auto" w:fill="013147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  <w:jc w:val="center"/>
            </w:pPr>
            <w:r>
              <w:rPr>
                <w:rFonts w:ascii="Microsoft YaHei" w:hAnsi="Microsoft YaHei" w:eastAsia="Microsoft YaHei"/>
                <w:b/>
                <w:color w:val="FFFFFF"/>
                <w:sz w:val="20"/>
              </w:rPr>
              <w:t>示例起手式</w:t>
            </w:r>
          </w:p>
        </w:tc>
      </w:tr>
      <w:tr>
        <w:tc>
          <w:tcPr>
            <w:tcW w:type="dxa" w:w="4536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向上汇报开场</w:t>
            </w:r>
          </w:p>
        </w:tc>
        <w:tc>
          <w:tcPr>
            <w:tcW w:type="dxa" w:w="4536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「这次我想跟你对的是结果和一个需要你拍板的地方……」</w:t>
            </w:r>
          </w:p>
        </w:tc>
      </w:tr>
      <w:tr>
        <w:tc>
          <w:tcPr>
            <w:tcW w:type="dxa" w:w="4536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向下派活开场</w:t>
            </w:r>
          </w:p>
        </w:tc>
        <w:tc>
          <w:tcPr>
            <w:tcW w:type="dxa" w:w="4536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「这件事的目标是……我想先听听你的想法」</w:t>
            </w:r>
          </w:p>
        </w:tc>
      </w:tr>
      <w:tr>
        <w:tc>
          <w:tcPr>
            <w:tcW w:type="dxa" w:w="4536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平级请求开场</w:t>
            </w:r>
          </w:p>
        </w:tc>
        <w:tc>
          <w:tcPr>
            <w:tcW w:type="dxa" w:w="4536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「我这边遇到一件事，想跟你一起看看有没有更顺的做法」</w:t>
            </w:r>
          </w:p>
        </w:tc>
      </w:tr>
    </w:tbl>
    <w:p>
      <w:pPr>
        <w:spacing w:after="120" w:before="0"/>
      </w:pPr>
      <w:r>
        <w:rPr>
          <w:sz w:val="12"/>
        </w:rPr>
      </w:r>
    </w:p>
    <w:p>
      <w:pPr>
        <w:spacing w:before="120" w:after="80"/>
        <w:keepLines/>
      </w:pPr>
      <w:r>
        <w:rPr>
          <w:rFonts w:ascii="Microsoft YaHei" w:hAnsi="Microsoft YaHei" w:eastAsia="Microsoft YaHei"/>
          <w:b/>
          <w:color w:val="888888"/>
          <w:sz w:val="20"/>
        </w:rPr>
        <w:t>我的笔记：</w:t>
      </w:r>
      <w:r>
        <w:br/>
      </w:r>
      <w:r>
        <w:rPr>
          <w:rFonts w:ascii="Microsoft YaHei" w:hAnsi="Microsoft YaHei" w:eastAsia="Microsoft YaHei"/>
          <w:color w:val="CCCCCC"/>
          <w:sz w:val="22"/>
        </w:rPr>
        <w:t>_____________________________________________________________________________________</w:t>
      </w:r>
      <w:r>
        <w:br/>
      </w:r>
      <w:r>
        <w:rPr>
          <w:rFonts w:ascii="Microsoft YaHei" w:hAnsi="Microsoft YaHei" w:eastAsia="Microsoft YaHei"/>
          <w:color w:val="CCCCCC"/>
          <w:sz w:val="22"/>
        </w:rPr>
        <w:t>_____________________________________________________________________________________</w:t>
      </w:r>
      <w:r>
        <w:br/>
      </w:r>
      <w:r>
        <w:rPr>
          <w:rFonts w:ascii="Microsoft YaHei" w:hAnsi="Microsoft YaHei" w:eastAsia="Microsoft YaHei"/>
          <w:color w:val="CCCCCC"/>
          <w:sz w:val="22"/>
        </w:rPr>
        <w:t>_____________________________________________________________________________________</w:t>
      </w:r>
    </w:p>
    <w:p>
      <w:pPr>
        <w:spacing w:after="400" w:before="0"/>
      </w:pPr>
      <w:r>
        <w:rPr>
          <w:sz w:val="12"/>
        </w:rPr>
      </w:r>
    </w:p>
    <w:p>
      <w:r>
        <w:br w:type="page"/>
      </w:r>
    </w:p>
    <w:p>
      <w:pPr>
        <w:spacing w:after="120" w:before="200" w:line="448" w:lineRule="exact"/>
      </w:pPr>
      <w:r>
        <w:rPr>
          <w:rFonts w:ascii="SimHei" w:hAnsi="SimHei" w:eastAsia="SimHei"/>
          <w:b/>
          <w:i w:val="0"/>
          <w:color w:val="013147"/>
          <w:sz w:val="28"/>
        </w:rPr>
        <w:t>附件三：工具速查卡——核心模型汇总</w:t>
      </w:r>
    </w:p>
    <w:tbl>
      <w:tblPr>
        <w:tblW w:type="auto" w:w="0"/>
        <w:jc w:val="center"/>
        <w:tblLook w:firstColumn="1" w:firstRow="1" w:lastColumn="0" w:lastRow="0" w:noHBand="0" w:noVBand="1" w:val="04A0"/>
        <w:cantSplit/>
      </w:tblPr>
      <w:tblGrid>
        <w:gridCol w:w="3024"/>
        <w:gridCol w:w="3024"/>
        <w:gridCol w:w="3024"/>
      </w:tblGrid>
      <w:tr>
        <w:tc>
          <w:tcPr>
            <w:tcW w:type="dxa" w:w="3024"/>
            <w:shd w:val="clear" w:color="auto" w:fill="013147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  <w:jc w:val="center"/>
            </w:pPr>
            <w:r>
              <w:rPr>
                <w:rFonts w:ascii="Microsoft YaHei" w:hAnsi="Microsoft YaHei" w:eastAsia="Microsoft YaHei"/>
                <w:b/>
                <w:color w:val="FFFFFF"/>
                <w:sz w:val="20"/>
              </w:rPr>
              <w:t>工具/模型</w:t>
            </w:r>
          </w:p>
        </w:tc>
        <w:tc>
          <w:tcPr>
            <w:tcW w:type="dxa" w:w="3024"/>
            <w:shd w:val="clear" w:color="auto" w:fill="013147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  <w:jc w:val="center"/>
            </w:pPr>
            <w:r>
              <w:rPr>
                <w:rFonts w:ascii="Microsoft YaHei" w:hAnsi="Microsoft YaHei" w:eastAsia="Microsoft YaHei"/>
                <w:b/>
                <w:color w:val="FFFFFF"/>
                <w:sz w:val="20"/>
              </w:rPr>
              <w:t>核心公式/要素</w:t>
            </w:r>
          </w:p>
        </w:tc>
        <w:tc>
          <w:tcPr>
            <w:tcW w:type="dxa" w:w="3024"/>
            <w:shd w:val="clear" w:color="auto" w:fill="013147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  <w:jc w:val="center"/>
            </w:pPr>
            <w:r>
              <w:rPr>
                <w:rFonts w:ascii="Microsoft YaHei" w:hAnsi="Microsoft YaHei" w:eastAsia="Microsoft YaHei"/>
                <w:b/>
                <w:color w:val="FFFFFF"/>
                <w:sz w:val="20"/>
              </w:rPr>
              <w:t>一句话说明</w:t>
            </w:r>
          </w:p>
        </w:tc>
      </w:tr>
      <w:tr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MBTI 四维度偏好</w:t>
            </w:r>
          </w:p>
        </w:tc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E/I · S/N · T/F · J/P</w:t>
            </w:r>
          </w:p>
        </w:tc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Myers &amp; Briggs，源自荣格《心理类型》1921</w:t>
            </w:r>
          </w:p>
        </w:tc>
      </w:tr>
      <w:tr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类型动力学</w:t>
            </w:r>
          </w:p>
        </w:tc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行为表现 = 类型偏好 × 偏好清晰度 × 当前情境</w:t>
            </w:r>
          </w:p>
        </w:tc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MBTI 官方：16 间房，不是 16 个盒子</w:t>
            </w:r>
          </w:p>
        </w:tc>
      </w:tr>
      <w:tr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SBI 反馈模型</w:t>
            </w:r>
          </w:p>
        </w:tc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情境 Situation + 行为 Behavior + 影响 Impact</w:t>
            </w:r>
          </w:p>
        </w:tc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说行为不评价人</w:t>
            </w:r>
          </w:p>
        </w:tc>
      </w:tr>
      <w:tr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倾听四层</w:t>
            </w:r>
          </w:p>
        </w:tc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下载式 → 事实式 → 共情式 → 生成式</w:t>
            </w:r>
          </w:p>
        </w:tc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Otto Scharmer，U 型理论</w:t>
            </w:r>
          </w:p>
        </w:tc>
      </w:tr>
      <w:tr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换说公式</w:t>
            </w:r>
          </w:p>
        </w:tc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判偏好 → 排 SBI → 定倾听层 → 说出口</w:t>
            </w:r>
          </w:p>
        </w:tc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本课整合路径</w:t>
            </w:r>
          </w:p>
        </w:tc>
      </w:tr>
      <w:tr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MBTI 伦理使用守则</w:t>
            </w:r>
          </w:p>
        </w:tc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不测能力 · 不预测绩效 · 不做人事决策</w:t>
            </w:r>
          </w:p>
        </w:tc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MBTI 官方守则</w:t>
            </w:r>
          </w:p>
        </w:tc>
      </w:tr>
    </w:tbl>
    <w:p>
      <w:pPr>
        <w:spacing w:after="120" w:before="0"/>
      </w:pPr>
      <w:r>
        <w:rPr>
          <w:sz w:val="12"/>
        </w:rPr>
      </w:r>
    </w:p>
    <w:tbl>
      <w:tblPr>
        <w:tblW w:type="auto" w:w="0"/>
        <w:jc w:val="center"/>
        <w:tblLook w:firstColumn="1" w:firstRow="1" w:lastColumn="0" w:lastRow="0" w:noHBand="0" w:noVBand="1" w:val="04A0"/>
        <w:cantSplit/>
      </w:tblPr>
      <w:tblGrid>
        <w:gridCol w:w="9072"/>
      </w:tblGrid>
      <w:tr>
        <w:tc>
          <w:tcPr>
            <w:tcW w:type="dxa" w:w="9072"/>
            <w:shd w:val="clear" w:color="auto" w:fill="E8F1F0"/>
            <w:tcBorders>
              <w:top w:val="single" w:sz="4" w:space="0" w:color="8DC643"/>
              <w:left w:val="single" w:sz="4" w:space="0" w:color="8DC643"/>
              <w:bottom w:val="single" w:sz="4" w:space="0" w:color="8DC643"/>
              <w:right w:val="single" w:sz="4" w:space="0" w:color="8DC643"/>
            </w:tcBorders>
          </w:tcPr>
          <w:p>
            <w:pPr>
              <w:spacing w:after="120" w:before="120" w:line="340" w:lineRule="exact"/>
              <w:jc w:val="center"/>
            </w:pPr>
            <w:r>
              <w:rPr>
                <w:rFonts w:ascii="Microsoft YaHei" w:hAnsi="Microsoft YaHei" w:eastAsia="Microsoft YaHei"/>
                <w:i/>
                <w:color w:val="8DC643"/>
                <w:sz w:val="22"/>
              </w:rPr>
              <w:t>类型不是用来分类人的，是用来调整我这句话怎么说的。</w:t>
            </w:r>
          </w:p>
        </w:tc>
      </w:tr>
    </w:tbl>
    <w:p>
      <w:pPr>
        <w:spacing w:after="80" w:before="0"/>
      </w:pPr>
      <w:r>
        <w:rPr>
          <w:sz w:val="12"/>
        </w:rPr>
      </w:r>
    </w:p>
    <w:p>
      <w:pPr>
        <w:spacing w:after="800" w:before="0"/>
      </w:pPr>
      <w:r>
        <w:rPr>
          <w:sz w:val="12"/>
        </w:rPr>
      </w:r>
    </w:p>
    <w:p>
      <w:r>
        <w:br w:type="page"/>
      </w:r>
    </w:p>
    <w:p>
      <w:pPr>
        <w:spacing w:after="120" w:before="200" w:line="448" w:lineRule="exact"/>
      </w:pPr>
      <w:r>
        <w:rPr>
          <w:rFonts w:ascii="SimHei" w:hAnsi="SimHei" w:eastAsia="SimHei"/>
          <w:b/>
          <w:i w:val="0"/>
          <w:color w:val="013147"/>
          <w:sz w:val="28"/>
        </w:rPr>
        <w:t>附件四：30天行动计划</w:t>
      </w:r>
    </w:p>
    <w:tbl>
      <w:tblPr>
        <w:tblW w:type="auto" w:w="0"/>
        <w:jc w:val="center"/>
        <w:tblLook w:firstColumn="1" w:firstRow="1" w:lastColumn="0" w:lastRow="0" w:noHBand="0" w:noVBand="1" w:val="04A0"/>
        <w:cantSplit/>
      </w:tblPr>
      <w:tblGrid>
        <w:gridCol w:w="2268"/>
        <w:gridCol w:w="2268"/>
        <w:gridCol w:w="2268"/>
        <w:gridCol w:w="2268"/>
      </w:tblGrid>
      <w:tr>
        <w:tc>
          <w:tcPr>
            <w:tcW w:type="dxa" w:w="2268"/>
            <w:shd w:val="clear" w:color="auto" w:fill="013147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  <w:jc w:val="center"/>
            </w:pPr>
            <w:r>
              <w:rPr>
                <w:rFonts w:ascii="Microsoft YaHei" w:hAnsi="Microsoft YaHei" w:eastAsia="Microsoft YaHei"/>
                <w:b/>
                <w:color w:val="FFFFFF"/>
                <w:sz w:val="20"/>
              </w:rPr>
              <w:t>周次</w:t>
            </w:r>
          </w:p>
        </w:tc>
        <w:tc>
          <w:tcPr>
            <w:tcW w:type="dxa" w:w="2268"/>
            <w:shd w:val="clear" w:color="auto" w:fill="013147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  <w:jc w:val="center"/>
            </w:pPr>
            <w:r>
              <w:rPr>
                <w:rFonts w:ascii="Microsoft YaHei" w:hAnsi="Microsoft YaHei" w:eastAsia="Microsoft YaHei"/>
                <w:b/>
                <w:color w:val="FFFFFF"/>
                <w:sz w:val="20"/>
              </w:rPr>
              <w:t>具体行动</w:t>
            </w:r>
          </w:p>
        </w:tc>
        <w:tc>
          <w:tcPr>
            <w:tcW w:type="dxa" w:w="2268"/>
            <w:shd w:val="clear" w:color="auto" w:fill="013147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  <w:jc w:val="center"/>
            </w:pPr>
            <w:r>
              <w:rPr>
                <w:rFonts w:ascii="Microsoft YaHei" w:hAnsi="Microsoft YaHei" w:eastAsia="Microsoft YaHei"/>
                <w:b/>
                <w:color w:val="FFFFFF"/>
                <w:sz w:val="20"/>
              </w:rPr>
              <w:t>开始日期</w:t>
            </w:r>
          </w:p>
        </w:tc>
        <w:tc>
          <w:tcPr>
            <w:tcW w:type="dxa" w:w="2268"/>
            <w:shd w:val="clear" w:color="auto" w:fill="013147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  <w:jc w:val="center"/>
            </w:pPr>
            <w:r>
              <w:rPr>
                <w:rFonts w:ascii="Microsoft YaHei" w:hAnsi="Microsoft YaHei" w:eastAsia="Microsoft YaHei"/>
                <w:b/>
                <w:color w:val="FFFFFF"/>
                <w:sz w:val="20"/>
              </w:rPr>
              <w:t>完成标志</w:t>
            </w:r>
          </w:p>
        </w:tc>
      </w:tr>
      <w:tr>
        <w:tc>
          <w:tcPr>
            <w:tcW w:type="dxa" w:w="2268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第 1 周</w:t>
            </w:r>
          </w:p>
        </w:tc>
        <w:tc>
          <w:tcPr>
            <w:tcW w:type="dxa" w:w="2268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把最想换的那句话，用 SBI 改写并说出去一次</w:t>
            </w:r>
          </w:p>
        </w:tc>
        <w:tc>
          <w:tcPr>
            <w:tcW w:type="dxa" w:w="2268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</w:r>
          </w:p>
        </w:tc>
        <w:tc>
          <w:tcPr>
            <w:tcW w:type="dxa" w:w="2268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</w:r>
          </w:p>
        </w:tc>
      </w:tr>
      <w:tr>
        <w:tc>
          <w:tcPr>
            <w:tcW w:type="dxa" w:w="2268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第 2 周</w:t>
            </w:r>
          </w:p>
        </w:tc>
        <w:tc>
          <w:tcPr>
            <w:tcW w:type="dxa" w:w="2268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用观察表给一位难沟通的同事填一行，并当面验证一个问题</w:t>
            </w:r>
          </w:p>
        </w:tc>
        <w:tc>
          <w:tcPr>
            <w:tcW w:type="dxa" w:w="2268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</w:r>
          </w:p>
        </w:tc>
        <w:tc>
          <w:tcPr>
            <w:tcW w:type="dxa" w:w="2268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</w:r>
          </w:p>
        </w:tc>
      </w:tr>
      <w:tr>
        <w:tc>
          <w:tcPr>
            <w:tcW w:type="dxa" w:w="2268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第 3 周</w:t>
            </w:r>
          </w:p>
        </w:tc>
        <w:tc>
          <w:tcPr>
            <w:tcW w:type="dxa" w:w="2268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画完团队沟通地图，主动补一次团队缺的那一端</w:t>
            </w:r>
          </w:p>
        </w:tc>
        <w:tc>
          <w:tcPr>
            <w:tcW w:type="dxa" w:w="2268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</w:r>
          </w:p>
        </w:tc>
        <w:tc>
          <w:tcPr>
            <w:tcW w:type="dxa" w:w="2268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</w:r>
          </w:p>
        </w:tc>
      </w:tr>
      <w:tr>
        <w:tc>
          <w:tcPr>
            <w:tcW w:type="dxa" w:w="2268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第 4 周</w:t>
            </w:r>
          </w:p>
        </w:tc>
        <w:tc>
          <w:tcPr>
            <w:tcW w:type="dxa" w:w="2268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和见证伙伴互查：承诺的那句话，用出去了吗</w:t>
            </w:r>
          </w:p>
        </w:tc>
        <w:tc>
          <w:tcPr>
            <w:tcW w:type="dxa" w:w="2268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</w:r>
          </w:p>
        </w:tc>
        <w:tc>
          <w:tcPr>
            <w:tcW w:type="dxa" w:w="2268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</w:r>
          </w:p>
        </w:tc>
      </w:tr>
    </w:tbl>
    <w:p>
      <w:pPr>
        <w:spacing w:after="120" w:before="0"/>
      </w:pPr>
      <w:r>
        <w:rPr>
          <w:sz w:val="12"/>
        </w:rPr>
      </w:r>
    </w:p>
    <w:p>
      <w:pPr>
        <w:spacing w:after="800" w:before="0"/>
      </w:pPr>
      <w:r>
        <w:rPr>
          <w:sz w:val="12"/>
        </w:rPr>
      </w:r>
    </w:p>
    <w:p>
      <w:r>
        <w:br w:type="page"/>
      </w:r>
    </w:p>
    <w:p>
      <w:pPr>
        <w:spacing w:after="120" w:before="200" w:line="448" w:lineRule="exact"/>
      </w:pPr>
      <w:r>
        <w:rPr>
          <w:rFonts w:ascii="SimHei" w:hAnsi="SimHei" w:eastAsia="SimHei"/>
          <w:b/>
          <w:i w:val="0"/>
          <w:color w:val="013147"/>
          <w:sz w:val="28"/>
        </w:rPr>
        <w:t>附件五：课程评估反馈</w:t>
      </w:r>
    </w:p>
    <w:tbl>
      <w:tblPr>
        <w:tblW w:type="auto" w:w="0"/>
        <w:jc w:val="center"/>
        <w:tblLook w:firstColumn="1" w:firstRow="1" w:lastColumn="0" w:lastRow="0" w:noHBand="0" w:noVBand="1" w:val="04A0"/>
        <w:cantSplit/>
      </w:tblPr>
      <w:tblGrid>
        <w:gridCol w:w="3024"/>
        <w:gridCol w:w="3024"/>
        <w:gridCol w:w="3024"/>
      </w:tblGrid>
      <w:tr>
        <w:tc>
          <w:tcPr>
            <w:tcW w:type="dxa" w:w="3024"/>
            <w:shd w:val="clear" w:color="auto" w:fill="013147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  <w:jc w:val="center"/>
            </w:pPr>
            <w:r>
              <w:rPr>
                <w:rFonts w:ascii="Microsoft YaHei" w:hAnsi="Microsoft YaHei" w:eastAsia="Microsoft YaHei"/>
                <w:b/>
                <w:color w:val="FFFFFF"/>
                <w:sz w:val="20"/>
              </w:rPr>
              <w:t>评估维度</w:t>
            </w:r>
          </w:p>
        </w:tc>
        <w:tc>
          <w:tcPr>
            <w:tcW w:type="dxa" w:w="3024"/>
            <w:shd w:val="clear" w:color="auto" w:fill="013147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  <w:jc w:val="center"/>
            </w:pPr>
            <w:r>
              <w:rPr>
                <w:rFonts w:ascii="Microsoft YaHei" w:hAnsi="Microsoft YaHei" w:eastAsia="Microsoft YaHei"/>
                <w:b/>
                <w:color w:val="FFFFFF"/>
                <w:sz w:val="20"/>
              </w:rPr>
              <w:t>评分</w:t>
            </w:r>
          </w:p>
        </w:tc>
        <w:tc>
          <w:tcPr>
            <w:tcW w:type="dxa" w:w="3024"/>
            <w:shd w:val="clear" w:color="auto" w:fill="013147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  <w:jc w:val="center"/>
            </w:pPr>
            <w:r>
              <w:rPr>
                <w:rFonts w:ascii="Microsoft YaHei" w:hAnsi="Microsoft YaHei" w:eastAsia="Microsoft YaHei"/>
                <w:b/>
                <w:color w:val="FFFFFF"/>
                <w:sz w:val="20"/>
              </w:rPr>
              <w:t>备注</w:t>
            </w:r>
          </w:p>
        </w:tc>
      </w:tr>
      <w:tr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报告解读的实用性</w:t>
            </w:r>
          </w:p>
        </w:tc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1  2  3  4  5</w:t>
            </w:r>
          </w:p>
        </w:tc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</w:r>
          </w:p>
        </w:tc>
      </w:tr>
      <w:tr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观察表 / SBI 的可操作性</w:t>
            </w:r>
          </w:p>
        </w:tc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1  2  3  4  5</w:t>
            </w:r>
          </w:p>
        </w:tc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</w:r>
          </w:p>
        </w:tc>
      </w:tr>
      <w:tr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三场景演练贴近实际</w:t>
            </w:r>
          </w:p>
        </w:tc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1  2  3  4  5</w:t>
            </w:r>
          </w:p>
        </w:tc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</w:r>
          </w:p>
        </w:tc>
      </w:tr>
      <w:tr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讲师引导与点评</w:t>
            </w:r>
          </w:p>
        </w:tc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1  2  3  4  5</w:t>
            </w:r>
          </w:p>
        </w:tc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</w:r>
          </w:p>
        </w:tc>
      </w:tr>
      <w:tr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整体满意度</w:t>
            </w:r>
          </w:p>
        </w:tc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1  2  3  4  5</w:t>
            </w:r>
          </w:p>
        </w:tc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</w:r>
          </w:p>
        </w:tc>
      </w:tr>
    </w:tbl>
    <w:p>
      <w:pPr>
        <w:spacing w:after="120" w:before="0"/>
      </w:pPr>
      <w:r>
        <w:rPr>
          <w:sz w:val="12"/>
        </w:rPr>
      </w:r>
    </w:p>
    <w:p>
      <w:pPr>
        <w:spacing w:after="120" w:before="120" w:line="352" w:lineRule="exact"/>
      </w:pPr>
      <w:r>
        <w:rPr>
          <w:rFonts w:ascii="Microsoft YaHei" w:hAnsi="Microsoft YaHei" w:eastAsia="Microsoft YaHei"/>
          <w:b/>
          <w:i w:val="0"/>
          <w:color w:val="013147"/>
          <w:sz w:val="22"/>
        </w:rPr>
        <w:t>我最想对讲师说的话：</w:t>
      </w:r>
    </w:p>
    <w:p>
      <w:pPr>
        <w:spacing w:after="80" w:line="240" w:lineRule="exact"/>
      </w:pPr>
      <w:r>
        <w:rPr>
          <w:rFonts w:ascii="Microsoft YaHei" w:hAnsi="Microsoft YaHei" w:eastAsia="Microsoft YaHei"/>
          <w:color w:val="CCCCCC"/>
          <w:sz w:val="22"/>
        </w:rPr>
        <w:t>_____________________________________________________________________________________</w:t>
      </w:r>
    </w:p>
    <w:p>
      <w:pPr>
        <w:spacing w:after="80" w:line="240" w:lineRule="exact"/>
      </w:pPr>
      <w:r>
        <w:rPr>
          <w:rFonts w:ascii="Microsoft YaHei" w:hAnsi="Microsoft YaHei" w:eastAsia="Microsoft YaHei"/>
          <w:color w:val="CCCCCC"/>
          <w:sz w:val="22"/>
        </w:rPr>
        <w:t>_____________________________________________________________________________________</w:t>
      </w:r>
    </w:p>
    <w:p>
      <w:pPr>
        <w:spacing w:after="80" w:line="240" w:lineRule="exact"/>
      </w:pPr>
      <w:r>
        <w:rPr>
          <w:rFonts w:ascii="Microsoft YaHei" w:hAnsi="Microsoft YaHei" w:eastAsia="Microsoft YaHei"/>
          <w:color w:val="CCCCCC"/>
          <w:sz w:val="22"/>
        </w:rPr>
        <w:t>_____________________________________________________________________________________</w:t>
      </w:r>
    </w:p>
    <w:p>
      <w:pPr>
        <w:spacing w:after="80" w:line="240" w:lineRule="exact"/>
      </w:pPr>
      <w:r>
        <w:rPr>
          <w:rFonts w:ascii="Microsoft YaHei" w:hAnsi="Microsoft YaHei" w:eastAsia="Microsoft YaHei"/>
          <w:color w:val="CCCCCC"/>
          <w:sz w:val="22"/>
        </w:rPr>
        <w:t>_____________________________________________________________________________________</w:t>
      </w:r>
    </w:p>
    <w:p>
      <w:pPr>
        <w:spacing w:after="120" w:before="120" w:line="352" w:lineRule="exact"/>
      </w:pPr>
      <w:r>
        <w:rPr>
          <w:rFonts w:ascii="Microsoft YaHei" w:hAnsi="Microsoft YaHei" w:eastAsia="Microsoft YaHei"/>
          <w:b/>
          <w:i w:val="0"/>
          <w:color w:val="013147"/>
          <w:sz w:val="22"/>
        </w:rPr>
        <w:t>我最想推荐给同事的一个工具：</w:t>
      </w:r>
    </w:p>
    <w:p>
      <w:pPr>
        <w:spacing w:after="80" w:line="240" w:lineRule="exact"/>
      </w:pPr>
      <w:r>
        <w:rPr>
          <w:rFonts w:ascii="Microsoft YaHei" w:hAnsi="Microsoft YaHei" w:eastAsia="Microsoft YaHei"/>
          <w:color w:val="CCCCCC"/>
          <w:sz w:val="22"/>
        </w:rPr>
        <w:t>_____________________________________________________________________________________</w:t>
      </w:r>
    </w:p>
    <w:p>
      <w:pPr>
        <w:spacing w:after="80" w:line="240" w:lineRule="exact"/>
      </w:pPr>
      <w:r>
        <w:rPr>
          <w:rFonts w:ascii="Microsoft YaHei" w:hAnsi="Microsoft YaHei" w:eastAsia="Microsoft YaHei"/>
          <w:color w:val="CCCCCC"/>
          <w:sz w:val="22"/>
        </w:rPr>
        <w:t>_____________________________________________________________________________________</w:t>
      </w:r>
    </w:p>
    <w:p>
      <w:pPr>
        <w:spacing w:after="120" w:before="0" w:line="352" w:lineRule="exact"/>
      </w:pPr>
      <w:r>
        <w:rPr>
          <w:rFonts w:ascii="Microsoft YaHei" w:hAnsi="Microsoft YaHei" w:eastAsia="Microsoft YaHei"/>
          <w:b/>
          <w:i w:val="0"/>
          <w:color w:val="013147"/>
          <w:sz w:val="22"/>
        </w:rPr>
        <w:t>推荐理由：</w:t>
      </w:r>
    </w:p>
    <w:p>
      <w:pPr>
        <w:spacing w:after="80" w:line="240" w:lineRule="exact"/>
      </w:pPr>
      <w:r>
        <w:rPr>
          <w:rFonts w:ascii="Microsoft YaHei" w:hAnsi="Microsoft YaHei" w:eastAsia="Microsoft YaHei"/>
          <w:color w:val="CCCCCC"/>
          <w:sz w:val="22"/>
        </w:rPr>
        <w:t>_____________________________________________________________________________________</w:t>
      </w:r>
    </w:p>
    <w:p>
      <w:pPr>
        <w:spacing w:after="80" w:line="240" w:lineRule="exact"/>
      </w:pPr>
      <w:r>
        <w:rPr>
          <w:rFonts w:ascii="Microsoft YaHei" w:hAnsi="Microsoft YaHei" w:eastAsia="Microsoft YaHei"/>
          <w:color w:val="CCCCCC"/>
          <w:sz w:val="22"/>
        </w:rPr>
        <w:t>_____________________________________________________________________________________</w:t>
      </w:r>
    </w:p>
    <w:p>
      <w:r>
        <w:br w:type="page"/>
      </w:r>
    </w:p>
    <w:p>
      <w:pPr>
        <w:spacing w:after="800" w:before="0"/>
      </w:pPr>
      <w:r>
        <w:rPr>
          <w:sz w:val="12"/>
        </w:rPr>
      </w:r>
    </w:p>
    <w:p>
      <w:pPr>
        <w:spacing w:after="120" w:before="0" w:line="832" w:lineRule="exact"/>
        <w:jc w:val="center"/>
      </w:pPr>
      <w:r>
        <w:rPr>
          <w:rFonts w:ascii="SimHei" w:hAnsi="SimHei" w:eastAsia="SimHei"/>
          <w:b/>
          <w:i w:val="0"/>
          <w:color w:val="013147"/>
          <w:sz w:val="52"/>
        </w:rPr>
        <w:t>MBTI 团队沟通工作坊</w:t>
      </w:r>
    </w:p>
    <w:p>
      <w:pPr>
        <w:spacing w:after="160" w:before="0" w:line="576" w:lineRule="exact"/>
        <w:jc w:val="center"/>
      </w:pPr>
      <w:r>
        <w:rPr>
          <w:rFonts w:ascii="SimHei" w:hAnsi="SimHei" w:eastAsia="SimHei"/>
          <w:b/>
          <w:i w:val="0"/>
          <w:color w:val="8DC643"/>
          <w:sz w:val="36"/>
        </w:rPr>
        <w:t>换一种说法，把事说成</w:t>
      </w:r>
    </w:p>
    <w:tbl>
      <w:tblPr>
        <w:tblW w:type="auto" w:w="0"/>
        <w:jc w:val="center"/>
        <w:tblLook w:firstColumn="1" w:firstRow="1" w:lastColumn="0" w:lastRow="0" w:noHBand="0" w:noVBand="1" w:val="04A0"/>
        <w:cantSplit/>
      </w:tblPr>
      <w:tblGrid>
        <w:gridCol w:w="9072"/>
      </w:tblGrid>
      <w:tr>
        <w:tc>
          <w:tcPr>
            <w:tcW w:type="dxa" w:w="9072"/>
            <w:shd w:val="clear" w:color="auto" w:fill="E8F1F0"/>
            <w:tcBorders>
              <w:top w:val="single" w:sz="4" w:space="0" w:color="8DC643"/>
              <w:left w:val="single" w:sz="4" w:space="0" w:color="8DC643"/>
              <w:bottom w:val="single" w:sz="4" w:space="0" w:color="8DC643"/>
              <w:right w:val="single" w:sz="4" w:space="0" w:color="8DC643"/>
            </w:tcBorders>
          </w:tcPr>
          <w:p>
            <w:pPr>
              <w:spacing w:after="120" w:before="120" w:line="340" w:lineRule="exact"/>
              <w:jc w:val="center"/>
            </w:pPr>
            <w:r>
              <w:rPr>
                <w:rFonts w:ascii="Microsoft YaHei" w:hAnsi="Microsoft YaHei" w:eastAsia="Microsoft YaHei"/>
                <w:i/>
                <w:color w:val="8DC643"/>
                <w:sz w:val="22"/>
              </w:rPr>
              <w:t>读报告，是为了读懂自己；读懂别人，是为了调整自己；换一种说法，是为了把事说成。</w:t>
            </w:r>
          </w:p>
        </w:tc>
      </w:tr>
    </w:tbl>
    <w:p>
      <w:pPr>
        <w:spacing w:after="80" w:before="0"/>
      </w:pPr>
      <w:r>
        <w:rPr>
          <w:sz w:val="12"/>
        </w:rPr>
      </w:r>
    </w:p>
    <w:p>
      <w:pPr>
        <w:spacing w:after="120" w:before="0" w:line="448" w:lineRule="exact"/>
        <w:jc w:val="center"/>
      </w:pPr>
      <w:r>
        <w:rPr>
          <w:rFonts w:ascii="Microsoft YaHei" w:hAnsi="Microsoft YaHei" w:eastAsia="Microsoft YaHei"/>
          <w:b/>
          <w:i w:val="0"/>
          <w:color w:val="013147"/>
          <w:sz w:val="28"/>
        </w:rPr>
        <w:t>一天，走完三件事</w:t>
      </w:r>
    </w:p>
    <w:p>
      <w:pPr>
        <w:spacing w:after="40" w:before="0" w:line="352" w:lineRule="exact"/>
        <w:jc w:val="center"/>
      </w:pPr>
      <w:r>
        <w:rPr>
          <w:rFonts w:ascii="Microsoft YaHei" w:hAnsi="Microsoft YaHei" w:eastAsia="Microsoft YaHei"/>
          <w:b w:val="0"/>
          <w:i w:val="0"/>
          <w:color w:val="333333"/>
          <w:sz w:val="22"/>
        </w:rPr>
        <w:t>读懂自己 · 四把尺子</w:t>
      </w:r>
    </w:p>
    <w:p>
      <w:pPr>
        <w:spacing w:after="40" w:before="0" w:line="352" w:lineRule="exact"/>
        <w:jc w:val="center"/>
      </w:pPr>
      <w:r>
        <w:rPr>
          <w:rFonts w:ascii="Microsoft YaHei" w:hAnsi="Microsoft YaHei" w:eastAsia="Microsoft YaHei"/>
          <w:b w:val="0"/>
          <w:i w:val="0"/>
          <w:color w:val="333333"/>
          <w:sz w:val="22"/>
        </w:rPr>
        <w:t>读懂别人 · 从行为读偏好</w:t>
      </w:r>
    </w:p>
    <w:p>
      <w:pPr>
        <w:spacing w:after="40" w:before="0" w:line="352" w:lineRule="exact"/>
        <w:jc w:val="center"/>
      </w:pPr>
      <w:r>
        <w:rPr>
          <w:rFonts w:ascii="Microsoft YaHei" w:hAnsi="Microsoft YaHei" w:eastAsia="Microsoft YaHei"/>
          <w:b w:val="0"/>
          <w:i w:val="0"/>
          <w:color w:val="333333"/>
          <w:sz w:val="22"/>
        </w:rPr>
        <w:t>工具 · 四维沟通观察表</w:t>
      </w:r>
    </w:p>
    <w:p>
      <w:pPr>
        <w:spacing w:after="40" w:before="0" w:line="352" w:lineRule="exact"/>
        <w:jc w:val="center"/>
      </w:pPr>
      <w:r>
        <w:rPr>
          <w:rFonts w:ascii="Microsoft YaHei" w:hAnsi="Microsoft YaHei" w:eastAsia="Microsoft YaHei"/>
          <w:b w:val="0"/>
          <w:i w:val="0"/>
          <w:color w:val="333333"/>
          <w:sz w:val="22"/>
        </w:rPr>
        <w:t>换一种说法 · 三场景演练</w:t>
      </w:r>
    </w:p>
    <w:p>
      <w:pPr>
        <w:spacing w:after="40" w:before="0" w:line="352" w:lineRule="exact"/>
        <w:jc w:val="center"/>
      </w:pPr>
      <w:r>
        <w:rPr>
          <w:rFonts w:ascii="Microsoft YaHei" w:hAnsi="Microsoft YaHei" w:eastAsia="Microsoft YaHei"/>
          <w:b w:val="0"/>
          <w:i w:val="0"/>
          <w:color w:val="333333"/>
          <w:sz w:val="22"/>
        </w:rPr>
        <w:t>固化 · 团队地图 + 话术卡</w:t>
      </w:r>
    </w:p>
    <w:p>
      <w:pPr>
        <w:spacing w:after="40" w:before="0" w:line="352" w:lineRule="exact"/>
        <w:jc w:val="center"/>
      </w:pPr>
      <w:r>
        <w:rPr>
          <w:rFonts w:ascii="Microsoft YaHei" w:hAnsi="Microsoft YaHei" w:eastAsia="Microsoft YaHei"/>
          <w:b w:val="0"/>
          <w:i w:val="0"/>
          <w:color w:val="333333"/>
          <w:sz w:val="22"/>
        </w:rPr>
        <w:t>边界与行动 · 带着地图回岗</w:t>
      </w:r>
    </w:p>
    <w:p>
      <w:pPr>
        <w:spacing w:after="160" w:before="0"/>
      </w:pPr>
      <w:r>
        <w:rPr>
          <w:sz w:val="12"/>
        </w:rPr>
      </w:r>
    </w:p>
    <w:p>
      <w:pPr>
        <w:spacing w:after="200" w:before="160" w:line="384" w:lineRule="exact"/>
        <w:jc w:val="center"/>
      </w:pPr>
      <w:r>
        <w:rPr>
          <w:rFonts w:ascii="Microsoft YaHei" w:hAnsi="Microsoft YaHei" w:eastAsia="Microsoft YaHei"/>
          <w:b w:val="0"/>
          <w:i/>
          <w:color w:val="8DC643"/>
          <w:sz w:val="24"/>
        </w:rPr>
        <w:t>带着地图回去，第一句话说出去，改变就开始了。</w:t>
      </w:r>
    </w:p>
    <w:p>
      <w:pPr>
        <w:spacing w:after="120" w:before="0" w:line="352" w:lineRule="exact"/>
        <w:jc w:val="center"/>
      </w:pPr>
      <w:r>
        <w:rPr>
          <w:rFonts w:ascii="Microsoft YaHei" w:hAnsi="Microsoft YaHei" w:eastAsia="Microsoft YaHei"/>
          <w:b/>
          <w:i w:val="0"/>
          <w:color w:val="013147"/>
          <w:sz w:val="22"/>
        </w:rPr>
        <w:t>我的最后笔记：</w:t>
      </w:r>
    </w:p>
    <w:p>
      <w:pPr>
        <w:spacing w:after="80" w:line="240" w:lineRule="exact"/>
      </w:pPr>
      <w:r>
        <w:rPr>
          <w:rFonts w:ascii="Microsoft YaHei" w:hAnsi="Microsoft YaHei" w:eastAsia="Microsoft YaHei"/>
          <w:color w:val="CCCCCC"/>
          <w:sz w:val="22"/>
        </w:rPr>
        <w:t>_____________________________________________________________________________________</w:t>
      </w:r>
    </w:p>
    <w:p>
      <w:pPr>
        <w:spacing w:after="80" w:line="240" w:lineRule="exact"/>
      </w:pPr>
      <w:r>
        <w:rPr>
          <w:rFonts w:ascii="Microsoft YaHei" w:hAnsi="Microsoft YaHei" w:eastAsia="Microsoft YaHei"/>
          <w:color w:val="CCCCCC"/>
          <w:sz w:val="22"/>
        </w:rPr>
        <w:t>_____________________________________________________________________________________</w:t>
      </w:r>
    </w:p>
    <w:p>
      <w:pPr>
        <w:spacing w:after="80" w:line="240" w:lineRule="exact"/>
      </w:pPr>
      <w:r>
        <w:rPr>
          <w:rFonts w:ascii="Microsoft YaHei" w:hAnsi="Microsoft YaHei" w:eastAsia="Microsoft YaHei"/>
          <w:color w:val="CCCCCC"/>
          <w:sz w:val="22"/>
        </w:rPr>
        <w:t>_____________________________________________________________________________________</w:t>
      </w:r>
    </w:p>
    <w:p>
      <w:pPr>
        <w:spacing w:after="80" w:line="240" w:lineRule="exact"/>
      </w:pPr>
      <w:r>
        <w:rPr>
          <w:rFonts w:ascii="Microsoft YaHei" w:hAnsi="Microsoft YaHei" w:eastAsia="Microsoft YaHei"/>
          <w:color w:val="CCCCCC"/>
          <w:sz w:val="22"/>
        </w:rPr>
        <w:t>_____________________________________________________________________________________</w:t>
      </w:r>
    </w:p>
    <w:p>
      <w:pPr>
        <w:spacing w:after="80" w:line="240" w:lineRule="exact"/>
      </w:pPr>
      <w:r>
        <w:rPr>
          <w:rFonts w:ascii="Microsoft YaHei" w:hAnsi="Microsoft YaHei" w:eastAsia="Microsoft YaHei"/>
          <w:color w:val="CCCCCC"/>
          <w:sz w:val="22"/>
        </w:rPr>
        <w:t>_____________________________________________________________________________________</w:t>
      </w:r>
    </w:p>
    <w:p>
      <w:pPr>
        <w:spacing w:after="80" w:line="240" w:lineRule="exact"/>
      </w:pPr>
      <w:r>
        <w:rPr>
          <w:rFonts w:ascii="Microsoft YaHei" w:hAnsi="Microsoft YaHei" w:eastAsia="Microsoft YaHei"/>
          <w:color w:val="CCCCCC"/>
          <w:sz w:val="22"/>
        </w:rPr>
        <w:t>_____________________________________________________________________________________</w:t>
      </w:r>
    </w:p>
    <w:sectPr w:rsidR="00FC693F" w:rsidRPr="0006063C" w:rsidSect="00034616">
      <w:footerReference w:type="default" r:id="rId9"/>
      <w:pgSz w:w="11906" w:h="16838"/>
      <w:pgMar w:top="1134" w:right="1417" w:bottom="1134" w:left="141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Microsoft YaHei" w:hAnsi="Microsoft YaHei" w:eastAsia="Microsoft YaHei"/>
        <w:color w:val="888888"/>
        <w:sz w:val="18"/>
      </w:rP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Microsoft YaHei" w:hAnsi="Microsoft YaHei" w:eastAsia="Microsoft YaHei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