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MBTI TOOLKIT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MBTI 团队沟通工作坊 · 沟通工具速查卡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6 张工具卡（带走件）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① 四把尺子速查卡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 1-2 · 读懂自己 · Myers &amp; Briggs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结构：E/I 能量从哪来（边说边想 / 想好再说）· S/N 先看事实还是可能（要细节案例 / 要方向可能）· T/F 先逻辑还是人情（直给结论 / 先顾感受）· J/P 要计划还是留白（要节点闭环 / 要弹性空间）。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适用：拿到报告先别背 16 型——把四个字母翻译成「我习惯怎么说话」。偏好是频谱，不是开关。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② 优势-盲区双面卡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 2 · 自省 · 同一枚硬币两面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结构：每个偏好都有优势面与盲区面：E 热情/抢话 · I 稳重/被动 · S 靠谱/听不到重点 · N 有远见/落地模糊 · T 清晰/显冷 · F 有温度/难决断 · J 有条理/死板 · P 灵活/拖延。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适用：优势用对了就是武器，用错了就是盲区。盲区自己看不见，要靠别人指出来——敢听，就是心理安全。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③ 四维沟通观察表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 3 · 工具运用 ★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结构：观察的是「行为」不是「动机」：E/I 看开口节奏与表态方式 · S/N 看提问内容（要细节还是要方向）· T/F 看先说逻辑还是先顾关系 · J/P 看要不要流程节点。每条必须写「我依据什么行为这么判断」。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适用：不背 16 型、不猜标签。给依据、留「不确定」、终点是「我该换什么说法」——观察是给我做沟通预案，不是给人定性。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④ SBI 反馈骨架卡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 4 · 换一种说法 · 通用管理框架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结构：S 情境（上周四客户会上）→ B 行为（你当客户面否了我的报价）→ I 影响（客户犹豫了）。顺序要按对方偏好调：对 T 先给事实与影响，对 F 先说关系与感受，对 S 要给具体先例，对 N 先给方向。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适用：说行为，不评价人——铁律：改写后不能出现「你这个人……」。这是把「会不会说话」变成可练的动作。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⑤ 倾听四层卡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 4 · 换一种说法 · Otto Scharmer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结构：第一层下载（只听跟自己一致的，谁都要警惕）→ 第二层事实（听事实信息，对 S 型多停留）→ 第三层共情（听情绪立场，对 F 型多停留）→ 第四层生成（听没说出口的意图，对 N 型可带他到这层）。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适用：说只是一半，听是另一半。对不同偏好的人，不光「说」要换，「听」的层次也要调。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⑥ 团队沟通地图卡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 5 · 固化 · 系统性视角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结构：画四条偏好轴，把团队成员（代号）标进分布，回答三问：我的团队偏在哪、缺哪一端、我该怎么补？全是 J 型缺弹性，全是 T 型缺温度——看见分布，就看见团队沟通的结构性短板。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适用：地图不是给团队做人设，是给管理者做预判。允许匿名代号——重点是「看见结构」，不是暴露某人类型。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MBTI TOOLKIT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沟通工具体系 · 能力地图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6 项工具 ↔ 三条主线（读懂 / 运用 / 沟通）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6 项工具 ↔ 三条主线对照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工具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对应的动作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四把尺子速查卡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读懂自己 · 字母→沟通默认动作　｜　模块 1-2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优势-盲区双面卡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自省 · 优势与盲区是同一枚硬币　｜　模块 2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四维沟通观察表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工具运用 · 只看行为，不猜标签　｜　模块 3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SBI 反馈骨架卡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换说法 · 说行为不评价人　｜　模块 4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⑤ 倾听四层卡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换说法 · 说一半，听一半　｜　模块 4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⑥ 团队沟通地图卡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固化 · 看见团队结构性短板　｜　模块 5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本课为「MBTI 团队沟通工作坊」：读懂自己 → 读懂别人 → 换一种说法 三条主线。6 项工具串成一条完整路径。全部工具直接引用通用经典框架（MBTI 四维度偏好 / SBI 反馈模型 / 倾听四层 / 类型动力学），零自建模型。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边界提醒（反复用）：类型是「偏好」，不是「能力」；类型不预测绩效；不用于招聘、晋升、淘汰等人事决策。用 MBTI 理解人，是专业；用 MBTI 给人定性，是误用。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沟通工具速查卡（配合《MBTI 团队沟通工作坊》使用，双面打印）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