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0" w:before="0"/>
      </w:pPr>
      <w:r>
        <w:rPr>
          <w:sz w:val="12"/>
        </w:rPr>
      </w:r>
    </w:p>
    <w:p>
      <w:pPr>
        <w:spacing w:after="80" w:before="0" w:line="704" w:lineRule="exact"/>
        <w:jc w:val="center"/>
      </w:pPr>
      <w:r>
        <w:rPr>
          <w:rFonts w:ascii="SimHei" w:hAnsi="SimHei" w:eastAsia="SimHei"/>
          <w:b/>
          <w:i w:val="0"/>
          <w:color w:val="013147"/>
          <w:sz w:val="44"/>
        </w:rPr>
        <w:t>MBTI 团队沟通工作坊</w:t>
      </w:r>
    </w:p>
    <w:p>
      <w:pPr>
        <w:spacing w:after="80" w:before="0" w:line="416" w:lineRule="exact"/>
        <w:jc w:val="center"/>
      </w:pPr>
      <w:r>
        <w:rPr>
          <w:rFonts w:ascii="SimHei" w:hAnsi="SimHei" w:eastAsia="SimHei"/>
          <w:b w:val="0"/>
          <w:i w:val="0"/>
          <w:color w:val="888888"/>
          <w:sz w:val="26"/>
        </w:rPr>
        <w:t>MBTI Team Communication Workshop</w:t>
      </w:r>
    </w:p>
    <w:p>
      <w:pPr>
        <w:spacing w:after="200" w:before="0" w:line="512" w:lineRule="exact"/>
        <w:jc w:val="center"/>
      </w:pPr>
      <w:r>
        <w:rPr>
          <w:rFonts w:ascii="SimHei" w:hAnsi="SimHei" w:eastAsia="SimHei"/>
          <w:b/>
          <w:i w:val="0"/>
          <w:color w:val="8DC643"/>
          <w:sz w:val="32"/>
        </w:rPr>
        <w:t>讲师手册 · FACILITATOR GUIDE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类型不是用来分类人的，是用来调整我这句话怎么说的。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84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888888"/>
          <w:sz w:val="24"/>
        </w:rPr>
        <w:t>1 天 / 7 小时 · 模块 0–6 · 学练合一</w:t>
      </w:r>
    </w:p>
    <w:p>
      <w:pPr>
        <w:spacing w:after="20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配套：授课级 PPT + 学员手册 + 本手册 + 核心工具带走件 + 4 份 handout</w:t>
      </w:r>
    </w:p>
    <w:p>
      <w:pPr>
        <w:spacing w:after="8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版本 v1.0 · Coursemaster 出品</w:t>
      </w:r>
    </w:p>
    <w:p>
      <w:pPr>
        <w:spacing w:after="80" w:before="0" w:line="320" w:lineRule="exact"/>
        <w:jc w:val="center"/>
      </w:pPr>
      <w:r>
        <w:rPr>
          <w:rFonts w:ascii="Microsoft YaHei" w:hAnsi="Microsoft YaHei" w:eastAsia="Microsoft YaHei"/>
          <w:b w:val="0"/>
          <w:i/>
          <w:color w:val="888888"/>
          <w:sz w:val="20"/>
        </w:rPr>
        <w:t>本手册仅供授课讲师使用，含引导话术、练习答案与控场提示。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第一部分 · 课程总览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【课程定位】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一门教管理者「用 MBTI 打通团队上下左右沟通」的实战课。目标不是让学员背下 16 型，而是让学员学会「看行为、读偏好、换一种说法」：先读懂自己的沟通默认动作，再读懂对方的偏好，最后把「下次怎么说」练成本能。讲师角色：先把型型型拆成可观察行为，再带学员用真实场景反复练。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【工具包构成】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物料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用途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谁用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何时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授课级 PPT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讲师投影、模型与活动呈现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学员手册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学员课中写、带走练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本讲师手册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控场 timing / 话术 / 答案 / 救场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备课+授课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核心工具带走件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速查卡 + 30天计划，带走件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课前+课后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⑤ handout 分发件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课前自评表 / 观察表 / 情景卡答题卡 / 30天计划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活动时发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【时间分配总表】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时长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加油站：为什么我们总说不进对方心里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破冰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读懂自己：四把尺子与偏好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认知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读懂别人：从行为读偏好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★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工具：四维沟通观察表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工具 ★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换一种说法：三场景演练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110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★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固化：团队沟通地图 + 话术卡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工具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边界与行动：带着地图回岗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整合+行动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合计 390 min（约 6.5 小时）+ 开场 + 机动，一天 7 小时可完整落地；结构化演练占比 ≥ 35%。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【物料准备清单】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授课级 PPT（提前试放映，确认微软雅黑字体）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学员手册（按人数 + 10% 备）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便签纸 / 马克笔（开场破冰与承诺墙用）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《课前自评表》打印（开课前 3-5 天发；课堂回收汇总，模块一导入、模块六复测）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《四维沟通观察表》每位学员 1 份（模块三用）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《沟通情景卡 + 答题卡》每组 1 套（模块四演练用）★独立分发件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《30天换一种说法计划表》每位学员 1 份（模块六用）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课后工具包带走件（速查卡 + 30天计划，结课发）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【设备与场地】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投影 + 翻页笔；计时器（每组演练严格控时）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小组岛形座位，便于两人 / 三人组练习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便利贴墙（开场“下次我要换的一句话”与承诺用）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适合模块四演练的安静角落（人际负荷高，避免打扰）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读懂自己：四把尺子与沟通偏好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类型：认知 + 自省　｜　时长：55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 MBTI 四个维度的含义，理解「偏好」不是「能力」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定位自己的沟通默认动作，看清它的优势面与盲区面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导入：同一句话，为什么有人听懂有人炸毛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MBTI 从哪里来：荣格 → 迈尔斯母女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四个维度：能量 / 信息 / 决策 / 节奏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14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16 型类型表：四种气质族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偏好 ≠ 能力 ≠ 好坏（合规地基）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优势-盲区双面卡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自省卡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MBTI 源自荣格《心理类型》1921，由迈尔斯母女发展为四维度工具——它是描述「偏好」，不是测量「能力」。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四个维度：能量方向（外倾 E / 内倾 I）、信息获取（实感 S / 直觉 N）、决策依据（思考 T / 情感 F）、生活节奏（判断 J / 知觉 P）。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关键立场：每个偏好无优劣、无好坏，只是「我更习惯怎样」。四种偏好都是资源，也都有盲区。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16 型由四维度组合而成，可归为四种气质族（SP 体验者 / SJ 守护者 / NF 理想者 / NT 理性者），帮助快速理解他人。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四把尺子只问可观察问题：你更需要独处还是交谈？你信细节还是信联想？你讲道理还是讲感受？你要计划还是要灵活？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话术：导入用「同一句反馈，四个人四种反应」的对比，直击学员日常体验。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话术：讲维度时始终强调「偏好 = 更习惯用哪只手」，避免学员给自己贴死标签。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话术：16 型页不要展开每个类型，只讲四种气质族，防止课堂变成类型学讲座。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话术：优势-盲区双面卡用学员自己填的例子讲——同一偏好，用对是优势，用错是盲区。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话术：随时回到合规地基：不测能力、不分好坏、不做人事决策依据。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你的默认沟通动作是什么？它帮你的时候多，还是坑你的时候多？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你最不习惯的那一端，在团队里可能是谁的长项？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我到底是哪个型，测出来准吗：今天不做施测，也不追求「准」。MBTI 是用来理解偏好的语言，不是给你定终身的判决书。你的报告只是参考。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是不是四个字母越标准越好：没有标准。每种偏好组合都有独特优势，也都有要留意的盲区——我们要的是看清自己，不是给自己打分。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学员追着问「某型的官配是哪个型」：拉回来——今天不聊配对，聊「怎么和不同偏好的人把事说成」。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学员给自己贴死标签：提醒 MBTI 描述的是偏好不是边界，场景变了、角色变了，行为也可以调整。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转场：读懂自己只是第一步。真正的难点是——坐在你对面的那个人，他的默认动作跟你不一样。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读懂别人：从行为读偏好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　｜　时长：60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用可观察的行为线索推测他人偏好，而不是给人贴标签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掌握四类偏好差异在沟通中的典型冲突点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导入：他怎么又没听懂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为什么不看报告、只看行为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四维行为线索表（S/N 与 T/F 为重点）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14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偏好差异的四种典型冲突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现场互读：给一位同事画偏好草图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观察表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小结 + 补充四类偏好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读别人的方法：不看报告、不下结论，只观察可重复出现的行为模式（他先问什么、记不记细节、怎么表达不同意见）。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S/N 冲突：S 型要「具体、先例、步骤」，N 型要「大图、可能、联想」——同一份材料，一个嫌没细节，一个嫌看不到意义。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T/F 冲突：T 型先讲逻辑对错，F 型先讲关系感受。T 型的直接常被读成冷，F 型的委婉常被读成含糊。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E/I 冲突：I 型要时间想清楚再开口，E 型边想边说——会议节奏不合，往往不是能力问题，是节奏问题。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J/P 冲突：J 型要计划、要闭合，P 型要弹性、要留口——P 型怕被锁死，J 型怕收不住。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核心纪律：偏好是「倾向」不是「事实」，是假设就要可推翻；一旦用偏好去定性「你就是这种人」，就是在贴标签。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话术：导入用一个「S 型领导 vs N 型下属」的误会场景，学员秒懂。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话术：行为线索表让学员边看边回忆身边人，把抽象维度落到具体的人身上。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话术：现场互读（15min）是本模块抓手：每人在观察表上给一位真实同事画偏好草图，小组内互相验证假设。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话术：反复强调「假设可推翻」——读人是为了调整自己，不是为了给人贴标签。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话术：补充环节只讲四类偏好差异在日常的高频表现，不展开全 16 型。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你给同事画的偏好草图，有哪一条你拿不准？你怎么验证？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回想一次沟通失败，是不是卡在 S/N 或 T/F 的差异上？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猜偏好会不会猜错：会，所以它是「待验证的假设」而不是结论。验证方式——换个场景看他是否重复同样行为，或直接问他怎么想更顺。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读偏好是为了什么：不是为了评判他，是为了让我知道「我这句怎么说他更容易接住」。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学员热衷猜遍全场：按住——留到活动环节，按小组陪练，别变成集体相面。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有人被读得不舒服：明确规则——只描述行为、不评价人格；有异议的当场就叫停。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转场：你现在既读懂了自己，也能读个大概别人。那怎么把这份理解落到工具上，天天用？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工具：四维沟通观察表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类型：工具 ⭐　｜　时长：60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掌握《四维沟通观察表》的使用方法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用观察表完成一次真实的偏好判读练习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导入：从「凭感觉」到「有工具」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四维沟通观察表：四栏结构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观察三原则：行为 / 重复 / 假设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示范：讲师现场读一位学员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现场互读练习（4-5 人组）⭐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观察表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回验证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4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《四维沟通观察表》四栏：维度 / 我观察到的行为 / 我的初步判读 / 待验证的问题——逼你把「感觉」写成「证据」。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观察三原则：① 只记行为不记评价 ② 关注重复出现的模式 ③ 判读永远写成假设 + 验证问题。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表格的价值：把「我觉得他不好沟通」变成「他在被追问细节时会沉默——我猜是 S/N 差，需要验证」。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使用场景：例会、一对一、复盘、跨部门对接——任何一次真实沟通都可以填一行。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边界：观察表是给我自己用的，不是评估同事的材料，更不作为任何评价依据。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话术：导入讲清「感觉」和「证据」的区别——这是工具的灵魂。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话术：四栏结构逐栏示范填写，用讲师自己的真实同事举例。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话术：观察三原则反复练：让学员把一句评价改写成一条行为记录。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话术：示范环节讲师现场读一位愿意的学员，边读边填表，演示完整流程。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话术：互读练习（20min）4-5 人一组，每人给一位组外真实同事画表，组内互验。⭐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话术：回验证：请 2-3 位分享「我的假设 + 我打算怎么验证」。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你的观察表里，哪一栏最难填？（多数人卡在「待验证的问题」）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这张表你打算用在下周的哪个场景？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填表太费时间：第一次慢，熟了之后 30 秒填一行。它是把「凭感觉」升级成「有依据」，省的是猜错后返工的时间。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能不能用它给团队做画像：不能用于对外评估。它只服务一件事——让我调整自己的说法，不给人定性。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学员把表填成「人身评价」：当场纠正——行为可观察，评价带主观，只要出现形容词就先划掉。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小组互读跑题成八卦：讲师巡视，把话题拉回「证据 / 假设 / 验证」。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转场：有了观察表，你能即时判读对方偏好。接下来就是全课主战场——把判读变成「换一种说法」。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换一种说法：三场景演练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⭐⭐　｜　时长：110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运用 SBI 反馈模型与倾听四层完成结构化沟通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针对向下 / 向上 / 平级三类场景各完成一轮换说演练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导入：话没错，为什么对方不听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SBI 反馈模型：说行为，不评价人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倾听四层：Otto Scharmer 的听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换说公式：判偏好 → 排 SBI → 定倾听层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场景 A 向下（派活与反馈）⭐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情景卡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场景 B 向上（汇报与要资源）⭐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情景卡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场景 C 平级 / 跨部门 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情景卡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三场景复盘 + 综合小结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答题卡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核心公式：换一种说法 = 先判断对方偏好 → 选 SBI 顺序 → 定倾听层次 → 再说出口。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SBI 反馈模型：描述情境（Situation）+ 行为（Behavior）+ 影响（Impact）——只说可观察的行为，不做人格评价。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SBI 铁律：改写后绝不能出现「你这个人……」。说行为不评价人，是让反馈能被听进去的唯一方式。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倾听四层（Otto Scharmer，U 型理论）：① 下载式（只听到自己的）② 事实式（听客观信息）③ 共情式（听对方感受）④ 生成式（听到还没说出口的）。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场景 A 向下：P 型小李怕被锁死，J 型王姐怕失控——派活时 P 型给边界和目标，J 型给节点和检查点。收敛句：P 型怕失控、J 型怕失序。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场景 B 向上：向上汇报用 SBI 讲结果与影响，把「我要资源」包装成「我们一起想个办法」。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场景 C 平级 / 跨部门：抓「第一句话的立场」——S 型要事实和数据，N 型要方向和意义；同一份方案，两种开场。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教学信念：换一种说法不是撒谎、不是讨好，是专业——就像医生按病人的体质调药量。MBTI 不是用来分类人，是用来调整我这句话怎么说。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话术：本模块是全课最高强度，110 分钟必须严格控时，每场景 22 分钟到点喊停。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话术：SBI 先做「反面 → 正面」改写练习：给一句伤人话，让学员按 SBI 重写，全班念出来对比。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话术：倾听四层用一段两难对话现场演示：讲师先后扮演四个层次，让学员感受差异。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话术：换说公式写在白板上，三个场景共用同一套流程，反复跑。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话术：场景演练三人组（说话方 / 对方 / 观察员），观察员照答题卡打勾：判对偏好了吗 / 说行为了吗 / 听到第几层了。⭐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话术：场景 A 是本模块锚点：先把「P 型怕失控、J 型怕失序」讲透，后面场景 B/C 学员才能迁移。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话术：每个场景后请 1-2 组上台演示，讲师现场用 SBI 逐句点评。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三轮演练下来，你觉得最难的是什么？（多数人：临场判断对方偏好）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你今天说的哪一句话，回去就能换一种说法？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感觉换说法就是讨好别人：不是。讨好是放弃立场，换说法是守住目标、调整路径——你还是要把事说成，只是换了他能接住的方式。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临场哪有时间想 SBI：所以才有速查卡和练习。前几次靠想，练到十次以后就成肌肉记忆——SBI 是骨架，不是台词。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对方就是不讲理怎么办：先确认层次——你可能只听到「下载式」，还在自己的框里。往下沉一层，听他真正在意什么，路常常就出来了。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演练时间不够：宁可少练一组，也不要压缩「复盘点评」——复盘才是学习发生的地方。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学员情绪起来（被卷入真实冲突）：暂停，降温，提醒这是演练场，随时可以喊停。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有人演成「念稿」：鼓励先说真实想法，再套 SBI 改一遍，别背模板。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转场：单次沟通你会换说法了。但一个团队天天在一起，怎么把这份能力变成团队的长期资产？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固化：团队沟通地图 + 话术卡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类型：工具 + 整合　｜　时长：50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用《我的团队沟通地图》画出团队偏好分布，找出结构缺口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产出一张随身《沟通话术卡》，把方法变成可随时调用的资产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导入：一个人变不够，团队要一起变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团队沟通地图：四条偏好轴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案例：8 人团队 7 个 J 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现场绘制：我团队的偏好分布 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地图表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话术卡：随身带走的三句话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话术卡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小结 + 补充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《我的团队沟通地图》：画四条偏好轴（E/I、S/N、T/F、J/P），标出每个成员的大致位置，看分布。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看分布答三问：① 团队偏向哪一端？② 哪一端几乎没人？③ 缺的那端，谁在补？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案例：8 人团队 7 个 J 型 1 个 P 型——团队结构完整、执行快，但缺「弹性」，遇到变化容易集体僵住，那个 P 型反而是宝贵变量。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结构视角：偏好的分布不是个人问题，是团队结构问题——缺的那一端需要有人主动补位，或被制度补上。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《沟通话术卡》：把最常用的三句话固化随身——向上汇报开场、向下派活开场、平级请求开场，按对方偏好切换。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话术：导入强调「从个人能力到团队资产」——一个人会换说法只是个人技巧，团队会才是组织能力。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话术：团队地图用学员真实团队画，讲师协助；分布画出来往往让学员「哦——原来我们全是 J」。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话术：案例「8 人 7 个 J」是点睛：让学员看见偏好分布如何变成结构风险。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话术：现场绘制（15min）后请 2-3 位分享「我的团队缺哪一端、谁来补」。⭐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话术：话术卡收尾，作为模块四成果的固化载体。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你的团队地图上，哪一端人最多？这带来什么优势、什么盲区？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你打算怎么补团队结构里缺的那一端？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团队全是一个偏好，是好事吗：短期执行力强，长期是风险——缺的那一端没人补，遇到这类情况就会集体失灵。结构完整比个体优秀更重要。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话术卡里的话是不是就固定这么说了：不是背台词。是给你几个「起手式」，真正说的时候，还是要按当下对方的偏好微调。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学员团队小、画像不准：提醒地图画的是「大致倾向」，不求精确，重点是看结构缺口。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有人担心暴露同事偏好：说明地图只用于团队自我认知，不对外、不评价个人。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转场：方法有了、工具也有了。最后一件事——说清楚 MBTI 能用到哪、不能用到哪。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模块六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边界与行动：带着地图回岗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类型：整合 + 行动　｜　时长：35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说清 MBTI 的伦理使用边界（三条守则）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完成一句可执行的「回团队要换的说法」并配对互锁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三天主线回顾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带走的三句话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再讲边界：MBTI 伦理使用守则三条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承诺：当场说一句「我回团队要换的说法」⭐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承诺卡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 天行动 + 收官金句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三条主线回顾：读懂报告（偏好）→ 运用工具（观察表 / SBI / 倾听四层 / 换说公式）→ 内部沟通（向下 / 向上 / 平级）。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带走的三句话：① 偏好无好坏，只看怎么用 ② 读别人是调自己，不是贴标签 ③ 换一种说法，是把事说成的专业。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MBTI 伦理使用守则三条（呼应模块 0，形成闭环）：① 类型是偏好不是能力，不用来评价人 ② 不用于招聘、晋升等人事决策依据 ③ 不做个体定性，报告仅供参考、需澄清来源。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学术谦逊提醒（Frontiers in Psychology 2023）：MBTI 的信效度在学界有争议，请把它当成理解差异、改善沟通的语言，而非科学定论。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承诺三要求：具体（说清做什么）、可听（对方能听到）、可查（能验证有没有做到）。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30 天行动：把「换一种说法」写进《30 天计划表》，回岗第一周试一次，结对回查。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话术：三天主线用一张图收口，让学员看到知识已闭环。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话术：边界页必须讲透——这既是合规要求，也是课程专业度的体现，不能省。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话术：学术谦逊提醒是加分项：坦率承认工具的局限，反而更赢得学员信任。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话术：承诺环节是全课情感落点：请学员当场写一句「我回团队要换的说法」，两人一组互相说、互为见证。⭐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话术：收官金句讲完停顿，让沉默落地，然后结课——呼应模块 0 的「从标签到对话」。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话术：提醒带走工具包与 30 天计划，约定回查日期。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你今天最想带走的一个改变是什么？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30 天后，你希望自己的沟通有什么不一样？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MBTI 到底科不科学：它有争议，我们自己先诚实——把它当理解差异的语言，不当给人定性的结论。什么时候都别忘了它的边界。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一句承诺真的有用吗：一个人容易忘，两个人互相盯着就不同。承诺 + 见证 + 回查，才有 30 天后的变化。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时间不够：压缩回顾，保住边界页与承诺环节——一个保合规，一个保落地。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学员承诺太笼统（「我要好好沟通」）：拉回承诺三要求——具体、可听、可查，改到能验证为止。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第三部分 · 控场与时间管理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【超时砍段优先级】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优先级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可压缩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不可砍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课程地图、部分案例页、类型族补充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四维观察 + 现场互读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概念导入、话术库页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SBI + 倾听四层 + 换说公式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附录索引、小结页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三场景演练、承诺与互锁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原则：模块二（读别人）、模块三（观察表）、模块四（三场景演练）是「练」的载体，优先保；概念页可口头带过。模块四是全课重心（110 min），时间绝不外借。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【分组与演练建议】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开场破冰：两两分享「一次没说清的经历」，降低开口门槛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现场互读：4-5 人组，给组外真实同事画观察表，组内互验假设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场景演练：三人组（说话方 / 对方 / 观察员），两轮换角，观察员照答题卡打勾 ⭐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团队地图：个人先画，小组共享，找团队结构缺口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承诺环节：两人一组互说「回团队要换的说法」，互为见证人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所有演练配计时器，到点喊停；留静默缓冲，尊重情绪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【学员常问 FAQ】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Q：「MBTI 是不是伪科学？网上争议很大。」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A：有争议，我们不回避——所以本课把它当理解差异、改善沟通的语言，不当定性结论，也绝不用它做人事决策。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Q：「课上不做施测，那我的类型哪来的？」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A：请以你参加过的正式测评报告为参考，并留意报告来源与版本。本课讲的是「怎么用偏好」，不是「你是什么型」。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Q：「我知道对方偏好又怎样，他还是那样。」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A：读到偏好不是让他改，是让我改我的说法。你能决定的从来只有自己那句怎么说。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Q：「四个字母会不会把人框死？」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A：会——如果拿来贴标签。所以本课反复讲：偏好是倾向不是边界，是假设不是结论。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【收尾仪式】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请学员写下「回团队要换的一句说法」，两人一组互说、互为见证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结对互锁的两人交换联系方式，约定 30 天后的回查日期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提醒带上工具包：沟通工具速查卡 + 30 天换一种说法计划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结课发词云投票二维码，收集「今天最大的收获」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全程提醒 MBTI 边界：只用于调整自己，不贴标签，不做人事决策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