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PRE-ASSESSMENT · 课前自评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沟通偏好自评表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开课前 3-5 天填写 · 课后 30 天同表复测（四维度 · Myers &amp; Briggs）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说明：本表基于 MBTI 四维度偏好框架（Myers &amp; Briggs，源自荣格《心理类型》1921）。它帮你梳理自己的沟通默认动作，不是测量能力，也不分好坏。开课前 3-5 天填写，带着结果进课堂；课程结束 30 天后，用同一张表复测，对比变化。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评分说明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每个维度 3 题。请对每一句描述，按你的真实习惯打分：</w:t>
      </w:r>
    </w:p>
    <w:p>
      <w:pPr>
        <w:spacing w:after="12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1 = 完全不像我　2 = 比较不像　3 = 一般　4 = 比较像　5 = 非常像我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能量方向 E / I｜我的能量从哪来？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和别人讨论时，我更容易理清自己的想法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我需要独处或安静的时间才能想清楚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在会议上，我常常先听、会后才有更好的表达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能量方向 E / I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信息获取 S / N｜我先看事实，还是先看可能？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别人陈述时，我更关心具体细节和案例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我更容易被方向、可能性、蓝图打动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材料没有数据支撑时，我会不踏实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信息获取 S / N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决策依据 T / F｜我先讲逻辑，还是先讲人情？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给反馈时，我倾向于先直说结论和事实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做决定前，我会先想「对方会是什么感受」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我很难接受一个「在理但伤人」的说法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决策依据 T / F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生活节奏 J / P｜我喜欢计划，还是留白？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描述（按你的真实习惯打分）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 1-5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事情没有明确计划和节点，我会不踏实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我喜欢边做边调整，不喜欢被清单锁死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临近截止才开始，反而效率更高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生活节奏 J / P 小计（满分 15 分）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总分与解读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满分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我的得分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这一端偏高时，沟通上要注意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能量方向 E / I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 E：热情但易抢话；偏 I：稳重但显得不主动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信息获取 S / N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 S：靠谱但易失重点；偏 N：有远见但细节模糊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决策依据 T / F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 T：清晰但显冷；偏 F：有温度但难拍板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生活节奏 J / 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偏 J：有条理但显死板；偏 P：灵活但易拖延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总分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本表不判优劣 —— 只帮你看清「我习惯怎么说话」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我的沟通默认动作（填写）</w:t>
      </w:r>
    </w:p>
    <w:p>
      <w:pPr>
        <w:spacing w:after="8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对照上表，写出你在四个维度上的默认动作，各配一句「别人可能误会我的地方」。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我的默认动作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别人可能误会我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E / I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/ N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/ F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J / P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请把本表带到课堂——你的四个维度得分与默认动作，是模块一「读懂自己」的输入；也是模块六「30 天计划」的起点。课程结束 30 天后，用同一张表复测。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课前自评表（课前 3-5 天发 / 课后 30 天复测同一份）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