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MODULE 6 · COMMIT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30 天信任行动承诺表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模块六 + 课后用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使用说明：课程结束当天填完，和邻座交换、互相提醒。公开承诺才有约束力——你说给一个人听了，这件事就开始算数了。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姓名____________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部门____________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见证伙伴____________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回查日期____________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我的承诺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我回岗后要改变的一个信任动作：「________________________________________________」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我要补的短板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我下周的第一个动作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我要向谁公开承诺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（能力 / 善意 / 正直）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四周安排（一周一件，做完打勾）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周次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具体动作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开始日期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完成标志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第 1 周 · 补短板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选一个最想改善的下属，针对缺失项做一件小事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第 2 周 · 固动作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四类行为各做至少一次，问自己「对方收到了吗」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第 3 周 · 公开承诺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在团队面前公开一个具体承诺 + 开始固定场合对账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第 4 周 · 固化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把有效做法变成习惯或机制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伙伴互锁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伙伴姓名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联系方式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互查日期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互查方式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30 天后我最希望听到的一句话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「____________________________________________________________」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30 天信任行动承诺表（落地固化用）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