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30-DAY TRUST ACTION PLAN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30 天信任行动计划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从「我信你」到「我们值得信」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说明：信任不是一堂课能改的，是靠 30 天一件件小事攒出来的。每周填三栏——本周做什么、留下什么证据、下周改什么。写完跟一个人交换，互相提醒。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三周递进：先补短板 → 再固动作 → 最后公开承诺</w:t>
      </w:r>
    </w:p>
    <w:p>
      <w:pPr>
        <w:spacing w:before="200" w:after="80"/>
      </w:pPr>
      <w:r>
        <w:rPr>
          <w:rFonts w:ascii="Microsoft YaHei" w:hAnsi="Microsoft YaHei"/>
          <w:b/>
          <w:color w:val="013147"/>
          <w:sz w:val="26"/>
        </w:rPr>
        <w:t>第 1 周 · 补短板</w:t>
      </w:r>
    </w:p>
    <w:p>
      <w:pPr>
        <w:pStyle w:val="ListBullet"/>
      </w:pPr>
      <w:r>
        <w:rPr>
          <w:rFonts w:ascii="Microsoft YaHei" w:hAnsi="Microsoft YaHei"/>
          <w:color w:val="333333"/>
          <w:sz w:val="22"/>
        </w:rPr>
        <w:t>选一个你最想改善的下属，判断他缺的是能力 / 善意 / 正直。</w:t>
      </w:r>
    </w:p>
    <w:p>
      <w:pPr>
        <w:pStyle w:val="ListBullet"/>
      </w:pPr>
      <w:r>
        <w:rPr>
          <w:rFonts w:ascii="Microsoft YaHei" w:hAnsi="Microsoft YaHei"/>
          <w:color w:val="333333"/>
          <w:sz w:val="22"/>
        </w:rPr>
        <w:t>针对缺的那一项，做一件小事（帮他把能力补上、在冲突时先告诉他真相、把承诺写下来）。</w:t>
      </w:r>
    </w:p>
    <w:p>
      <w:pPr>
        <w:pStyle w:val="ListBullet"/>
      </w:pPr>
      <w:r>
        <w:rPr>
          <w:rFonts w:ascii="Microsoft YaHei" w:hAnsi="Microsoft YaHei"/>
          <w:color w:val="333333"/>
          <w:sz w:val="22"/>
        </w:rPr>
        <w:t>记录：他有没有任何一点不同的反应？</w:t>
      </w:r>
    </w:p>
    <w:p>
      <w:pPr>
        <w:spacing w:after="60"/>
      </w:pPr>
      <w:r>
        <w:rPr>
          <w:rFonts w:ascii="Microsoft YaHei" w:hAnsi="Microsoft YaHei"/>
          <w:b/>
          <w:color w:val="8DC643"/>
          <w:sz w:val="23"/>
        </w:rPr>
        <w:t>本周动作：________________________________</w:t>
      </w:r>
    </w:p>
    <w:p>
      <w:pPr>
        <w:spacing w:after="60"/>
      </w:pPr>
      <w:r>
        <w:rPr>
          <w:rFonts w:ascii="Microsoft YaHei" w:hAnsi="Microsoft YaHei"/>
          <w:b/>
          <w:color w:val="8DC643"/>
          <w:sz w:val="23"/>
        </w:rPr>
        <w:t>我的判断（缺哪一项）：____________________</w:t>
      </w:r>
    </w:p>
    <w:p>
      <w:pPr>
        <w:spacing w:before="200" w:after="80"/>
      </w:pPr>
      <w:r>
        <w:rPr>
          <w:rFonts w:ascii="Microsoft YaHei" w:hAnsi="Microsoft YaHei"/>
          <w:b/>
          <w:color w:val="013147"/>
          <w:sz w:val="26"/>
        </w:rPr>
        <w:t>第 2 周 · 固动作</w:t>
      </w:r>
    </w:p>
    <w:p>
      <w:pPr>
        <w:pStyle w:val="ListBullet"/>
      </w:pPr>
      <w:r>
        <w:rPr>
          <w:rFonts w:ascii="Microsoft YaHei" w:hAnsi="Microsoft YaHei"/>
          <w:color w:val="333333"/>
          <w:sz w:val="22"/>
        </w:rPr>
        <w:t>把「说清 / 兑现 / 担责 / 走心」四类行为，各做至少一次。</w:t>
      </w:r>
    </w:p>
    <w:p>
      <w:pPr>
        <w:pStyle w:val="ListBullet"/>
      </w:pPr>
      <w:r>
        <w:rPr>
          <w:rFonts w:ascii="Microsoft YaHei" w:hAnsi="Microsoft YaHei"/>
          <w:color w:val="333333"/>
          <w:sz w:val="22"/>
        </w:rPr>
        <w:t>每次做完，问自己：这件事，对方收到了吗？</w:t>
      </w:r>
    </w:p>
    <w:p>
      <w:pPr>
        <w:pStyle w:val="ListBullet"/>
      </w:pPr>
      <w:r>
        <w:rPr>
          <w:rFonts w:ascii="Microsoft YaHei" w:hAnsi="Microsoft YaHei"/>
          <w:color w:val="333333"/>
          <w:sz w:val="22"/>
        </w:rPr>
        <w:t>挑出你最容易「取款」的那一类，本周专门盯着它改。</w:t>
      </w:r>
    </w:p>
    <w:p>
      <w:pPr>
        <w:spacing w:after="60"/>
      </w:pPr>
      <w:r>
        <w:rPr>
          <w:rFonts w:ascii="Microsoft YaHei" w:hAnsi="Microsoft YaHei"/>
          <w:b/>
          <w:color w:val="8DC643"/>
          <w:sz w:val="23"/>
        </w:rPr>
        <w:t>我最容易取款的一类：______________________</w:t>
      </w:r>
    </w:p>
    <w:p>
      <w:pPr>
        <w:spacing w:after="60"/>
      </w:pPr>
      <w:r>
        <w:rPr>
          <w:rFonts w:ascii="Microsoft YaHei" w:hAnsi="Microsoft YaHei"/>
          <w:b/>
          <w:color w:val="8DC643"/>
          <w:sz w:val="23"/>
        </w:rPr>
        <w:t>本周固定下来的一个标准：__________________</w:t>
      </w:r>
    </w:p>
    <w:p>
      <w:pPr>
        <w:spacing w:before="200" w:after="80"/>
      </w:pPr>
      <w:r>
        <w:rPr>
          <w:rFonts w:ascii="Microsoft YaHei" w:hAnsi="Microsoft YaHei"/>
          <w:b/>
          <w:color w:val="013147"/>
          <w:sz w:val="26"/>
        </w:rPr>
        <w:t>第 3 周 · 公开承诺</w:t>
      </w:r>
    </w:p>
    <w:p>
      <w:pPr>
        <w:pStyle w:val="ListBullet"/>
      </w:pPr>
      <w:r>
        <w:rPr>
          <w:rFonts w:ascii="Microsoft YaHei" w:hAnsi="Microsoft YaHei"/>
          <w:color w:val="333333"/>
          <w:sz w:val="22"/>
        </w:rPr>
        <w:t>在团队面前公开做出一个具体承诺（要有时间、有标准）。</w:t>
      </w:r>
    </w:p>
    <w:p>
      <w:pPr>
        <w:pStyle w:val="ListBullet"/>
      </w:pPr>
      <w:r>
        <w:rPr>
          <w:rFonts w:ascii="Microsoft YaHei" w:hAnsi="Microsoft YaHei"/>
          <w:color w:val="333333"/>
          <w:sz w:val="22"/>
        </w:rPr>
        <w:t>开始用固定场合做「信任对账」（例会最后 10 分钟）。</w:t>
      </w:r>
    </w:p>
    <w:p>
      <w:pPr>
        <w:pStyle w:val="ListBullet"/>
      </w:pPr>
      <w:r>
        <w:rPr>
          <w:rFonts w:ascii="Microsoft YaHei" w:hAnsi="Microsoft YaHei"/>
          <w:color w:val="333333"/>
          <w:sz w:val="22"/>
        </w:rPr>
        <w:t>把你的一个「老王风险」（只有你能做的事）改写成机制。</w:t>
      </w:r>
    </w:p>
    <w:p>
      <w:pPr>
        <w:spacing w:after="60"/>
      </w:pPr>
      <w:r>
        <w:rPr>
          <w:rFonts w:ascii="Microsoft YaHei" w:hAnsi="Microsoft YaHei"/>
          <w:b/>
          <w:color w:val="8DC643"/>
          <w:sz w:val="23"/>
        </w:rPr>
        <w:t>我公开承诺的一件事：______________________</w:t>
      </w:r>
    </w:p>
    <w:p>
      <w:pPr>
        <w:spacing w:after="60"/>
      </w:pPr>
      <w:r>
        <w:rPr>
          <w:rFonts w:ascii="Microsoft YaHei" w:hAnsi="Microsoft YaHei"/>
          <w:b/>
          <w:color w:val="8DC643"/>
          <w:sz w:val="23"/>
        </w:rPr>
        <w:t>我的对账场合（哪个会 / 多久一次）：________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SELF-CHECK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我的信任健康度自评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第 1 天填 · 第 30 天再填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说明：给「现在的自己」打分（1=几乎做不到，5=总能做到）。第 30 天再填一次，对比看成长。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/>
      </w:pPr>
      <w:r>
        <w:rPr>
          <w:rFonts w:ascii="Microsoft YaHei" w:hAnsi="Microsoft YaHei"/>
          <w:color w:val="333333"/>
          <w:sz w:val="23"/>
        </w:rPr>
        <w:t>1. 我能说出信任的三个要素，并判断某人缺哪一项　　□1 □2 □3 □4 □5</w:t>
      </w:r>
    </w:p>
    <w:p>
      <w:pPr>
        <w:spacing w:after="120"/>
      </w:pPr>
      <w:r>
        <w:rPr>
          <w:rFonts w:ascii="Microsoft YaHei" w:hAnsi="Microsoft YaHei"/>
          <w:color w:val="333333"/>
          <w:sz w:val="23"/>
        </w:rPr>
        <w:t>2. 我记得「信任是乘法」，会去补短板而不是补强项　　□1 □2 □3 □4 □5</w:t>
      </w:r>
    </w:p>
    <w:p>
      <w:pPr>
        <w:spacing w:after="120"/>
      </w:pPr>
      <w:r>
        <w:rPr>
          <w:rFonts w:ascii="Microsoft YaHei" w:hAnsi="Microsoft YaHei"/>
          <w:color w:val="333333"/>
          <w:sz w:val="23"/>
        </w:rPr>
        <w:t>3. 我能分辨能力型破裂与正直型破裂　　□1 □2 □3 □4 □5</w:t>
      </w:r>
    </w:p>
    <w:p>
      <w:pPr>
        <w:spacing w:after="120"/>
      </w:pPr>
      <w:r>
        <w:rPr>
          <w:rFonts w:ascii="Microsoft YaHei" w:hAnsi="Microsoft YaHei"/>
          <w:color w:val="333333"/>
          <w:sz w:val="23"/>
        </w:rPr>
        <w:t>4. 我知道修复对话要走完三步（承认—证据/动机—可核验）　　□1 □2 □3 □4 □5</w:t>
      </w:r>
    </w:p>
    <w:p>
      <w:pPr>
        <w:spacing w:after="120"/>
      </w:pPr>
      <w:r>
        <w:rPr>
          <w:rFonts w:ascii="Microsoft YaHei" w:hAnsi="Microsoft YaHei"/>
          <w:color w:val="333333"/>
          <w:sz w:val="23"/>
        </w:rPr>
        <w:t>5. 我能说清「放手」的兜底边界，而不是撒手　　□1 □2 □3 □4 □5</w:t>
      </w:r>
    </w:p>
    <w:p>
      <w:pPr>
        <w:spacing w:after="120"/>
      </w:pPr>
      <w:r>
        <w:rPr>
          <w:rFonts w:ascii="Microsoft YaHei" w:hAnsi="Microsoft YaHei"/>
          <w:color w:val="333333"/>
          <w:sz w:val="23"/>
        </w:rPr>
        <w:t>6. 我在用固定机制固化信任，而不是靠个人魅力　　□1 □2 □3 □4 □5</w:t>
      </w:r>
    </w:p>
    <w:p>
      <w:pPr>
        <w:spacing w:after="20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第 1 天总分：______ / 30　　第 30 天总分：______ / 30　　成长：+______</w:t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30 天之后，我问自己一句话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团队敢不敢把后背交给我？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如果答案是「还要再看看」，我下一步补哪一项、做什么动作：____________________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30 天信任行动计划（带回岗位用）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