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2 · 练习 2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信任三要素透视表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模块二用 ⭐⭐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使用说明：选团队里的 3 个人，逐一判断他在三要素上缺哪一项，并写出明天能做的动作。纪律：只写行为证据（他做过 / 没做过什么），禁止写感觉形容词。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对象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能力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善意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正直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缺的是？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我明天能做的动作</w:t>
            </w:r>
          </w:p>
        </w:tc>
      </w:tr>
      <w:tr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三要素速记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人话提问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缺了会怎样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能力 Ability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「你行不行？」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常需救火、方案反复返工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 善意 Benevolence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「你心里有没有我？」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只在要你办事时才找你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正直 Integrity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「你说的话算不算数？」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说法前后不一、错了找理由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来源：Mayer, Davis &amp; Schoorman (1995)。记忆口诀：信任 = 能力 × 善意 × 正直，任一项为零则整体为零——补短板，不补强项。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写「明天能做的动作」的检验：小、具体、明天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❌ 太大「改善和下属的关系」　❌ 不具体「多沟通」　✅ 「明天早会，为上周那个临时改期，当众向他道个歉」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信任三要素透视表（模块二练习用）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