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5 · 练习 5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信任固化三动作起手卡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模块五用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使用说明：写下你下周要做的三个起手式。注意——写「下周」，不写「以后」；复盘机制必须落到一个已存在的会议上，否则不会执行。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三个起手式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我下周的起手式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检验：下周能不能做？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行为一致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我打算固定下来的一个标准：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公开承诺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我要跟团队公开说的一件事：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复盘机制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我准备用哪个固定场合对账（哪个会 / 多久一次）：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练习 5b · 找你的「老王风险」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「老王风险」= 只有你在才能做的事。找一件，把它改写成机制。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我的「老王风险」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改写成什么机制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例：「客户投诉只有我能拍板」→「每周五客户问题例会，我缺席也能按清单处理」。改完，你就从「不可替代」变成了「可被信任」。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一句话提醒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靠个人魅力建立的信任是负债（人一走就归零）；靠机制建立的信任是资产（可继承）。可预测，比优秀更重要。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信任固化三动作起手卡（模块五练习用）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