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PRE-COURSE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信任自评表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课前填 · 带到课堂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说明：对照全课 6 条目标，给「现在的自己」打分（1=几乎做不到，5=总能做到）。课前发、结课时用同一份复测，对比看成长。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姓名____________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部门____________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填写日期____________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自评条目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1   2   3   4   5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1. 我能说出信任的三个要素，并判断某人缺哪一项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2. 我记得「信任是乘法」，会去补短板而不是补强项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3. 我能分辨能力型破裂与正直型破裂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4. 我知道修复对话要走完三步（承认—证据/动机—可核验）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5. 我能说清「放手」的兜底边界，而不是撒手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6. 我在用固定机制固化信任，而不是靠个人魅力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课前总分：______ / 30　　最低分项：____________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课前一句话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我最想解决的一个信任问题：「____________________________________________________」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POST-COURSE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信任自评表（复测）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结课时填 · 自己看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说明：同样的 6 条，给「现在的自己」重新打分。不用交，自己对比——涨了的那一项，才是真正进你脑子的。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自评条目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1   2   3   4   5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1. 我能说出信任的三个要素，并判断某人缺哪一项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2. 我记得「信任是乘法」，会去补短板而不是补强项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3. 我能分辨能力型破裂与正直型破裂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4. 我知道修复对话要走完三步（承认—证据/动机—可核验）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5. 我能说清「放手」的兜底边界，而不是撒手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6. 我在用固定机制固化信任，而不是靠个人魅力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结课总分：______ / 30　　成长：+______　　仍需练：____________</w:t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课后一句话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哪一句让你重新看懂了你的团队？「________________________________________________」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我回去会先做的第一个动作：「____________________________________________________」</w:t>
            </w:r>
          </w:p>
        </w:tc>
      </w:tr>
    </w:tbl>
    <w:p>
      <w:pPr>
        <w:spacing w:after="8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信任自评表（课前 / 复测同一份）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