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3 · 练习 3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信任账户记账本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使用说明：选一个你现在最想改善关系的人，画出他的账户：最近 3 笔存款 + 3 笔支出 + 余额感觉。记住——记账的是对方，不是你：你做的不算存款，他收到才算。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对象代号____________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最近 3 笔存款（说清 / 兑现 / 担责 / 走心）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最近 3 笔支出（含糊 / 失约 / 甩锅 / 只谈活）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1.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1.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2.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2.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3.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3.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余额感觉（勾一个）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□ 充盈　　□ 持平　　□ 透支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判断余额的笨办法（不用算，看行为）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会主动告诉你坏消息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充盈——他相信你不会迁怒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会主动找你商量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持平以上——而不是自己憋着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只汇报、不商量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透支信号——多一句都不说，是在防你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练习 3b · 存款动作速写（写「明天」，不写「以后」）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说清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兑现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担责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走心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两个致命错觉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❌ 加薪是组织行为，不是你的善意。　❌ 加班是你的付出，不是他的收获。　→ 存款的标准只有一个：对方收到了没有。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信任账户记账本（模块三练习用）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