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MODULE 4 · 练习 4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修复对话情景卡 + 观察员反馈单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模块四用 ⭐⭐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使用说明：3 人一组——A 扮演被伤害的人，B 扮演想修复的人，C 当观察员。B 用「承认 → 给证据/说动机 → 可核验的改变」三步跟 A 谈一次修复对话。每人各演一次，共 3 轮 × 8 min。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情景卡（抽一张，围绕它展开）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情景 1：你答应下属调休，结果临时安排加班，两周后才想起来。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情景 2：项目出问题，你当着老板的面说了「是我下面的人没做好」。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情景 3：你承诺推荐他参加培训，最后名额给了别人，没提前告诉他。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OBSERVER SHEET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观察员反馈单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观察员填 · 每人一份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观察员____________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修复方____________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被伤害方____________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修复三步打勾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步骤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是否做到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备注 / 哪里像辩解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① 承认（说清事实，不辩解）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☐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② 给证据 / 说动机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☐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能力型给方案，正直型说动机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③ 可核验的改变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☐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有没有把验证权交给对方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两个必抓的点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① 有没有出现辩解？「我当时也是有难处的」← 一出口，前面全废。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② 给的动作能不能被验证？「你放心我会注意」≠ 可核验；「每周五我发你，你来查」= 可核验。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反馈（先说问题，再说做得好）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他做得最好的地方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他最大的一个漏洞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如果重来一次，你会提醒他什么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320" w:after="3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320" w:after="3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320" w:after="3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被伤害方：哪一刻你开始想原谅他？　　修复方：哪一步最难说出口？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被伤害方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修复方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320" w:after="3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320" w:after="3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修复对话情景卡 + 观察员反馈单（模块四练习用）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