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1 · 练习 1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「替下属做了决定」反思卡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使用说明：写下最近一个月，你替下属做了、但他本来可以自己做的 3 个决定。要写行为，不写评价。写完与邻座交换，请对方帮你判断这是「真不放心」还是「习惯性不放心」。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决定 1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我替他做的决定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我为什么不放心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如果放手，最坏会怎样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决定 2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我替他做的决定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我为什么不放心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如果放手，最坏会怎样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决定 3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我替他做的决定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我为什么不放心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如果放手，最坏会怎样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我的判断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上面 3 个里，属于「真不放心」（他确实没能力）的有：______ 个；属于「习惯性不放心」（他其实能做）的有：______ 个。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练习 1b · 放手清单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必须亲自做的事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可以交出去的事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交出去时我给的兜底边界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提示：放手不是撒手——「兜底到什么程度」要讲清楚，他才敢接。参考句式：「这件事你来定。错了我们一起改，责任我担前半段。」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「替下属做了决定」反思卡（模块一练习用）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