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信任领导力 2.0</w:t>
        <w:br/>
        <w:t>让团队敢把后背交给你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团队里没人敢担事，事事都要我拍板——我累得要死，他们却像在等我发指令。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报喜不报忧，坏消息永远最后一个到我耳朵里——我不知道他们真正在想什么。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我明明为团队做了很多，可关键时候他们还是不信我——付出好像都打了水漂。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信任一旦破了，怎么修都觉得别扭；道歉了，关系反而更僵。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教你怎么「搞定人」的课，而是一堂把「信任」从玄学感觉变成可管理资产的实战课。全课主张只有一句——信任不是感觉，是资产：感觉无法管理，资产可以衡量、可以投入、可以修复、可以增值。六步走完，你带走的是对自己团队信任现状的完整诊断，和一份明天就能动手的行动清单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 + 全课地图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失败案例 · 写下你的信号 · 三条约定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为什么没人敢担事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低信任循环 vs 高信任循环——起点在管理者手里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信任到底是什么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信任三要素：能力 / 善意 / 正直（Mayer et al. 1995）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你的信任账户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四类行为：说清 / 兑现 / 担责 / 走心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信任破了怎么修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能力型 vs 正直型 + 修复三阶段（Kim et al. 2004）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固化：让信任不依赖某个人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行为一致 / 公开承诺 / 复盘机制 + 课堂小测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收束与行动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自评表复测 + 30 天信任行动承诺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带一段真实关系来——今天所有练习都围绕它，用代号，不对号入座。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不评价人——本课诊断的是「关系」，不是给任何人贴标签，更不做人事决策依据。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先做后评——先自己写、小组讨论，再被挑战；被挑战是好事。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带走一个行动——结课每人带走「一张速查卡 + 一份 30 天信任行动计划 + 一个具体到日期的动作」。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为什么没人敢担事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不是人品问题，是循环问题——起点在管理者手里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区分低信任循环与高信任循环，找到循环的起点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识别「真不放心」与「习惯性不放心」两种性质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说清放手的「兜底边界」，把「我来」换成「你来，我兜底」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「把「他不靠谱」当人品问题」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「把「没人敢担事」当循环问题诊断」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你团队里最让你放心把事交给他的那个人，是谁？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最不敢把重要事交给他的那个人，是谁？反过来——如果你下属也写这张名单，你会在哪一列？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低信任循环 vs 高信任循环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低信任循环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高信任循环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起点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管理者不放心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给清晰边界 + 明确责任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动作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事无巨细地管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下属敢做决定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下属觉得不被信任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做对了被看见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只做「不出错」的事 → 更不放心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敢给更大空间 → 循环增强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循环的起点在管理者手里——主动权是「给不给空间」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两种「不放心」，性质完全不同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真不放心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习惯性不放心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本质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他确实没这个能力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他其实能做，只是我手快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性质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低信任循环的燃料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补能力：培训、辅导、设检查点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主动放手，让他自己决策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投资，不是控制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每次都「我来」→ 他永远长不大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多数「不放心」，其实是「习惯性不放心」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1 · 你替下属做过的决定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写下最近一个月，你替下属做了、但他本来可以自己做的 3 个决定。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自写（8 min）：三栏——我替他做的决定 / 我为什么不放心 / 如果放手，最坏会怎样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邻座交换（5 min）：伙伴帮你判断——这是「真不放心」还是「习惯性不放心」？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小组分享（7 min）：最扎心的一个例子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1b · 放手清单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三栏快写：必须亲自做的事 / 可以交出去的事 / 交出去时我给的兜底边界。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自写（5 min）：三栏各写一条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邻座互挑（3 min）：挑一条「其实你能放手」的，说清兜底到什么程度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为什么没人敢担事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把「我来」换成「你来，我兜底」——并说清兜底边界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为什么没人敢担事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本周找一个「可以交出去」的决定，改成「你来定，我兜底」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说清一句兜底的话：「错了我们一起改，责任我担前半段」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信任到底是什么：三要素诊断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信任不是一根柱子，是三根——掉一根整个屋子就塌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说出信任三要素（能力 / 善意 / 正直）及各自的人话提问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理解三要素是乘法关系，策略是补短板而非补强项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针对缺失项，写出一个明天就能用的管理者动作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「笼统地说「我不信任他」」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「精确地问「哪一根柱子出问题了」」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有没有一个人，你认可他的能力，却不敢把重要事交给他？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如果有——你缺的到底是「能力」，还是「善意」或「正直」？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信任三要素（Mayer, Davis &amp; Schoorman, 1995）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人话提问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定义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低分表现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能力 Ability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「你行不行？」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他干得成这件事（不只专业，含组织协调、推动落地）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常需救火、方案反复返工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善意 Benevolence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「你心里有没有我？」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他为我考虑——利益冲突时会不会牺牲你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只在要你办事时才找你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正直 Integrity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「你说的话算不算数？」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他言行一致、底线统一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说法前后不一、错了找理由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来源：Mayer, Davis &amp; Schoorman (1995)，Academy of Management Review——信任研究被引最高的奠基模型之一。三者独立、缺一不可；右边三句话，才是员工心里真正在问的。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三要素 → 三种管理者动作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常见误区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正确动作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我教他技术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说清这件事需要什么能力，明确谁来补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善意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我对大家很好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在利益冲突时，先告诉对方真相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正直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我从不食言（靠记性）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把承诺写下来，定期对账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 = 能力 × 善意 × 正直（乘法：任一为零，整体为零）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为什么是乘法：两个常见误判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做法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只补最强项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信任不涨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技术已经很强，再强一点边际为零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补最短的那块板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信任翻倍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短板决定上限，补短板才有增量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盯着乘号看三秒：一个能力满分、但对你不诚实的人，你会信任他吗？不会。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2 · 信任透视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选你团队里的 3 个人，逐一判断他在三要素上缺哪一项，并写出明天能做的动作。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自写（8 min）：对象 / 能力 / 善意 / 正直 / 缺的是？/ 我明天能做的动作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两人交换（7 min）：伙伴挑战——证据支持吗？动作是「明天能做完」的吗？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小组分享（10 min）：每组选一个「最意外发现」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2b · 三要素听辨（快问快答）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讲师念一句下属的话，你判断他缺的是能力、善意还是正直。10 秒抢答。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每题 10 秒，举手抢答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关键追问：为什么不是另外两项？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信任到底是什么：三要素诊断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信任不是「我够不够强」，而是「对方缺的那一项，我给没给到」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信任到底是什么：三要素诊断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对那个「能力强、你不太放心」的人，写下他缺的是哪一项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写下你下一步要补的那个动作（小、具体、明天）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你的信任账户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把信任变成能记账的四类行为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用四类行为（说清 / 兑现 / 担责 / 走心）描述信任的存取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理解「记账人是对方」，付出不等于存款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画出自己与关键下属的信任账户，找到最常取款的一类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「凭感觉说「我对他挺好的」」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「算出账户余款并找出最常取款的类别」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你有过「明明为团队做了很多，却还是不被信任」的时候吗？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那次，你的付出对方「收到了」吗？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信任账户：把三要素变成四类能记的行为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行为类别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存款（存入）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取款（支出）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交代任务时讲清标准和边界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含糊其辞、让他猜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兑现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答应的事按时做到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临时变卦、拖延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担责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出事你先站出来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甩锅、让他顶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走心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记住他的诉求、主动问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只谈活，不谈人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存款的标准只有一个：对方收到了没有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两个致命错觉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以为是存款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其实不算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我帮他争取了加薪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这是组织行为，不是你的善意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公司给的，你只是传话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我天天加班，他看得见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这是你的付出，不是他的收获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你做的，他没感受到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关键：信任不看「你付出了多少」，看「对方收到多少」——记账的是对方，不是你。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信任 vs 心理安全（Edmondson, 1999）——一个边界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信任 Trust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心理安全 Psychological Safety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关于什么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他会不会伤害我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在这个团队说真话有没有代价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范围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双向的、针对具体人的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团队的、共享的信念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一句话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「我信得过小李」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「我们团队敢说真话」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两者互相促进，但不是一回事——知道区别就够了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3 · 画你的信任账户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选一个你现在最想改善关系的人，画出他的账户。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自写（10 min）：对象 / 最近 3 笔存款 / 最近 3 笔支出 / 余额感觉（充盈·持平·透支）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邻座交换（7 min）：伙伴看——存款是不是真被对方收到了？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小组分享（8 min）：最想改善的那一个人，最难在哪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3b · 存款动作速写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四类行为，各写一个「明天能做」的存款动作。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自写（4 min）：说清 / 兑现 / 担责 / 走心 各一条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邻座互查（4 min）：他写的那条，明天真的做得完吗？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你的信任账户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信任可以量化，就能管理——你不需要变完美，只需要少取款、多存款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你的信任账户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选出你最容易「取款」的那一类，本周专门盯着它改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本周做完一件事后，问自己：这件事，对方收到了吗？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信任破了怎么修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能力型靠证据，正直型靠承认 + 监督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分辨能力型破裂与正直型破裂，判断对方怀疑的是「本事」还是「动机」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掌握修复三步：承认 → 给证据/说动机 → 可核验的改变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完成一次修复对话角色扮演，并能指出辩解与可核验动作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「以为道歉就是修复的全部」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「先分类，再按对应路径修复」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你有没有过「都道歉了，对方还是不接受」的经历？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那次，是能力型破裂还是正直型破裂？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两类破裂，修复路径完全不同（改编自 Kim et al., 2004）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能力型破裂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正直型破裂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没做成、做错了、交付不达标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说了没做、隐瞒、推责、违背承诺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对方心里问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「你行不行？」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「你安的什么心？」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修复重点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证据 + 新的约束条件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承认 + 说出动机 + 可核验的改变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✅ 有效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接受辅导、调整方法、设检查点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明确承认、接受监督、公开改变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❌ 无效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只说「下次我会更努力」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找理由、强调「我本意是好的」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来源：Kim, Ferrin, Cooper &amp; Dirks (2004) 信任修复研究。一句话判断法：对方想的是「他可能真不行」→ 能力型；「他可能不太想为我做」→ 正直型。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修复成本差 10 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修复周期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通常一次有效沟通即可缓解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给方法、给证据就能修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正直型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时间 × 一致行为，往往要几个月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动机被怀疑，说什么都没用，只能靠时间证明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最好的策略永远是：别让正直型破裂发生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信任修复三阶段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承认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明确说出发生了什么，不辩解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「这件事，是我没做到。」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给证据 / 说动机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能力型给方案，正直型给动机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能力型：「这是我们新的检查点。」 正直型：「我当时想的是___，但我不该。」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可核验的改变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让对方看到你改了，且他能验证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「以后每周五我主动同步进度，你来查。」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改编自 Kim et al. (2004)。三步话术示范：①「这次延期是我没提前预警，跟你没关系。」②「我复盘了，卡点在需求评审。以后评审完我先同步风险清单。」③「接下来三周，每周五我发你，你看到问题直接打我脸。」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4 · 修复对话角色扮演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 人一组——A 扮演被伤害的人，B 扮演想修复的人，C 当观察员。B 用三步走完一次修复对话。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A：不要轻易原谅，真实表达怀疑，逼 B 说出「可核验的改变」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C：记录——B 有没有辩解？有没有给可验证的动作？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轮换：每人各演一次，共 3 轮 × 8 min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信任破了怎么修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能力型靠证据，正直型靠承认 + 监督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信任破了怎么修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对一段破裂的关系，判断它是能力型还是正直型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写下修复三步中你要说的三句话（承认 / 证据或动机 / 可核验动作）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固化：让信任不依赖某个人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可预测，比优秀更重要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说出固化三动作：行为一致 / 公开承诺 / 复盘机制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理解「靠个人魅力 = 负债，靠机制 = 资产」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写出下周可落地的三个起手式，并识别自己的「老王风险」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「把信任当成个人魅力」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「把信任做成组织可复制的资产」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你团队里的信任，现在依赖某个人，还是依赖一套可复制的做法？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如果明天你休假一个月，团队的说真话氛围会变吗？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信任固化三动作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为什么有用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行为一致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同类事，每次都用同一套标准处理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可预测 = 可信任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公开承诺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把承诺说出来、写下来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承诺可见，才会被兑现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复盘机制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定期回看「哪些做到了、哪些没做到」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让信任有账可对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人不是靠你多好来信任你，是靠你多「可预测」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靠个人魅力 vs 靠机制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靠个人魅力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靠机制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信任来源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「我信老王」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「我们这套做法值得信」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领导一走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⚠️ 信任归零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✅ 信任留存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新人加入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重新累积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直接继承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性质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负债，随时会走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资产，越用越厚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靠个人魅力建立的信任是负债；靠机制建立的信任是资产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5 · 固化三动作起手式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写下你下周要做的三个起手式：行为一致 / 公开承诺 / 复盘机制 各一条。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自写（10 min）：三个起手式，写「下周」不写「以后」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小组互评（10 min）：这条能不能落地？复盘机制落到哪个具体的会上？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5b · 找你的「老王风险」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找一件「只有你在才能做」的事——那就是你的老王风险。把它改写成机制。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自写（3 min）：哪件事只有我在才能做？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改写（3 min）：把它变成一个固定动作 / 机制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课堂小测（6 题）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闭卷作答，当场对答案。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1. 信任的三个要素是？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2. 三要素是加法还是乘法？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3. 低信任循环的起点在谁手里？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4. 能力型破裂的修复重点是什么？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5. 正直型破裂为什么难修？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6. 6. 信任固化的三个动作是？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固化：让信任不依赖某个人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信任不是感觉，是可重复的动作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固化：让信任不依赖某个人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把三个起手式写进日程，下周执行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把一个「老王风险」改写成一项机制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收束与行动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把信任变成你自己的 30 天行动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回顾六步主线，形成完整认知地图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用课前自评表复测，看见自己的变化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写下 30 天信任行动承诺，并公开互锁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「把课上感动留在教室」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「把信任变成 30 天可检验的行动」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今天哪一句让你重新看懂了你的团队？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哪一项分数变了？变的，才是真正进你脑子的。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六步一条线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核心框架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看见困境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低信任循环的起点在管理者手里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循环诊断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拆解信任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三要素：能力 / 善意 / 正直，乘法关系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Mayer et al. 1995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量化账户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四类行为：说清 / 兑现 / 担责 / 走心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信任账户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修复破裂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能力型靠证据，正直型靠承认 + 监督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Kim et al. 2004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固化资产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行为一致 / 公开承诺 / 复盘机制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固化三动作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⑥ 行动计划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你的 30 天信任行动承诺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自评 + 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信任，只能赚取，不能要求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复测 · 自评表再填一次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用课前那份《信任自评表》当场再填一次，不用交，自己看。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对比课前结果，圈出变化最大的那一项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想一想：哪一句让你重新看懂了你的团队？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天信任行动承诺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三栏：我要补的短板 / 我下周的第一个动作 / 我要向谁公开承诺。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自写承诺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和邻座交换，互相提醒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收束与行动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你不需要成为一个完美的人，你只需要成为一个可预测的人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收束与行动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完成 30 天信任行动承诺表，并找邻座互锁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把《核心工具速查卡》放进手机或笔记本，随时翻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为什么没人敢担事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信任到底是什么：三要素诊断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你的信任账户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信任破了怎么修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固化：让信任不依赖某个人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收束与行动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信任三要素透视表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对 3 个人，判断他在三要素上缺哪一项，并写出明天能做的动作。只写行为证据，不写感觉。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</w:t>
            </w:r>
          </w:p>
        </w:tc>
        <w:tc>
          <w:tcPr>
            <w:tcW w:type="dxa" w:w="151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能力</w:t>
            </w:r>
          </w:p>
        </w:tc>
        <w:tc>
          <w:tcPr>
            <w:tcW w:type="dxa" w:w="151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善意</w:t>
            </w:r>
          </w:p>
        </w:tc>
        <w:tc>
          <w:tcPr>
            <w:tcW w:type="dxa" w:w="151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正直</w:t>
            </w:r>
          </w:p>
        </w:tc>
        <w:tc>
          <w:tcPr>
            <w:tcW w:type="dxa" w:w="151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缺的是？</w:t>
            </w:r>
          </w:p>
        </w:tc>
        <w:tc>
          <w:tcPr>
            <w:tcW w:type="dxa" w:w="151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我明天能做的动作</w:t>
            </w:r>
          </w:p>
        </w:tc>
      </w:tr>
      <w:tr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1512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信任账户记账本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画一个最想改善的人的账户：3 笔存款 + 3 笔支出 + 余额感觉。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最近 3 笔存款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最近 3 笔支出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余额感觉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说清 / 兑现 / 担责 / 走心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含糊 / 失约 / 甩锅 / 只谈活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充盈 / 持平 / 透支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修复对话情景卡 + 观察员反馈单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观察员按修复三步打勾，记录 B 有没有辩解、给的动作用不用验证。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是否做到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 / 哪里像辩解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承认（不辩解）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给证据 / 说动机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可核验的改变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把验证权交给对方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被伤害方：哪一刻开始想原谅？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修复方：哪一步最难说出口？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信任固化三动作起手卡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写下下周要做的三个起手式，必须能落地。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我下周的起手式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检验：下周能不能做？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行为一致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公开承诺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复盘机制（哪个会 / 多久一次）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我的「老王风险」改写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课堂小测答题卡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六道题，闭卷作答。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信任的三个要素是？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三要素是加法还是乘法？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低信任循环的起点在谁手里？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能力型破裂的修复重点是什么？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正直型破裂为什么难修？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信任固化的三个动作是？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天信任行动承诺表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三栏：补什么短板、下周做什么、向谁公开。写完和邻座交换。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我要补的短板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我下周的第一个动作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我要向谁公开承诺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（能力/善意/正直）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信任三要素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Mayer, Davis &amp; Schoorman (1995)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Academy of Management Review · 本课主角框架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心理安全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Edmondson (1999)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团队学习行为研究 · 边界页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信任修复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Kim, Ferrin, Cooper &amp; Dirks (2004)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信任修复研究 · 修复模块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textsource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信任领导力 2.0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让团队敢把后背交给你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信任，只能赚取，不能要求。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你不需要成为一个完美的人，你只需要成为一个可预测的人。</w:t>
        <w:br/>
        <w:br/>
        <w:t>Coursemaster 出品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