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  <w:r>
        <w:rPr>
          <w:sz w:val="12"/>
        </w:rPr>
      </w:r>
    </w:p>
    <w:p>
      <w:pPr>
        <w:spacing w:after="120" w:before="0" w:line="41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26"/>
        </w:rPr>
        <w:t>COURSEMASTER 课程 · 讲师手册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0" w:line="1088" w:lineRule="exact"/>
        <w:jc w:val="left"/>
      </w:pPr>
      <w:r>
        <w:rPr>
          <w:rFonts w:ascii="Microsoft YaHei" w:hAnsi="Microsoft YaHei" w:eastAsia="Microsoft YaHei"/>
          <w:b/>
          <w:i w:val="0"/>
          <w:color w:val="013147"/>
          <w:sz w:val="68"/>
        </w:rPr>
        <w:t>信任领导力 2.0</w:t>
      </w:r>
    </w:p>
    <w:p>
      <w:pPr>
        <w:spacing w:after="120" w:before="0" w:line="57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36"/>
        </w:rPr>
        <w:t>让团队敢把后背交给你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8"/>
        </w:rPr>
        <w:t>—— 讲师授课手册 ——</w:t>
      </w:r>
    </w:p>
    <w:p>
      <w:pPr>
        <w:spacing w:after="40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信任不是感觉，是资产。感觉无法管理，资产可以衡量、可以投入、可以修复、可以增值。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200" w:before="0"/>
      </w:pPr>
      <w:r>
        <w:rPr>
          <w:sz w:val="12"/>
        </w:rPr>
      </w:r>
    </w:p>
    <w:p>
      <w:pPr>
        <w:spacing w:after="12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6 模块 ｜ 一天 7 小时 ｜ 390 分钟 ｜ 演练占比 38%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主框架：信任三要素（Mayer, Davis &amp; Schoorman, 1995）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配角框架：心理安全（Edmondson, 1999）· 信任修复（Kim et al., 2004）</w:t>
      </w:r>
    </w:p>
    <w:p>
      <w:pPr>
        <w:spacing w:after="60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Coursemaster 出品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怎么让人敢把后背交给你」的实战课。全课主张一句话：信任不是感觉，是资产——感觉无法管理，资产可以衡量、可以投入、可以修复、可以增值。课程沿六步推进：看见困境（不是人品问题，是循环问题）→ 拆解信任（能力/善意/正直三要素）→ 量化账户（说清/兑现/担责/走心四类行为）→ 修复破裂（能力型 vs 正直型 + 修复三阶段）→ 固化资产（行为一致/公开承诺/复盘机制）→ 行动计划（30 天信任行动）。讲师角色：不做道德宣讲，做「诊断的设计者与点评者」——用学员真实关系练诊断。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天信任行动计划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信任自评表 / 反思卡 / 三要素透视表 / 账户记账本 / 修复对话情景卡 / 固化起手卡 / 小测答题卡 / 30天承诺表 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+ 全课地图 + 三条约定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为什么没人敢担事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信任到底是什么：三要素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你的信任账户：四类行为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信任破了怎么修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固化：让信任不依赖某个人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收束与行动：30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净内容合计 390 min（约 6.5 小时）+ 开场/收尾，一天 7 小时内闭合；演练占比 ≈ 38%。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【物料清单】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 × 每人 3 张、白板笔（开场唤起旧知用）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《信任领导力2_信任自评表》（课前发，学员带到课堂；结课复测同一份）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《信任领导力2_「替下属做决定」反思卡》（模块一练习 1 + 练习 1b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《信任领导力2_信任三要素透视表》（模块二练习 2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《信任领导力2_信任账户记账本》（模块三练习 3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《信任领导力2_修复对话情景卡 + 观察员反馈单》（模块四练习 4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《信任领导力2_信任固化三动作起手卡》（模块五练习 5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《信任领导力2_课堂小测答题卡》（模块五小测用，含答案）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《信任领导力2_30天信任行动承诺表》（模块六 + 课后用）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计时器（每个练习到点喊停）、投影设备、白板/翻页纸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岛式分组（4–6 人一桌），便于组内演练与互评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白板或翻页纸至少 3 块（模块二/三各组画诊断结论）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空间需支持三人组角色扮演（模块四，避免相邻组互相干扰）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学员手机（练习计时/记录；无网络时讲师展示示例）</w:t>
      </w:r>
    </w:p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模块开场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案例导入 · 全课地图 · 三条约定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类型：破冰　｜　时长：20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用失败案例让学员照镜子，认识到「沉默不是认可」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明确今天带走的三样东西与课程节奏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建立安全域规则，降低真实关系讨论的压力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案例导入：全票通过三周后暴雷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唤起旧知：写下你团队的一个信号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便利贴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课程地图：三样带走的东西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课前测评导入 + 三条约定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自评表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开场不从定义开始，先给失败案例——让学员自己对号入座。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案例落点：会上没人提，不代表没人看出问题，是大家判断「说了没好下场」。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三条约定：练习优先 / 安全域（不指名不点评具体人）/ 手机当教具。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课前自评表要学员翻出来，圈出得分最低的一项——那就是今天的靶子。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话术：这个场景我猜在座一半人心里有——会上问「有没有意见」，一片安静，全票通过。三周后暴雷，复盘才发现问题第一周就有人看到了。为什么没人说？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话术：今天不聊大道理。今天我们要把「我觉得他不靠谱」，变成你明天能做的动作。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你写下的那个信号，是「不想说」还是「不敢说」？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学员常见回答：坏消息最后一个到我耳朵 / 问他意见他说都行 / 交办的事只做不出错那部分——这些都是「判断说了没好处」的结果，不是人品问题。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学员不愿暴露自己团队问题 → 强调自写不交、不点名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有人急着要「答案」→ 告诉他答案在模块二，先照镜子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转场：今天走六步：看见困境 → 拆解信任 → 量化账户 → 修复破裂 → 固化资产 → 行动计划。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为什么没人敢担事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时长：65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区分低信任循环与高信任循环，找到循环的起点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识别「真不放心」与「习惯性不放心」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说清放手的「兜底边界」，把「我来」换成「你来，我兜底」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案例导入：谁都不敢签这个字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概念：低信任 vs 高信任循环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诊断：你的团队在哪个循环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举手自评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1：替下属做过的决定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概念：两种不放心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1b：放手清单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 + 动作改法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收敛 + 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关键判断：两个循环都会自我强化，所以要看「谁是起点」。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起点在管理者手里——因为「给不给空间」这个开关只有你有。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「真不放心」是能力问题（该补能力）；「习惯性不放心」是循环燃料（该主动放手）。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放手不是撒手——兜底到什么程度必须讲清楚，他才敢接。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话术：他们不是怂，是理性：签字做对了没奖励，做错了要担责。换你，你也犹豫。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话术：你想破环，第一个要改的不是他们，是你自己每天的动作。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话术：把「我来」换成「你来，我兜底」——这一句话，就是破环的开始。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你替下属做的那些决定，哪些是「真不放心」，哪些是「手快」？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如果放手，最坏会怎样？你真的扛不住吗？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1 参考：「我替他做的决定」+「我为什么不放心」+「如果放手最坏会怎样」。多数人写完会发现：一半以上属于「习惯性不放心」。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1b 参考：必须亲做 / 可以交出去 / 兜底边界。第三栏是重点，如「错了我们一起改，责任我担前半段」。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学员把「不放心」全归为下属能力问题 → 用「他其实能做，只是你手快」反证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练习 1 卡住写不出来 → 提示回想最近一次「算了我来吧」的瞬间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转场：我们看见了循环——那信任本身，由什么组成？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信任到底是什么 ⭐⭐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时长：90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说出信任的三个要素（能力/善意/正直）及其人话提问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理解三要素是乘法关系，策略是补短板而非补强项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针对缺失项，写出一个明天就能用的管理者动作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案例导入：能力强却不敢交真难题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概念：信任三要素（Mayer et al., 1995）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拆解三项：能力 / 善意 / 正直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概念：为什么是乘法 + 三个误解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2：信任透视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透视表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2b：三要素听辨（快问快答）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现场抢答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 + 互动提问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收敛 + 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主角框架只在这里标一次来源（Mayer, Davis &amp; Schoorman, 1995），后面不再挂文献。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三句话提问是精华：你行不行？你心里有没有我？你说的话算不算数？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能力是「对方此刻需要的那一项」，不是你的绝对水平——技术强但带不好人，能力这项照样是零。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善意只在利益冲突的瞬间显形——不是「人好」，是「能占便宜的时候没占」。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正直是一票否决项：能力和善意是加分项，正直一旦失守，对方会重新解释你过去所有行为。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乘法关系：补强项 = 白费力气；补短板 = 信任翻倍。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话术：能力强的人可能「被佩服」，但不一定「被信任」。能力之外，还有两项才能决定。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话术：盯着这个乘号看三秒：一个能力满分、但对你不诚实的人，你会信任他吗？不会。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话术：信任不是「我够不够强」，而是「对方缺的那一项，我给没给到」。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三要素里，哪一种缺失最难补？为什么？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你团队里能力最强的那个下属，缺的是善意还是正直？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如果只能先补一项，你会补哪一个？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最难补的是哪项：正直。一旦失守，对方会重新解释你过去所有的行为——你以前的好，都会被打上问号。能力型可以靠证据修，正直型只能靠时间+一致行为。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2b 听辨答案：「方案改三版他看都没看」→善意；「答应调休拖两个月」→正直；「开会总让我先发言自己不定调」→能力；「出事他先跟老板解释没跟我说」→善意；「说好不加人转头招两个」→正直。每题追问「为什么不是另外两项」才是精华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学员写不出「行为证据」，全是感觉形容词 → 强制要求写「他做了什么/没做什么」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练习 2b 变成知识竞赛 → 拉回：目的不是答对，是训练「按三要素拆解」的反射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有人质疑「善意和正直不是一回事吗」→ 用「能力型问本事、正直型问动机」区分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转场：信任可以量化吗？可以——把三要素兑换成四类能记账的行为。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你的信任账户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时长：80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用四类行为（说清/兑现/担责/走心）描述信任的存取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理解「记账人是对方」，付出不等于存款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画出自己与关键下属的信任账户，找到最常取款的一类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案例导入：付出多却被疏远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概念：信任账户四类行为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边界：信任 vs 心理安全（Edmondson, 1999）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3：画你的信任账户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记账本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判断余额的三个信号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3b：存款动作速写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记账本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 + 互动提问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收敛 + 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进度定位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核心一句：信任是一本账，但记账的是对方，不是你。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四类行为：说清（交活讲清标准边界）/ 兑现（答应按时做到）/ 担责（出事你先站出来）/ 走心（记住他的诉求）。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两个致命错觉：加薪是组织行为不是你的善意；加班是你的付出不是他的收获。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存款的标准只有一个：对方收到了没有。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心理安全（Edmondson, 1999）只讲 1 页边界即止：信任是「他会不会伤害我」，心理安全是「说真话有没有代价」。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判断余额的笨办法：会不会主动告诉你坏消息 / 主动找你商量 / 只汇报不商量。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话术：你对他这么好，他怎么反而疏远了？因为信任不看「你付出了多少」，看「对方收到多少」。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话术：你不需要变完美，只需要少取款、多存款。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你上周做的那件事，是存款还是取款？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你的账上，支出最多的那一类是什么——含糊？失约？甩锅？还是只谈活不谈人？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3 参考：对象 / 3 笔存款 / 3 笔支出 / 余额感觉（充盈·持平·透支）。写不出存款 → 你做了但没被收到；写不出支出 → 你没认真想。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3b 参考：四类各一条「明天能做」的动作，如「兑现：把上周答应老李的调休，明天落实」。写「明天」不写「以后」。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练习 3 卡在「想不到存款」→ 追问「你上次帮他是何时？他知道吗？」逼出「做了但没说」的盲区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有人把「心理安全」当成本模块重点 → 拉回：这只是边界页，1 分钟讲清即止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转场：账户会透支——透支了，怎么补回来？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信任破了怎么修 ⭐⭐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时长：85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分辨能力型破裂与正直型破裂，判断对方怀疑的是「本事」还是「动机」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掌握修复三步：承认 → 给证据/说动机 → 可核验的改变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完成一次修复对话角色扮演，并能指出辩解与可核验动作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案例导入：两种破裂两种结局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概念：能力型 vs 正直型（改编自 Kim et al., 2004）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概念：修复三阶段 + 话术示范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4：修复对话角色扮演（3 人组）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情景卡+反馈单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Debrief：观察员先说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收敛 + 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配角框架首次标来源（Kim et al., 2004），仅此一次。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一句话判断法：对方心里想「他可能真不行」= 能力型；「他可能不太想为我做」= 正直型。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修复成本差 10 倍——正直型需时间 × 一致行为，往往几个月；最好的策略是别让它发生。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第一步「承认」最难的不是承认，是不辩解——「但是」一出口，前面全废。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第二步分岔：能力型给方案，正直型必须说动机（不说，对方会脑补成最坏的那个）。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第三步「可核验」最容易被跳过，但它是诚意的所在——把验证的权利交给对方。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话术：同样是「对不起」，一个你信了，一个你嘴上说没事、心里记了一笔。为什么？因为破裂有两种。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话术：演「被伤害的人」的注意——别急着原谅。你今天就是要把怀疑说出来，因为真实场景里对方就是怀疑的。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话术：修复信任的关键不是你说「我改了」，而是你把验证的权利交给对方。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观察员先说：他有没有辩解？给的动作用不用验证？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演「被伤害的人」的说：哪一刻你开始想原谅他？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演「修复的人」的说：哪一步最难说出口？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4 观察要点：观察员只抓两点——（1）有没有出现辩解（「我当时也有难处」）（2）给的动作能不能被对方验证（「你放心我会注意」≠可核验）。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三步话术参考：①「这次延期是我没提前预警，跟你没关系。」②「我复盘了，卡点在需求评审。以后评审完我先同步风险清单。」③「接下来三周，每周五我发你，你看到问题直接打我脸。」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学员不好意思「演被伤害的人」→ 强调这是练习，越真实越有用；讲师可先做示范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修复方一开口就辩解 → 观察员即时打断，让他重来一次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有人问「对方就是不讲理怎么办」→ 回应：修复是单方的，你先把你那半步走对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转场：修复了，怎么保证不再破？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固化：让信任不依赖某个人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说出固化三动作：行为一致 / 公开承诺 / 复盘机制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理解「靠个人魅力 = 负债，靠机制 = 资产」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写出下周可落地的三个起手式，并识别自己的「老王风险」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案例导入：换个负责人就垮了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概念：固化三动作 + 魅力 vs 机制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5：固化三动作起手式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起手卡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5b：找你的「老王风险」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起手卡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课堂小测（6 题）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答题卡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收敛 + 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核心一句：可预测，比优秀更重要。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行为一致：同类事每次同一套标准——人不是靠你多好来信任你，是靠你多可预测。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公开承诺：说出来的才是债，心里想的承诺等于没有。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复盘机制：定期对账，不看就不知道自己欠了多少。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靠个人魅力建立的信任是负债（人一走就归零）；靠机制建立的是资产（可继承）。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老王风险 = 只有你在才能做的事——把它改写成机制，你就从「不可替代」变成「可被信任」。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话术：一个信任度极高的团队，领导一走就散了。因为他们的信任绑在「老王这个人」身上，没变成团队的资产。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话术：你最信任的人，是能力最强的，还是最稳定、最知道他会怎么做的人？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你的三个起手式，下周真的能做完吗？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复盘机制落到哪个具体的会上？多久一次？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小测答案：1. 能力/善意/正直　2. 乘法，任一为零则信任为零　3. 管理者　4. 证据 + 新约束条件　5. 动机被怀疑，只能靠时间 + 一致行为　6. 行为一致/公开承诺/复盘机制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练习 5b 参考：「客户投诉只有我能拍板」→「每周五客户问题例会，我缺席也能按清单处理」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起手式写虚（「以后多复盘」）→ 强制落到「下周 + 哪个会 + 多久一次」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小测有人答不出 → 现场对答案，错得多的题立刻再讲一遍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转场：最后一件事：把它变成你自己的 30 天行动。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收束与行动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类型：承诺　｜　时长：20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回顾六步主线，形成完整认知地图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用课前自评表复测，看见自己的变化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写下 30 天信任行动承诺，并公开互锁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全课回顾：六步一条线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复测：自评表再填一次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自评表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天行动承诺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金句收官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回顾要用「六步一条线」而非罗列知识点。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复测不交，自己看——变的才是真正进脑子的。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天承诺三栏：补什么短板、下周做什么、向谁公开。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公开承诺才有约束力——说给一个人听了，这件事就开始算数。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话术：把课前那份自评表再填一次，不用交，自己看——哪一项变了，就是今天真正的收获。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话术：信任这件事没有捷径，但有方法。你不需要变完美，你只需要可预测。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哪一句让你重新看懂了你的团队？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哪一项分数涨了？没涨的，就是你回去要补的。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收尾金句：「信任，只能赚取，不能要求。你不需要成为一个完美的人，你只需要成为一个可预测的人。」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学员赶时间草草写承诺 → 强调这是本课唯一的落地动作，必须写完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复测分数没变 → 引导：也许变化的是「你对自己团队的看法」，不一定是分数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模块二、四演练（25–30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模块一、三、五练习（真实关系）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课堂小测、30 天承诺、收尾金句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原则：模块二、四是全天重心（演练密集），练习时间绝不外借；课堂小测与 30 天承诺是落地收口，必须保；概念页可口头带过。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开场：写「表面配合、私下观望」的信号，自己写不点名，降低压力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模块一：练习 1 两人交换，「真不放心 vs 习惯性不放心」是最有冲击力的辨点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模块二：三要素透视表必须写「行为证据」，禁止写感觉；练习 2b 追问「为什么不是另外两项」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模块三：账户记账本最难的是「写不出存款」——追问「你上次帮他是何时？他知道吗？」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模块四：三人组（被伤害方 / 修复方 / 观察员），照三步走，观察员专门抓「辩解」和「可核验」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模块四：提醒——被伤害方「不许轻易原谅」，真实表达怀疑，逼出可核验动作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模块五：起手式必须落到「下周」，复盘机制必须落到一个已存在的会议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模块五：小测当场对答案，错得多的题现场再讲一遍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模块六：30 天承诺交换邻座，公开承诺才有约束力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所有练习配计时器，到点喊停；信任话题涉及情绪，务必留静默缓冲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Q：「信任是天生的，能教吗？」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A：信任的「意愿」可能天生，但信任的「能力」可以练——三要素、四类行为、修复三步，都是可练的动作。本课不承诺把你变成更讨人喜欢的人，只帮你变成更可预测的人。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Q：「我团队里的人就是不上进，怎么信任？」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A：先别下结论。用三要素诊断：是能力不够（要辅导）、善意被误解（要沟通），还是正直有问题（要处理）？三种情况的动作完全不同，笼统说「不上进」一定开错药。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Q：「信任破了还能修吗？」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A：能力型破裂通常能修（靠证据 + 时间）；正直型破裂最难，可能不可逆。但关键不是「能不能」，而是「你愿不愿意先承认，再给可核验的改变」。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Q：「我给了信任，他却辜负了怎么办？」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A：信任不是无限额透支。给信任要有「观察点」——先给小承诺，看回应，再决定是否加码。这不是不信任，这是信任的资产管理。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Q：「能力和善意我都做到了，为什么还是不被信任？」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A：检查第三项：正直。承诺有没有兑现、底线有没有统一。三要素是乘法——和 100 分的能力 + 100 分的善意，乘上 0 分的正直，结果还是 0。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请学员写下「回岗后第一个信任动作 + 具体到哪天」，贴墙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两人一组互相交换 30 天承诺表，约定 30 天后互问一次「做到了吗」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+ 30 天信任行动计划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结课金句收尾：「信任，只能赚取，不能要求。你不需要成为完美的人，只需要成为可预测的人。」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