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TKI · CONFLICT MODES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冲突应对自评卡 + 策略配对卡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模块一练习 · TKI 五策略 + 对事/对人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使用说明：回看你最近一次没处理好的冲突，先判断它是对事还是对人，再勾出你当时本能用的策略，最后按「事 × 关系」两个维度重选一次更合适的策略。TKI 五策略（Thomas &amp; Kilmann）没有优劣，只看合不合适。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冲突性质诊断（对事 or 对人）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402"/>
        <w:gridCol w:w="3061"/>
        <w:gridCol w:w="306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诊断项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 / 信号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这次冲突的对象（对下 / 平级 / 上级）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是对事（任务冲突）还是对人（关系冲突）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信号：是在争方案，还是在针对人？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策略配对（勾出本能策略，再重选一次）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1701"/>
        <w:gridCol w:w="3061"/>
        <w:gridCol w:w="964"/>
        <w:gridCol w:w="964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TKI 策略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关心结果 / 关系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适用场合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本能已用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更适合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竞争 Competing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高 / 低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紧急、原则、必须拍板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回避 Avoiding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低 / 低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小事、情绪上来先冷一冷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迁就 Accommodating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低 / 高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关系重要、自己不那么在意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妥协 Compromising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中 / 中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时间紧、各让一步能过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协作 Collaborating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高 / 高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事和关系都重要，值得花时间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重选理由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这件事我换用哪种策略？为什么？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如果下次照新策略来，结果会有什么不同？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判断口诀：**结果重要吗？关系重要吗？** 两者都高 → 协作；结果高关系低 → 竞争；都低 → 回避；关系高结果低 → 迁就；都要一半 → 妥协。最大的坑：本能只用一种策略，不看场合。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冲突应对自评卡 + 策略配对卡（配合《冲突管理》模块一使用）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