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CONFLICT MANAGEMENT AT WORK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冲突管理 · 把对立变成资源 · 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正面 · 6 大核心工具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40" w:before="60"/>
              <w:shd w:val="clear" w:color="auto" w:fill="013147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① TKI 五策略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Thomas &amp; Kilmann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竞争 / 回避 / 迁就 / 妥协 / 协作。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没有最优，只有最合适——看「事多重要」+「关系多重要」。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40" w:before="60"/>
              <w:shd w:val="clear" w:color="auto" w:fill="8DC643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② 冲突性质二分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Jehn 团队冲突理论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任务冲突（对事）· 关系冲突（对人）。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对事越多越出活，对人越多越内耗。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40" w:before="60"/>
              <w:shd w:val="clear" w:color="auto" w:fill="013147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③ 立场-利益分离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Fisher &amp; Ury《谈判力》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立场=他嘴上要什么；利益=他真正缺什么。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别在立场上吵，挖到利益才有得谈。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40" w:before="60"/>
              <w:shd w:val="clear" w:color="auto" w:fill="8DC643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④ 挖利益四问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改编自 Fisher &amp; Ury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① 你要的到底是什么？② 它在帮你解决什么？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③ 如果这个不支持，你能接受什么？④ 什么情况下你会更放心？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40" w:before="60"/>
              <w:shd w:val="clear" w:color="auto" w:fill="013147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⑤ NVC 四步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Marshall B. Rosenberg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观察 → 感受 → 需要 → 请求。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只说事实、说我的感受、说清需要、提可执行的请求。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40" w:before="60"/>
              <w:shd w:val="clear" w:color="auto" w:fill="8DC643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⑥ 情绪降温四步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改编自通用冲突降级框架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暂停 → 承认 → 复述 → 回议题。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先处理情绪，再处理内容——情绪没过，道理进不去。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★ 随身口诀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开口前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一句话分清：这是对事（任务冲突）还是对人（关系冲突）？对人多半要先降温。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谈僵了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别在立场上加码——问一句：「你其实最在意的是哪一点？」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要收口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说不出「谁做什么何时」的共识，不是共识，只是和气。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ACTION MAP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冲突管理 · 把对立变成资源 · 行动地图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背面 · 4 大核心动作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把 6 个工具，归到你每天要做的 4 件事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① 先诊断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TKI 五策略 + 冲突性质二分 —— 这一局该出哪张牌，先看是「对事」还是「对人」。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② 看穿利益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立场-利益分离 + 挖利益四问 —— 别在立场上争输赢，把对方真正要什么挖出来。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③ 对事表达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NVC 四步 —— 把「你怎样」换成「我怎样 + 我们需要怎样」，对事不对人。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④ 谈成共识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情绪降温四步 + 利益型协议五问 —— 先削情绪浪头，再把共识落成谁做什么何时。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一条主线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五步准备线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诊断（TKI + 对事/对人）→ 看穿（立场-利益 + 挖利益四问）→ 表达（NVC 四步）→ 降温（情绪四步）→ 收口（协议五问）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经典来源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M1 诊断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TKI 五策略（Thomas &amp; Kilmann）· 冲突性质二分（Jehn）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M2 看穿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立场-利益分离 + 挖利益四问（Fisher &amp; Ury《谈判力》，四问为改编）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M3 表达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NVC 非暴力沟通四步（Marshall B. Rosenberg）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M4 降温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情绪降温四步（改编自通用冲突降级框架）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M5 收口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利益型协议五问（改编自 Fisher &amp; Ury）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工具速查卡（配合《冲突管理 · 把对立变成资源》课程使用）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