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0" w:before="0"/>
      </w:pPr>
      <w:r>
        <w:rPr>
          <w:sz w:val="12"/>
        </w:rPr>
      </w:r>
    </w:p>
    <w:p>
      <w:pPr>
        <w:spacing w:after="120" w:before="0" w:line="41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26"/>
        </w:rPr>
        <w:t>COURSEMASTER 课程 · 讲师手册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0" w:line="1088" w:lineRule="exact"/>
        <w:jc w:val="left"/>
      </w:pPr>
      <w:r>
        <w:rPr>
          <w:rFonts w:ascii="Microsoft YaHei" w:hAnsi="Microsoft YaHei" w:eastAsia="Microsoft YaHei"/>
          <w:b/>
          <w:i w:val="0"/>
          <w:color w:val="013147"/>
          <w:sz w:val="68"/>
        </w:rPr>
        <w:t>冲突管理</w:t>
      </w:r>
    </w:p>
    <w:p>
      <w:pPr>
        <w:spacing w:after="120" w:before="0" w:line="57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36"/>
        </w:rPr>
        <w:t>把对立变成资源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8"/>
        </w:rPr>
        <w:t>—— 讲师授课手册 ——</w:t>
      </w:r>
    </w:p>
    <w:p>
      <w:pPr>
        <w:spacing w:after="40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冲突本身不是问题，处理不好才是。—— 冲突，可以变成资源。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200" w:before="0"/>
      </w:pPr>
      <w:r>
        <w:rPr>
          <w:sz w:val="12"/>
        </w:rPr>
      </w:r>
    </w:p>
    <w:p>
      <w:pPr>
        <w:spacing w:after="12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6 模块 ｜ 一天 7 小时 ｜ 420 分钟 ｜ 演练占比 ≥35%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主框架：TKI 五策略（Thomas &amp; Kilmann）· 立场-利益分离（Fisher &amp; Ury《谈判力》）· 非暴力沟通 NVC（Marshall B. Rosenberg）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配角框架：冲突性质二分（Jehn）· 情绪降温四步（改编自通用冲突降级框架）· 利益型协议五问（改编自 Fisher &amp; Ury）</w:t>
      </w:r>
    </w:p>
    <w:p>
      <w:pPr>
        <w:spacing w:after="60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Coursemaster 出品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把冲突从内耗，变成推进力」的实战课。全课主张一句话：冲突不是要不要的问题，是怎么处理的问题——处理对了，对立也能变成资源。课程沿一条「五步主线」推进：诊断（这块该出哪张牌）→ 看穿（对方真正要什么）→ 表达（对事不对人地说）→ 降温（情绪先落地）→ 收口（谈成可执行的共识）。讲师角色：不做话术表演，做「诊断的教练与演练的点評者」——用学员真实经历过的冲突来练。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 天计划表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冲突应对自评卡 / 策略配对卡 / 立场-利益转化表 / 冲突台词卡 / NVC 四步表达卡 / 情绪接住情景卡 / 冲突收口协议表 / 30 天计划表 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+ 全课地图 + 破冰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先诊断：这一局该出哪张牌（TKI 五策略）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看穿：从「立场」挖到「利益」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表达：用 NVC 把话说得对事不对人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降温：管好情绪上头的那一刻 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收口：用协议五问把冲突谈成成果 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天冲突管理行动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承诺收束 + 金句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净内容合计 420 min（含开场/收尾）；演练占比 ≥35%。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【物料清单】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 × 每人 3 张、白板笔（开场破冰用）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《冲突管理_冲突应对自评卡 + 策略配对卡》（模块一练习 1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《冲突管理_立场-利益转化表》（模块二练习 2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《冲突管理_NVC 四步表达卡 + 冲突台词卡》（模块三练习 3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《冲突管理_情绪接住情景卡》（模块四练习 4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《冲突管理_冲突收口协议表》（模块五练习 5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《冲突管理_30 天冲突管理计划表》（模块六 + 课后用）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计时器（每个练习到点喊停）、投影设备、白板/翻页纸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岛式分组（4–6 人一桌），便于组内演练与互评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白板或翻页纸至少 3 块（模块二/三各组写转化结论）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空间需支持三人组角色扮演（模块四，避免相邻组互相干扰）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学员手机（练习计时/记录）</w:t>
      </w:r>
    </w:p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先诊断：这一局该出哪张牌（TKI 五策略）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TKI 五策略（Thomas &amp; Kilmann 冲突模式模型）判断冲突中的默认打法，并选出更合适的策略。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能区分「任务冲突（对事）」与「关系冲突（对人）」（Jehn 冲突性质二分），知道哪种越多越出活。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接受：冲突不是要不要的问题，是「用哪种方式处理」的问题。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开场导入 + 破冰（写最近一次冲突）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 / 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讲解：TKI 五策略 + 冲突性质二分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1：冲突应对自评 + 策略诊断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《冲突应对自评卡 + 策略配对卡》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冲突不等于坏事：Jehn 指出任务冲突（对事、对方案）能提升决策质量，关系冲突（对人、对关系）只会内耗。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TKI 五策略：竞争、回避、迁就、妥协、协作——没有最优，只有最合适。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选策略看两个维度：这件事有多重要（关心结果）× 这段关系有多重要（关心关系）。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最大的坑：本能只用一种策略（多数管理者默认「竞争」或「回避」），不看场合。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协作（双赢）不是永远对的——时间紧、小事，用竞争或妥协反而更高效。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话术：破冰先收真实素材：让学员写下最近一次「没处理好」的冲突，全场统计「对下 / 对平级 / 对上」三类。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 TKI 时用同一个案例贯穿：同一场冲突，五种策略分别会怎么打、结果各是什么。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1 巡视，重点抓两类：只会用一种策略的，和把「对事」当「对人」谈的。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你写下的那场冲突，是对事还是对人？你是怎么判断的？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你当时本能用了哪种策略？如果重来，你会换哪种，为什么？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过去半年，有没有一场冲突，其实只要换个策略就不会升级？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诊断要点：先问自己两件事：结果重要吗？关系重要吗？两者都高 → 协作；结果高关系低 → 竞争；都低 → 回避；关系高结果低 → 迁就；都要一半 → 妥协。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典型误判：把「对人」的关系冲突当「对事」谈：越摆道理，对方越觉得被针对，关系越糟。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学员说「协作太费时间，我们没空」——用「看值不值」拉回来：重要的事值得协作，小事用别的策略不算偷懒。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把 TKI 当性格测试——强调「这是可选择的策略，不是你是哪种人」。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转场：诊断出该出哪张牌之后，下一步是：看清对方真正要什么。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看穿：从「立场」挖到「利益」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时长：80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能用「立场-利益分离」（Fisher &amp; Ury《谈判力》）把对方嘴上要的东西，翻译成背后真正的需要。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能用「挖利益四问」（改编自 Fisher &amp; Ury）在现场挖出对方的深层利益。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接受：在立场上争输赢，永远谈不拢；只有挖到利益，才有得谈。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回顾导入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讲解：立场 vs 利益 + 挖利益四问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2：立场-利益转化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《立场-利益转化表》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立场 = 他嘴上要什么（「我不同意」「必须先做我的」）；利益 = 他真正缺什么（怕出错、要面子、要控节奏）。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Fisher &amp; Ury 核心主张：谈判要看「利益」而不是「立场」——立场是对立的一维，利益是可能相容的多维。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挖利益四问（改编）：① 你要的到底是什么？② 它在帮你解决什么？③ 如果这个不支持，你能接受什么？④ 什么情况下你会更放心？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最大的坑：对方一说立场，我们立刻开始「反驳立场」，战争从此开始。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技巧：把「为什么你不同意」换成「你最在意的是哪一点」——从对抗转向挖掘。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话术：用同一场老冲突贯穿：第一次只谈立场（僵住），第二次问四问（发现利益并不冲突）。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2 巡视，重点抓两类：把「立场」直接当成「利益」的，和四问只问了一两问就急着下结论的。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话术：提醒：挖利益的前提是先「放下自己的立场」，带着好奇心问，不能边问边准备反驳。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你转化的那对立场-利益，对方的利益跟你原本猜的一样吗？差在哪？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四问里哪一问最难问出口？为什么？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如果早知道他的真实利益，你当时的方案会不一样吗？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转化要点：立场是「提案」，利益是「诉求」。例：立场「这个项目必须我来管」，利益可能是「我需要对结果有掌控感，怕被甩锅」。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典型误判：把「立场」当「利益」：以为他要的是「那个方案」，其实他要的是「被尊重 / 有安全感」。抓住利益，方案可以换。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学员说「直接问利益他也不会说实话」——用「四问是侧面挖」拉回来：不逼供，靠场景假设（③④问）让对方自己说出来。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把「挖利益」当「让步」——强调「挖利益是为了找到更多选项，不是先认输」。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转场：看清了对方的利益，下一步是：把话说到点子上，对事不对人。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表达：用 NVC 把话说得对事不对人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NVC 四步（Marshall B. Rosenberg 非暴力沟通）把攻击性表达改写成对事不对人。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能区分「观察」与「评判」，说出可观察的事实而非指责。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接受：把「你怎样」换成「我怎样 + 我们需要怎样」，是化解冲突最省力的一招。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回顾导入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讲解：NVC 四步（观察-感受-需要-请求）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3：NVC 四步改写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《NVC 四步表达卡》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NVC 四步（Rosenberg）：观察（只说可观察的事实）→ 感受（说我的感受）→ 需要（说清我的需要）→ 请求（提可执行的请求）。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第一步最难：把「你总是拖」改成「这周三的报表到周五还没到」——事实不带评判。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感受是「我的」，不是「你让我」：说「我很着急」，不说「你让我很生气」。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请求要具体可执行：「下次提前一天同步」比「你上点心」有用。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最大的坑：跳过观察和感受，直接上「你怎么又……」——一开口就把对方推到对立面。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话术：现场演示：把一句最常见的管理指责（如「你到底还想不想干」）逐字改写成 NVC 四步。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3 巡视，重点抓两类：把「评判」当「观察」的，和把「命令」当「请求」的。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话术：改写后两两演练，B 只反馈一句：「我听完还想反驳你吗？」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你改写前后，最大的差别在哪一步？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哪一步你最容易漏？漏了会怎样？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如果对方用 NVC 跟你说话，你还会想吵吗？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四步要点：观察=摄像机能拍到的；感受=我的情绪词；需要=我真正在意的价值；请求=一个具体的、可以答应的动作。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典型误判：把「请求」变成「命令」：加一句「不然我就……」就从请求变成了威胁。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学员觉得「这样说太软、不像我」——用「对事不对人 ≠ 软」拉回来：事实 + 需要反而更有力量，因为攻击性没了，对方没有理由反击。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把 NVC 当背台词——强调「是想清楚的框架，说出来自然就好」。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转场：话说对了，但如果情绪已经上头，道理照样进不去——下一步：先降温。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降温：管好情绪上头的那一刻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能识别冲突升温的早期信号（语气、措辞、肢体）。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能用「情绪降温四步」（改编自通用冲突降级框架：暂停-承认-复述-回议题）让对话重新可谈。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接受：情绪没过、道理进不去——处理情绪不是示弱，是让沟通继续。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回顾导入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讲解：升温信号 + 降温四步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4：情绪接住情景演练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《情绪接住情景卡》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升温信号：声音变大、语速变快、开始用「你总是 / 你从来不」、沉默冷战、翻旧账。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降温四步（改编）：暂停（先别讲道理）→ 承认（「我听得出来你很不满」）→ 复述（把他的话复述一遍确认）→ 回议题（拉回真正要解决的问题）。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承认情绪 ≠ 同意观点：认的是「感受的合理性」，不是「谁对谁错」。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最大的分歧：多数管理者在对方情绪时想「讲清楚」，结果越讲越炸。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关键动作是「留白」：承认之后停几秒，不辩解，让对方把话说完。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话术：用三人组：A 发火方 / B 管理者 / C 观察员。规定 B 不许辩解、不许讲道理，只能做降温四步。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话术：观察员专抓「留白」——B 有没有在承认之后忍住不辩解。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4 巡视，重点抓两类：把「承认情绪」变成「马上解释」的，和跳过复述直接下结论的。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当你不辩解、只承认时，A 的情绪是升了还是降了？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「复述」这一步对你有什么作用？为什么它这么容易被跳过？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你以前遇到对方发火，第一反应是什么？这次有什么不同？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降温要点：先处理情绪、再处理内容。顺序不能反：情绪没落地，任何道理都会被当成攻击。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典型误判：把「承认情绪」听成「认输」：说「我理解你生气」不代表「你是对的」，只是让对话能继续。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学员说「凭什么我要哄他」——用「降温是为了让事情能谈成」拉回来：不是哄，是让沟通重新有效。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演练里 B 忍不住辩解——到点喊停，让观察员复盘「那句辩解让情绪又上去了多少」。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转场：情绪降下来了，冲突就有得谈——最后一步：把共识落成行动（收口）。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收口：用协议五问把冲突谈成成果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能用「利益型协议五问」（改编自 Fisher &amp; Ury）把一次冲突谈成可执行的共识。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能补齐收口五要素：共识什么 / 谁做什么 / 何时 / 怎么验证 / 谁兜底。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接受：谈得再顺，没有落到「谁做什么何时」的，都不算谈成。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回顾导入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讲解：协议五问 + 收口要素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5：全流程演练（崩→救→收口）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《冲突收口协议表》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利益型协议五问（改编自 Fisher &amp; Ury）：① 我们共同的目标是什么？② 各自的真实利益是什么？③ 有哪些可能都满意的选项？④ 用哪些客观标准来选？⑤ 就此达成什么行动共识？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收口五要素：共识什么 / 谁做什么 / 何时完成 / 怎么验证 / 谁兜底。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最大的坑：谈得气氛很好，散会各自理解不同——因为没写「谁做什么何时」。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客观标准（第三问的核心）：用「制度、数据、先例、行业惯例」做依据，谁都没法反驳。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收口动作：当场复述一遍共识，请对方确认，最好写下来。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话术：全流程演练：给一个真实感的冲突场景，让学员从「崩」演到「救」再到「收口」，观察员对照清单逐项打钩。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5 巡视，重点抓两类：只有「共识」没有「行动」的，和漏掉「怎么验证 / 谁兜底」的。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话术：强调：收口是冲突管理最容易被忽略、却最能体现专业的一步。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你的协议里，五要素齐了吗？最常漏哪一项？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用了客观标准后，对方的抵抗有没有变化？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如果这场冲突没做收口，一周后可能出什么问题？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收口要点：好的协议 = 共识 + 行动 + 时间 + 验证 + 兜底。缺一项，共识就会在执行中走样。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典型误判：把「聊开了」当「谈成了」：气氛好不等于有结果，必须有可追踪的行动。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学员说「我们小公司不用这么正式」——用「口头也要说清五要素」拉回来：形式可简，要素不能缺。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把收口当「画大饼」——强调「每一条都要能验证、能落到人」。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转场：方法学完了，最后一步：把 30 天变成习惯，让冲突真正成为推进力。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落地：30 天冲突管理行动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类型：承诺　｜　时长：30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能制定一份可执行的 30 天冲突管理计划（四周：看-学-用-稳）。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能选定回岗后第一场要「谈掉」的冲突，并写出用哪几步。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接受：冲突管理力是练出来的，不是听出来的。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回顾 + 全课串线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天计划填写 + 互锁伙伴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《30 天冲突管理计划表》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承诺收束 + 金句收尾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天四周节奏：第 1 周「看」（诊断）、第 2 周「学」（看穿 + 表达）、第 3 周「用」（降温 + 收口）、第 4 周「稳」（固化习惯）。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回岗第一场：选一场「一直没敢谈」的冲突，用五步准备线过一遍再上场。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互锁机制：两人一组交换计划，约定 30 天后互问一次「谈成了吗」。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核心记忆：全课 6 个经典框架，串成一条「诊断→看穿→表达→降温→收口」的主线。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话术：让学员写下「我 X 日跟 Y 谈 Z，用五步里的哪几步」，念给互锁伙伴听。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话术：提醒带走工具包：核心工具速查卡 + 30 天冲突管理计划表。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话术：用结课金句收尾，强化「冲突可以变成资源」的心态转变。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 30 天计划，第一步动作是什么？具体到哪天？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你选的「第一场靶子」冲突，打算用哪几个框架？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30 天后，你希望自己在冲突管理上有什么不同？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落地要点：计划要具体到「日期 + 对象 + 场景 + 用哪几步」，否则就是空话。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典型误判：贪多求全：想一次改所有行为，结果一个都没坚持。一次练一步，30 天固化成习惯。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学员说「回去就忘了」——用互锁伙伴 + 计划表拉回来：写下来、有人问，才记得住。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承诺太笼统——现场追问「哪天、跟谁、谈什么」，逼出具体行动。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转场：（全课收束）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模块三、四、五演练（30 min）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模块一、二练习（真实冲突素材）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天承诺、收尾金句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原则：模块一、二、三是全天重心（诊断 + 看穿 + 表达，演练密集），练习时间绝不外借；30 天承诺是落地收口，必须保；概念页可口头带过。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开场：写「最近一次没处理好的冲突」，不署名，降低压力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模块一：策略诊断必须写「这件事是对事还是对人」，两人交换讲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模块二：立场-利益转化必须念出来——念的时候发现「利益猜错了」，就说明还没真正放下立场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模块三：NVC 改写后两两演练，B 只反馈一句「我还想反驳你吗？」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模块四：三人组（发火方/管理者/观察员），管理者不许辩解、不许讲道理，观察员专抓「留白」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模块五：全流程演练（崩 → 救 → 收口），观察员对照清单逐项打钩；收口必须具体到动作和时间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模块六：30 天承诺写「我 X 日跟 Y 谈 Z，用五步里的哪几步」，念给互锁伙伴听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所有练习配计时器，到点喊停；冲突话题易触发真实情绪，务必留静默缓冲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Q：「我们团队从来不吵架，是不是没这个问题？」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A：不吵架不等于没冲突——更多是「回避」或「憋着」，问题跑到台面下。任务冲突（对事）适度的团队，决策质量反而更高。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Q：「对方就是不讲道理，油盐不进怎么办？」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A：先别急着贴「不讲道理」。用 TKI 看：是不是策略选错了？用立场-利益看：你在立场上硬碰，永远碰不赢。挖到利益，才有得谈。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Q：「情绪化地沟通，我不擅长怎么办？」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A：降温不是「哄」，是让沟通重新有效。先暂停、承认、复述，把情绪接住再谈内容——这恰恰是省力的做法。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Q：「谈完他答应了，回头又没做，怎么办？」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A：多半是收口没做全。用收口五要素回头看：共识什么 / 谁做什么 / 何时 / 怎么验证 / 谁兜底——尤其别漏「怎么验证」，漏了就会「我以为谈好了」。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Q：「冲突管理，是不是就是让大家和稀泥？」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A：恰恰相反。和稀泥是回避。冲突管理是把「对事」的分歧摆上台面，用方法谈出更好的方案——是让资源浮出来，不是把问题压下去。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请学员写下「回岗后要谈的第一场冲突 + 具体到哪天」，贴墙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两人一组互相交换 30 天计划表，约定 30 天后互问一次「谈成了吗」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提醒带走工具包：核心工具速查卡 + 30 天冲突管理计划表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结课金句收尾：「冲突本身不是问题，处理不好才是——把它变成资源。」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