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ADKAR COMMUNICATION · SCRIPT + CHECKLIST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变革沟通脚本 + 观察员打勾表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 · ADKAR 用 · 三人组：管理者 / 抵触下属 / 观察员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使用说明：三人一组，A 扮演管理者用四句话完成一次 5 分钟变革沟通；B 扮演最抵触的那位下属（用你开场的真实阻力）；C 做观察员，对照四步打勾。三人轮换，每人至少当一次管理者。★ 最常见的漏洞：讲了「为什么变」就急着讲「你先做什么」，跳过「变成什么样」。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ADKAR 沟通四句话 · 我的脚本（开口前先写）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268"/>
        <w:gridCol w:w="3288"/>
        <w:gridCol w:w="396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讲什么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我的脚本（一句话）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为什么变（A 认知）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背景与紧迫：为什么现在必须变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变成什么样（D 意愿）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变了之后，工作会是什么样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要变什么（K 知识）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具体哪几件事不一样了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你先做什么（Ab 能力）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这周你先做哪一件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观察员打勾表（每轮填一次）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381"/>
        <w:gridCol w:w="1020"/>
        <w:gridCol w:w="1020"/>
        <w:gridCol w:w="1020"/>
        <w:gridCol w:w="4082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1 轮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2 轮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3 轮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讲清为什么（A）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给出变后画面（D）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说明要变什么（K）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给出第一个动作（Ab）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留了提问时间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团队意愿度（1-5）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复盘（三人一起填）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哪一步最容易漏？（多数漏「变成什么样」）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团队听完最可能的顾虑是什么？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下次我会怎么改这句开场？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一句话：变革最大的敌人不是反对，是沉默——留出提问时间，才能听到真实顾虑。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变革沟通脚本 + 观察员打勾表（配合《变革领导力》模块四 / ADKAR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