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KOTTER 8-STEP WORKSHEET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变革诊断图工作纸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模块二 · 科特八步用 · 画出你变革的人心地图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使用说明：拿你的「变革诊断卡」继续。用科特八步逐条诊断——每问写「现状」和「缺口」，再用准备度表打分（0=没做，3=人人清楚）。★ 缺口比现状更重要：缺口就是下一步的动作。准备度总分 18 分，低于 9 分先补最弱的一步。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① 科特八步 · 诊断表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041"/>
        <w:gridCol w:w="2835"/>
        <w:gridCol w:w="1814"/>
        <w:gridCol w:w="1814"/>
        <w:gridCol w:w="1020"/>
      </w:tblGrid>
      <w:tr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步骤</w:t>
            </w:r>
          </w:p>
        </w:tc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这一步要问什么</w:t>
            </w:r>
          </w:p>
        </w:tc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现状</w:t>
            </w:r>
          </w:p>
        </w:tc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缺口</w:t>
            </w:r>
          </w:p>
        </w:tc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打分 0-3</w:t>
            </w:r>
          </w:p>
        </w:tc>
      </w:tr>
      <w:tr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1 · 制造紧迫感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「不变不行」讲清了吗？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2 · 组建同盟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有得力的人一起推吗？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3 · 形成愿景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变了之后什么样，说得清吗？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4 · 沟通愿景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愿景被反复讲到了吗？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5 · 扫除障碍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挡路的流程 / 制度清了吗？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6 · 创造速赢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有看得见的小胜利吗？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7 · 乘胜推进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用小胜积势了吗？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8 · 固化为文化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钉进日常与文化了吗？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② 准备度合计与最弱一步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721"/>
        <w:gridCol w:w="2721"/>
        <w:gridCol w:w="4082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准备度总分（满分 18）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最低的那一步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我打算怎么补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③ 关键人地图（谁在什么位置，怎么推）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608"/>
        <w:gridCol w:w="2608"/>
        <w:gridCol w:w="430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角色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是谁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用什么动作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同盟者（已支持）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影响者（能带动他人）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观望者（还没表态）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抵触者（明确反对）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推进顺序：先站稳同盟者 → 争取影响者 → 转化观望者 → 最后处理抵触者。★ 别一开始就跟抵触者硬碰——先让愿动的人动起来，形成势能。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变革诊断图工作纸（配合《变革领导力》模块二 / 科特八步使用）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