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CHANGE ENGAGEMENT ROADMAP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团队变革参与路线图共创表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 · 勒温再冻结用 · 把变革钉进日常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使用说明：用「关键人地图 + 固化四锚」画一张参与路线图——谁在什么位置、用什么动作推动；四锚各自的安排要具体到「谁、什么时候、做什么」。★ 变革不是项目，是需要持续供能的日常——没有再冻结，再好的变革也会悄悄反弹。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关键人推进路线（谁在什么位置 → 怎么往前推）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87"/>
        <w:gridCol w:w="1928"/>
        <w:gridCol w:w="3515"/>
        <w:gridCol w:w="249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角色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是谁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我要用的动作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目标（把他推到哪里）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同盟者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影响者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观望者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抵触者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固化四锚（改编自勒温再冻结 + 科特第 8 步）· 我的具体安排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154"/>
        <w:gridCol w:w="3628"/>
        <w:gridCol w:w="1587"/>
        <w:gridCol w:w="215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四锚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做什么（关键动作）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什么时候 / 频率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固定节奏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固定推进节拍（例会 / 群同步）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可见仪式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可看见的小仪式（表彰 / 标签）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榜样示范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管理者和标杆示范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数据复盘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用数据回答「变了有什么用」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反弹预警（我的变革可能出现的征兆 + 应对）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628"/>
        <w:gridCol w:w="1361"/>
        <w:gridCol w:w="453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征兆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是否出现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我的应对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① 没人提了（会议上不再讨论）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② 旧法冒头（借口多了起来）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③ 数据回落（关键指标悄悄降）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④ 榜样停手（标杆也不再坚持）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一句话：把变革钉进日常，它才不会反弹——四锚都是「重复发生的动作」，不是一次性的。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团队变革参与路线图共创表（配合《变革领导力》模块五 / 勒温再冻结 + 固化四锚使用）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